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dc77bccc3bd1483b478e6557b1d74190b7a276"/>
    <w:p>
      <w:pPr>
        <w:pStyle w:val="Heading1"/>
      </w:pPr>
      <w:r>
        <w:rPr>
          <w:b/>
          <w:bCs/>
        </w:rPr>
        <w:t xml:space="preserve">The Woman Warrior</w:t>
      </w:r>
      <w:r>
        <w:br/>
      </w:r>
      <w:r>
        <w:rPr>
          <w:i/>
          <w:iCs/>
        </w:rPr>
        <w:t xml:space="preserve">Maxine Hong Kingston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security, Winston Churchill usually traveled using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alias</w:t>
      </w:r>
      <w:r>
        <w:rPr>
          <w:b/>
          <w:bCs/>
        </w:rPr>
        <w:t xml:space="preserve">, Colonel Warden.</w:t>
      </w:r>
      <w:r>
        <w:br/>
      </w:r>
      <w:r>
        <w:t xml:space="preserve">    (a) bodyguard</w:t>
      </w:r>
      <w:r>
        <w:br/>
      </w:r>
      <w:r>
        <w:t xml:space="preserve">    (b) alternative name</w:t>
      </w:r>
      <w:r>
        <w:br/>
      </w:r>
      <w:r>
        <w:t xml:space="preserve">    (c) advice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doctor used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anesthesia</w:t>
      </w:r>
      <w:r>
        <w:rPr>
          <w:b/>
          <w:bCs/>
        </w:rPr>
        <w:t xml:space="preserve"> </w:t>
      </w:r>
      <w:r>
        <w:rPr>
          <w:b/>
          <w:bCs/>
        </w:rPr>
        <w:t xml:space="preserve">so she would not feel pain during the procedure.</w:t>
      </w:r>
      <w:r>
        <w:br/>
      </w:r>
      <w:r>
        <w:t xml:space="preserve">    (a) pain-numbing medicine</w:t>
      </w:r>
      <w:r>
        <w:br/>
      </w:r>
      <w:r>
        <w:t xml:space="preserve">    (b) a sharp instrument</w:t>
      </w:r>
      <w:r>
        <w:br/>
      </w:r>
      <w:r>
        <w:t xml:space="preserve">    (c) a written diagnosis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 bear species are omnivorous, but individuals' diets can range from almost exclusively herbivorous to almost exclusively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carnivorous</w:t>
      </w:r>
      <w:r>
        <w:rPr>
          <w:b/>
          <w:bCs/>
        </w:rPr>
        <w:t xml:space="preserve"> </w:t>
      </w:r>
      <w:r>
        <w:rPr>
          <w:b/>
          <w:bCs/>
        </w:rPr>
        <w:t xml:space="preserve">depending on what food sources are available locally and seasonally.</w:t>
      </w:r>
      <w:r>
        <w:br/>
      </w:r>
      <w:r>
        <w:t xml:space="preserve">    (a) meat-eating</w:t>
      </w:r>
      <w:r>
        <w:br/>
      </w:r>
      <w:r>
        <w:t xml:space="preserve">    (b) both meat-eating and plant-eating</w:t>
      </w:r>
      <w:r>
        <w:br/>
      </w:r>
      <w:r>
        <w:t xml:space="preserve">    (c) plant-eating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art works are displayed to show technique in a way that ordinary regional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chronological</w:t>
      </w:r>
      <w:r>
        <w:rPr>
          <w:b/>
          <w:bCs/>
        </w:rPr>
        <w:t xml:space="preserve"> </w:t>
      </w:r>
      <w:r>
        <w:rPr>
          <w:b/>
          <w:bCs/>
        </w:rPr>
        <w:t xml:space="preserve">display wouldn't permit.</w:t>
      </w:r>
      <w:r>
        <w:br/>
      </w:r>
      <w:r>
        <w:t xml:space="preserve">    (a) by artist</w:t>
      </w:r>
      <w:r>
        <w:br/>
      </w:r>
      <w:r>
        <w:t xml:space="preserve">    (b) by region</w:t>
      </w:r>
      <w:r>
        <w:br/>
      </w:r>
      <w:r>
        <w:t xml:space="preserve">    (c) by date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found her new colleagues to be quite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congenial</w:t>
      </w:r>
      <w:r>
        <w:rPr>
          <w:b/>
          <w:bCs/>
        </w:rPr>
        <w:t xml:space="preserve">, making her transition to the new job much easier.</w:t>
      </w:r>
      <w:r>
        <w:br/>
      </w:r>
      <w:r>
        <w:t xml:space="preserve">    (a) challenging</w:t>
      </w:r>
      <w:r>
        <w:br/>
      </w:r>
      <w:r>
        <w:t xml:space="preserve">    (b) friendly</w:t>
      </w:r>
      <w:r>
        <w:br/>
      </w:r>
      <w:r>
        <w:t xml:space="preserve">    (c) unfamiliar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cull</w:t>
      </w:r>
      <w:r>
        <w:rPr>
          <w:b/>
          <w:bCs/>
        </w:rPr>
        <w:t xml:space="preserve"> </w:t>
      </w:r>
      <w:r>
        <w:rPr>
          <w:b/>
          <w:bCs/>
        </w:rPr>
        <w:t xml:space="preserve">the sick members of the herd.</w:t>
      </w:r>
      <w:r>
        <w:br/>
      </w:r>
      <w:r>
        <w:t xml:space="preserve">    (a) select to remove</w:t>
      </w:r>
      <w:r>
        <w:br/>
      </w:r>
      <w:r>
        <w:t xml:space="preserve">    (b) medicate quickly</w:t>
      </w:r>
      <w:r>
        <w:br/>
      </w:r>
      <w:r>
        <w:t xml:space="preserve">    (c) count accurately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sincere apology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engendered</w:t>
      </w:r>
      <w:r>
        <w:rPr>
          <w:b/>
          <w:bCs/>
        </w:rPr>
        <w:t xml:space="preserve"> </w:t>
      </w:r>
      <w:r>
        <w:rPr>
          <w:b/>
          <w:bCs/>
        </w:rPr>
        <w:t xml:space="preserve">forgiveness from the people she had hurt.</w:t>
      </w:r>
      <w:r>
        <w:br/>
      </w:r>
      <w:r>
        <w:t xml:space="preserve">    (a) tried to hide</w:t>
      </w:r>
      <w:r>
        <w:br/>
      </w:r>
      <w:r>
        <w:t xml:space="preserve">    (b) refused to accept</w:t>
      </w:r>
      <w:r>
        <w:br/>
      </w:r>
      <w:r>
        <w:t xml:space="preserve">    (c) caused to develop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not enough time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enumerate</w:t>
      </w:r>
      <w:r>
        <w:rPr>
          <w:b/>
          <w:bCs/>
        </w:rPr>
        <w:t xml:space="preserve"> </w:t>
      </w:r>
      <w:r>
        <w:rPr>
          <w:b/>
          <w:bCs/>
        </w:rPr>
        <w:t xml:space="preserve">all of her accomplishments.</w:t>
      </w:r>
      <w:r>
        <w:br/>
      </w:r>
      <w:r>
        <w:t xml:space="preserve">    (a) follow</w:t>
      </w:r>
      <w:r>
        <w:br/>
      </w:r>
      <w:r>
        <w:t xml:space="preserve">    (b) study</w:t>
      </w:r>
      <w:r>
        <w:br/>
      </w:r>
      <w:r>
        <w:t xml:space="preserve">    (c) list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field of economics, market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equilibrium</w:t>
      </w:r>
      <w:r>
        <w:rPr>
          <w:b/>
          <w:bCs/>
        </w:rPr>
        <w:t xml:space="preserve"> </w:t>
      </w:r>
      <w:r>
        <w:rPr>
          <w:b/>
          <w:bCs/>
        </w:rPr>
        <w:t xml:space="preserve">is achieved when supply meets demand, resulting in stable prices and satisfied consumers.</w:t>
      </w:r>
      <w:r>
        <w:br/>
      </w:r>
      <w:r>
        <w:t xml:space="preserve">    (a) conflict</w:t>
      </w:r>
      <w:r>
        <w:br/>
      </w:r>
      <w:r>
        <w:t xml:space="preserve">    (b) balance</w:t>
      </w:r>
      <w:r>
        <w:br/>
      </w:r>
      <w:r>
        <w:t xml:space="preserve">    (c) disparity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guile</w:t>
      </w:r>
      <w:r>
        <w:rPr>
          <w:b/>
          <w:bCs/>
        </w:rPr>
        <w:t xml:space="preserve"> </w:t>
      </w:r>
      <w:r>
        <w:rPr>
          <w:b/>
          <w:bCs/>
        </w:rPr>
        <w:t xml:space="preserve">to lie directly to his face.</w:t>
      </w:r>
      <w:r>
        <w:br/>
      </w:r>
      <w:r>
        <w:t xml:space="preserve">    (a) cunning and deceit</w:t>
      </w:r>
      <w:r>
        <w:br/>
      </w:r>
      <w:r>
        <w:t xml:space="preserve">    (b) ambition</w:t>
      </w:r>
      <w:r>
        <w:br/>
      </w:r>
      <w:r>
        <w:t xml:space="preserve">    (c) necessity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Tolkien referred to his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Lord of the Rings</w:t>
      </w:r>
      <w:r>
        <w:rPr>
          <w:b/>
          <w:bCs/>
        </w:rPr>
        <w:t xml:space="preserve"> </w:t>
      </w:r>
      <w:r>
        <w:rPr>
          <w:b/>
          <w:bCs/>
        </w:rPr>
        <w:t xml:space="preserve">character, Gandalf, as an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angel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  <w:u w:val="single"/>
        </w:rPr>
        <w:t xml:space="preserve">incarnate</w:t>
      </w:r>
      <w:r>
        <w:rPr>
          <w:b/>
          <w:bCs/>
        </w:rPr>
        <w:t xml:space="preserve">.</w:t>
      </w:r>
      <w:r>
        <w:br/>
      </w:r>
      <w:r>
        <w:t xml:space="preserve">    (a) in a human body</w:t>
      </w:r>
      <w:r>
        <w:br/>
      </w:r>
      <w:r>
        <w:t xml:space="preserve">    (b) in training</w:t>
      </w:r>
      <w:r>
        <w:br/>
      </w:r>
      <w:r>
        <w:t xml:space="preserve">    (c) in evil surroundings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rumors were spread by her enemies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incite</w:t>
      </w:r>
      <w:r>
        <w:rPr>
          <w:b/>
          <w:bCs/>
        </w:rPr>
        <w:t xml:space="preserve"> </w:t>
      </w:r>
      <w:r>
        <w:rPr>
          <w:b/>
          <w:bCs/>
        </w:rPr>
        <w:t xml:space="preserve">the people against her.</w:t>
      </w:r>
      <w:r>
        <w:br/>
      </w:r>
      <w:r>
        <w:t xml:space="preserve">    (a) provoke</w:t>
      </w:r>
      <w:r>
        <w:br/>
      </w:r>
      <w:r>
        <w:t xml:space="preserve">    (b) distract</w:t>
      </w:r>
      <w:r>
        <w:br/>
      </w:r>
      <w:r>
        <w:t xml:space="preserve">    (c) calm the anger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parents were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lenient</w:t>
      </w:r>
      <w:r>
        <w:rPr>
          <w:b/>
          <w:bCs/>
        </w:rPr>
        <w:t xml:space="preserve">.</w:t>
      </w:r>
      <w:r>
        <w:br/>
      </w:r>
      <w:r>
        <w:t xml:space="preserve">    (a) permissive (not strict)</w:t>
      </w:r>
      <w:r>
        <w:br/>
      </w:r>
      <w:r>
        <w:t xml:space="preserve">    (b) concerned or worried</w:t>
      </w:r>
      <w:r>
        <w:br/>
      </w:r>
      <w:r>
        <w:t xml:space="preserve">    (c) authoritarian (overly strict)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announcement,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maelstrom</w:t>
      </w:r>
      <w:r>
        <w:rPr>
          <w:b/>
          <w:bCs/>
        </w:rPr>
        <w:t xml:space="preserve"> </w:t>
      </w:r>
      <w:r>
        <w:rPr>
          <w:b/>
          <w:bCs/>
        </w:rPr>
        <w:t xml:space="preserve">of emotions swept through the crowd.</w:t>
      </w:r>
      <w:r>
        <w:br/>
      </w:r>
      <w:r>
        <w:t xml:space="preserve">    (a) a powerful stimulant drug that increases activity in the brain and nervous system -- often addictive</w:t>
      </w:r>
      <w:r>
        <w:br/>
      </w:r>
      <w:r>
        <w:t xml:space="preserve">    (b) aka natural right -- a right that is naturally due because of human nature and the natural condition</w:t>
      </w:r>
      <w:r>
        <w:br/>
      </w:r>
      <w:r>
        <w:t xml:space="preserve">    (c) powerful whirlpool (figuratively)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Top athletes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persevere</w:t>
      </w:r>
      <w:r>
        <w:rPr>
          <w:b/>
          <w:bCs/>
        </w:rPr>
        <w:t xml:space="preserve"> </w:t>
      </w:r>
      <w:r>
        <w:rPr>
          <w:b/>
          <w:bCs/>
        </w:rPr>
        <w:t xml:space="preserve">through pain to reach their goals.</w:t>
      </w:r>
      <w:r>
        <w:br/>
      </w:r>
      <w:r>
        <w:t xml:space="preserve">    (a) rest before any effort</w:t>
      </w:r>
      <w:r>
        <w:br/>
      </w:r>
      <w:r>
        <w:t xml:space="preserve">    (b) push on through hardship</w:t>
      </w:r>
      <w:r>
        <w:br/>
      </w:r>
      <w:r>
        <w:t xml:space="preserve">    (c) give up at first 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recorded her family history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posterity</w:t>
      </w:r>
      <w:r>
        <w:rPr>
          <w:b/>
          <w:bCs/>
        </w:rPr>
        <w:t xml:space="preserve">, hoping her great-grandchildren would one day read it.</w:t>
      </w:r>
      <w:r>
        <w:br/>
      </w:r>
      <w:r>
        <w:t xml:space="preserve">    (a) future generations</w:t>
      </w:r>
      <w:r>
        <w:br/>
      </w:r>
      <w:r>
        <w:t xml:space="preserve">    (b) personal amusement</w:t>
      </w:r>
      <w:r>
        <w:br/>
      </w:r>
      <w:r>
        <w:t xml:space="preserve">    (c) academic records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Howard Hughes became an eccentric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recluse</w:t>
      </w:r>
      <w:r>
        <w:rPr>
          <w:b/>
          <w:bCs/>
        </w:rPr>
        <w:t xml:space="preserve">.</w:t>
      </w:r>
      <w:r>
        <w:br/>
      </w:r>
      <w:r>
        <w:t xml:space="preserve">    (a) millionaire</w:t>
      </w:r>
      <w:r>
        <w:br/>
      </w:r>
      <w:r>
        <w:t xml:space="preserve">    (b) loaner</w:t>
      </w:r>
      <w:r>
        <w:br/>
      </w:r>
      <w:r>
        <w:t xml:space="preserve">    (c) collector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are working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rectify</w:t>
      </w:r>
      <w:r>
        <w:rPr>
          <w:b/>
          <w:bCs/>
        </w:rPr>
        <w:t xml:space="preserve"> </w:t>
      </w:r>
      <w:r>
        <w:rPr>
          <w:b/>
          <w:bCs/>
        </w:rPr>
        <w:t xml:space="preserve">the accounts and send refunds to everyone who was overbilled.</w:t>
      </w:r>
      <w:r>
        <w:br/>
      </w:r>
      <w:r>
        <w:t xml:space="preserve">    (a) calculate</w:t>
      </w:r>
      <w:r>
        <w:br/>
      </w:r>
      <w:r>
        <w:t xml:space="preserve">    (b) understand</w:t>
      </w:r>
      <w:r>
        <w:br/>
      </w:r>
      <w:r>
        <w:t xml:space="preserve">    (c) correct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investigating the rock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strata</w:t>
      </w:r>
      <w:r>
        <w:rPr>
          <w:b/>
          <w:bCs/>
        </w:rPr>
        <w:t xml:space="preserve"> </w:t>
      </w:r>
      <w:r>
        <w:rPr>
          <w:b/>
          <w:bCs/>
        </w:rPr>
        <w:t xml:space="preserve">to better understand the Antarctic ice sheet.</w:t>
      </w:r>
      <w:r>
        <w:br/>
      </w:r>
      <w:r>
        <w:t xml:space="preserve">    (a) erosion</w:t>
      </w:r>
      <w:r>
        <w:br/>
      </w:r>
      <w:r>
        <w:t xml:space="preserve">    (b) hardness</w:t>
      </w:r>
      <w:r>
        <w:br/>
      </w:r>
      <w:r>
        <w:t xml:space="preserve">    (c) layers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unobtrusively</w:t>
      </w:r>
      <w:r>
        <w:rPr>
          <w:b/>
          <w:bCs/>
        </w:rPr>
        <w:t xml:space="preserve"> </w:t>
      </w:r>
      <w:r>
        <w:rPr>
          <w:b/>
          <w:bCs/>
        </w:rPr>
        <w:t xml:space="preserve">in the rear of the room.</w:t>
      </w:r>
      <w:r>
        <w:br/>
      </w:r>
      <w:r>
        <w:t xml:space="preserve">    (a) while crying softly</w:t>
      </w:r>
      <w:r>
        <w:br/>
      </w:r>
      <w:r>
        <w:t xml:space="preserve">    (b) while shouting loudly</w:t>
      </w:r>
      <w:r>
        <w:br/>
      </w:r>
      <w:r>
        <w:t xml:space="preserve">    (c) without drawing attention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2026-07-31T17:23:10Z</dcterms:created>
  <dcterms:modified xsi:type="dcterms:W3CDTF">2026-07-31T17:23:10Z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