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3de40ab6002d9796bd15156d6ba1916bebea3a5"/>
    <w:p>
      <w:pPr>
        <w:pStyle w:val="Heading1"/>
      </w:pPr>
      <w:r>
        <w:rPr>
          <w:b/>
          <w:bCs/>
        </w:rPr>
        <w:t xml:space="preserve">The Woman Warrior</w:t>
      </w:r>
      <w:r>
        <w:br/>
      </w:r>
      <w:r>
        <w:rPr>
          <w:i/>
          <w:iCs/>
        </w:rPr>
        <w:t xml:space="preserve">Maxine Hong Kingston</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The</w:t>
      </w:r>
      <w:r>
        <w:rPr>
          <w:b/>
          <w:bCs/>
        </w:rPr>
        <w:t xml:space="preserve"> </w:t>
      </w:r>
      <w:r>
        <w:rPr>
          <w:b/>
          <w:bCs/>
          <w:u w:val="single"/>
        </w:rPr>
        <w:t xml:space="preserve">immigrants</w:t>
      </w:r>
      <w:r>
        <w:rPr>
          <w:b/>
          <w:bCs/>
        </w:rPr>
        <w:t xml:space="preserve"> </w:t>
      </w:r>
      <w:r>
        <w:rPr>
          <w:b/>
          <w:bCs/>
        </w:rPr>
        <w:t xml:space="preserve">I know have loud voices, unmodulated to American tones even after years away from the village where they called their friendships out across the fields.</w:t>
      </w:r>
      <w:r>
        <w:br/>
      </w:r>
      <w:r>
        <w:t xml:space="preserve">    (a) people who came to live in a new country</w:t>
      </w:r>
      <w:r>
        <w:br/>
      </w:r>
      <w:r>
        <w:t xml:space="preserve">    (b) oxygen-carrying parts of red blood cells</w:t>
      </w:r>
      <w:r>
        <w:br/>
      </w:r>
      <w:r>
        <w:t xml:space="preserve">    (c) acts of taking something on as one's own</w:t>
      </w:r>
    </w:p>
    <w:p>
      <w:pPr>
        <w:pStyle w:val="Compact"/>
        <w:numPr>
          <w:ilvl w:val="0"/>
          <w:numId w:val="1001"/>
        </w:numPr>
      </w:pPr>
      <w:r>
        <w:rPr>
          <w:b/>
          <w:bCs/>
        </w:rPr>
        <w:t xml:space="preserve">It hexed the boys, who would or would not ask me to dance, and made them less scary and as familiar and deserving of</w:t>
      </w:r>
      <w:r>
        <w:rPr>
          <w:b/>
          <w:bCs/>
        </w:rPr>
        <w:t xml:space="preserve"> </w:t>
      </w:r>
      <w:r>
        <w:rPr>
          <w:b/>
          <w:bCs/>
          <w:u w:val="single"/>
        </w:rPr>
        <w:t xml:space="preserve">benevolence</w:t>
      </w:r>
      <w:r>
        <w:rPr>
          <w:b/>
          <w:bCs/>
        </w:rPr>
        <w:t xml:space="preserve"> </w:t>
      </w:r>
      <w:r>
        <w:rPr>
          <w:b/>
          <w:bCs/>
        </w:rPr>
        <w:t xml:space="preserve">as girls.</w:t>
      </w:r>
      <w:r>
        <w:br/>
      </w:r>
      <w:r>
        <w:t xml:space="preserve">    (a) long eventful journey</w:t>
      </w:r>
      <w:r>
        <w:br/>
      </w:r>
      <w:r>
        <w:t xml:space="preserve">    (b) kindness and goodwill</w:t>
      </w:r>
      <w:r>
        <w:br/>
      </w:r>
      <w:r>
        <w:t xml:space="preserve">    (c) a nerve or brain cell</w:t>
      </w:r>
    </w:p>
    <w:p>
      <w:pPr>
        <w:pStyle w:val="Compact"/>
        <w:numPr>
          <w:ilvl w:val="0"/>
          <w:numId w:val="1001"/>
        </w:numPr>
      </w:pPr>
      <w:r>
        <w:rPr>
          <w:b/>
          <w:bCs/>
        </w:rPr>
        <w:t xml:space="preserve">Deny accidents and</w:t>
      </w:r>
      <w:r>
        <w:rPr>
          <w:b/>
          <w:bCs/>
        </w:rPr>
        <w:t xml:space="preserve"> </w:t>
      </w:r>
      <w:r>
        <w:rPr>
          <w:b/>
          <w:bCs/>
          <w:u w:val="single"/>
        </w:rPr>
        <w:t xml:space="preserve">wrest</w:t>
      </w:r>
      <w:r>
        <w:rPr>
          <w:b/>
          <w:bCs/>
        </w:rPr>
        <w:t xml:space="preserve"> </w:t>
      </w:r>
      <w:r>
        <w:rPr>
          <w:b/>
          <w:bCs/>
        </w:rPr>
        <w:t xml:space="preserve">fault from the stars.</w:t>
      </w:r>
      <w:r>
        <w:br/>
      </w:r>
      <w:r>
        <w:t xml:space="preserve">    (a) protect something or keep it as it is</w:t>
      </w:r>
      <w:r>
        <w:br/>
      </w:r>
      <w:r>
        <w:t xml:space="preserve">    (b) a quick look or partial understanding</w:t>
      </w:r>
      <w:r>
        <w:br/>
      </w:r>
      <w:r>
        <w:t xml:space="preserve">    (c) obtain with difficult effort or force</w:t>
      </w:r>
    </w:p>
    <w:p>
      <w:pPr>
        <w:pStyle w:val="Compact"/>
        <w:numPr>
          <w:ilvl w:val="0"/>
          <w:numId w:val="1001"/>
        </w:numPr>
      </w:pPr>
      <w:r>
        <w:rPr>
          <w:b/>
          <w:bCs/>
          <w:u w:val="single"/>
        </w:rPr>
        <w:t xml:space="preserve">Opera</w:t>
      </w:r>
      <w:r>
        <w:rPr>
          <w:b/>
          <w:bCs/>
        </w:rPr>
        <w:t xml:space="preserve"> </w:t>
      </w:r>
      <w:r>
        <w:rPr>
          <w:b/>
          <w:bCs/>
        </w:rPr>
        <w:t xml:space="preserve">singers, who begin their training at age five, sleep in beds like this.</w:t>
      </w:r>
      <w:r>
        <w:br/>
      </w:r>
      <w:r>
        <w:t xml:space="preserve">    (a) the act of forcing into an undesired activity or situation -- such as legally sentencing someone to punishment  OR  the act of finding guilty -- especially in court</w:t>
      </w:r>
      <w:r>
        <w:br/>
      </w:r>
      <w:r>
        <w:t xml:space="preserve">    (b) a person with or something related to an eating disorder in which overeating is followed by guilt and unhealthy attempts at correction -- especially self-induced vomiting</w:t>
      </w:r>
      <w:r>
        <w:br/>
      </w:r>
      <w:r>
        <w:t xml:space="preserve">    (c) a musical play with orchestra in which most of the dialogue is sung (or the art form that consists of such musicals; or describing something as related to that art form)</w:t>
      </w:r>
    </w:p>
    <w:p>
      <w:pPr>
        <w:pStyle w:val="Compact"/>
        <w:numPr>
          <w:ilvl w:val="0"/>
          <w:numId w:val="1001"/>
        </w:numPr>
      </w:pPr>
      <w:r>
        <w:rPr>
          <w:b/>
          <w:bCs/>
        </w:rPr>
        <w:t xml:space="preserve">"You can</w:t>
      </w:r>
      <w:r>
        <w:rPr>
          <w:b/>
          <w:bCs/>
        </w:rPr>
        <w:t xml:space="preserve"> </w:t>
      </w:r>
      <w:r>
        <w:rPr>
          <w:b/>
          <w:bCs/>
          <w:u w:val="single"/>
        </w:rPr>
        <w:t xml:space="preserve">avenge</w:t>
      </w:r>
      <w:r>
        <w:rPr>
          <w:b/>
          <w:bCs/>
        </w:rPr>
        <w:t xml:space="preserve"> </w:t>
      </w:r>
      <w:r>
        <w:rPr>
          <w:b/>
          <w:bCs/>
        </w:rPr>
        <w:t xml:space="preserve">your village," said the old woman.</w:t>
      </w:r>
      <w:r>
        <w:br/>
      </w:r>
      <w:r>
        <w:t xml:space="preserve">    (a) take on or adopt</w:t>
      </w:r>
      <w:r>
        <w:br/>
      </w:r>
      <w:r>
        <w:t xml:space="preserve">    (b) take revenge for</w:t>
      </w:r>
      <w:r>
        <w:br/>
      </w:r>
      <w:r>
        <w:t xml:space="preserve">    (c) make more varied</w:t>
      </w:r>
    </w:p>
    <w:p>
      <w:pPr>
        <w:pStyle w:val="Compact"/>
        <w:numPr>
          <w:ilvl w:val="0"/>
          <w:numId w:val="1001"/>
        </w:numPr>
      </w:pPr>
      <w:r>
        <w:rPr>
          <w:b/>
          <w:bCs/>
        </w:rPr>
        <w:t xml:space="preserve">Instead of walking steadily on or even eating, I faded into dreams about the meat meals my mother used to cook, my</w:t>
      </w:r>
      <w:r>
        <w:rPr>
          <w:b/>
          <w:bCs/>
        </w:rPr>
        <w:t xml:space="preserve"> </w:t>
      </w:r>
      <w:r>
        <w:rPr>
          <w:b/>
          <w:bCs/>
          <w:u w:val="single"/>
        </w:rPr>
        <w:t xml:space="preserve">monk</w:t>
      </w:r>
      <w:r>
        <w:rPr>
          <w:b/>
          <w:bCs/>
        </w:rPr>
        <w:t xml:space="preserve">'s food forgotten.</w:t>
      </w:r>
      <w:r>
        <w:br/>
      </w:r>
      <w:r>
        <w:t xml:space="preserve">    (a) a male member of a religious order typically living under vows of poverty, chastity, and obedience</w:t>
      </w:r>
      <w:r>
        <w:br/>
      </w:r>
      <w:r>
        <w:t xml:space="preserve">    (b) a system of government with a ruler who has absolute power -- especially one who abuses that power</w:t>
      </w:r>
      <w:r>
        <w:br/>
      </w:r>
      <w:r>
        <w:t xml:space="preserve">    (c) gradual destruction (of something previously established) -- such as a government, rule, or belief</w:t>
      </w:r>
    </w:p>
    <w:p>
      <w:pPr>
        <w:pStyle w:val="Compact"/>
        <w:numPr>
          <w:ilvl w:val="0"/>
          <w:numId w:val="1001"/>
        </w:numPr>
      </w:pPr>
      <w:r>
        <w:rPr>
          <w:b/>
          <w:bCs/>
        </w:rPr>
        <w:t xml:space="preserve">Where the deer nibbled, I gathered the fungus, the fungus of</w:t>
      </w:r>
      <w:r>
        <w:rPr>
          <w:b/>
          <w:bCs/>
        </w:rPr>
        <w:t xml:space="preserve"> </w:t>
      </w:r>
      <w:r>
        <w:rPr>
          <w:b/>
          <w:bCs/>
          <w:u w:val="single"/>
        </w:rPr>
        <w:t xml:space="preserve">immortality</w:t>
      </w:r>
      <w:r>
        <w:rPr>
          <w:b/>
          <w:bCs/>
        </w:rPr>
        <w:t xml:space="preserve">.</w:t>
      </w:r>
      <w:r>
        <w:br/>
      </w:r>
      <w:r>
        <w:t xml:space="preserve">    (a) eternal life (to live forever)</w:t>
      </w:r>
      <w:r>
        <w:br/>
      </w:r>
      <w:r>
        <w:t xml:space="preserve">    (b) with or based on basic beliefs</w:t>
      </w:r>
      <w:r>
        <w:br/>
      </w:r>
      <w:r>
        <w:t xml:space="preserve">    (c) someone who disturbs or annoys</w:t>
      </w:r>
    </w:p>
    <w:p>
      <w:pPr>
        <w:pStyle w:val="Compact"/>
        <w:numPr>
          <w:ilvl w:val="0"/>
          <w:numId w:val="1001"/>
        </w:numPr>
      </w:pPr>
      <w:r>
        <w:rPr>
          <w:b/>
          <w:bCs/>
        </w:rPr>
        <w:t xml:space="preserve">"You have to</w:t>
      </w:r>
      <w:r>
        <w:rPr>
          <w:b/>
          <w:bCs/>
        </w:rPr>
        <w:t xml:space="preserve"> </w:t>
      </w:r>
      <w:r>
        <w:rPr>
          <w:b/>
          <w:bCs/>
          <w:u w:val="single"/>
        </w:rPr>
        <w:t xml:space="preserve">infer</w:t>
      </w:r>
      <w:r>
        <w:rPr>
          <w:b/>
          <w:bCs/>
        </w:rPr>
        <w:t xml:space="preserve"> </w:t>
      </w:r>
      <w:r>
        <w:rPr>
          <w:b/>
          <w:bCs/>
        </w:rPr>
        <w:t xml:space="preserve">the whole dragon from the parts you can see and touch," the old people would say.</w:t>
      </w:r>
      <w:r>
        <w:br/>
      </w:r>
      <w:r>
        <w:t xml:space="preserve">    (a) conclude or guess by reasoning</w:t>
      </w:r>
      <w:r>
        <w:br/>
      </w:r>
      <w:r>
        <w:t xml:space="preserve">    (b) hire, reserve, book, or occupy</w:t>
      </w:r>
      <w:r>
        <w:br/>
      </w:r>
      <w:r>
        <w:t xml:space="preserve">    (c) take up or receive into heaven</w:t>
      </w:r>
    </w:p>
    <w:p>
      <w:pPr>
        <w:pStyle w:val="Compact"/>
        <w:numPr>
          <w:ilvl w:val="0"/>
          <w:numId w:val="1001"/>
        </w:numPr>
      </w:pPr>
      <w:r>
        <w:rPr>
          <w:b/>
          <w:bCs/>
        </w:rPr>
        <w:t xml:space="preserve">I saw one young fighter salute his opponent-and five</w:t>
      </w:r>
      <w:r>
        <w:rPr>
          <w:b/>
          <w:bCs/>
        </w:rPr>
        <w:t xml:space="preserve"> </w:t>
      </w:r>
      <w:r>
        <w:rPr>
          <w:b/>
          <w:bCs/>
          <w:u w:val="single"/>
        </w:rPr>
        <w:t xml:space="preserve">peasants</w:t>
      </w:r>
      <w:r>
        <w:rPr>
          <w:b/>
          <w:bCs/>
        </w:rPr>
        <w:t xml:space="preserve"> </w:t>
      </w:r>
      <w:r>
        <w:rPr>
          <w:b/>
          <w:bCs/>
        </w:rPr>
        <w:t xml:space="preserve">hit him from behind with scythes and hammers.</w:t>
      </w:r>
      <w:r>
        <w:br/>
      </w:r>
      <w:r>
        <w:t xml:space="preserve">    (a) organisms in the early stages of growth prior to birth, hatching, or sprouting; in humans organisms during the first eight weeks of development (prior to the fetal stage)</w:t>
      </w:r>
      <w:r>
        <w:br/>
      </w:r>
      <w:r>
        <w:t xml:space="preserve">    (b) used historically or possibly in relation to a very poor country:  people of low income, education, and social standing -- especially those who raise crops or livestock</w:t>
      </w:r>
      <w:r>
        <w:br/>
      </w:r>
      <w:r>
        <w:t xml:space="preserve">    (c) members of an artistic movement pioneered by Pablo Picasso and Georges Braque that featured surfaces of geometrical planes to depict three-dimensional organic forms</w:t>
      </w:r>
    </w:p>
    <w:p>
      <w:pPr>
        <w:pStyle w:val="Compact"/>
        <w:numPr>
          <w:ilvl w:val="0"/>
          <w:numId w:val="1001"/>
        </w:numPr>
      </w:pPr>
      <w:r>
        <w:rPr>
          <w:b/>
          <w:bCs/>
        </w:rPr>
        <w:t xml:space="preserve">Some of the people are saying the Eight</w:t>
      </w:r>
      <w:r>
        <w:rPr>
          <w:b/>
          <w:bCs/>
        </w:rPr>
        <w:t xml:space="preserve"> </w:t>
      </w:r>
      <w:r>
        <w:rPr>
          <w:b/>
          <w:bCs/>
          <w:u w:val="single"/>
        </w:rPr>
        <w:t xml:space="preserve">sages</w:t>
      </w:r>
      <w:r>
        <w:rPr>
          <w:b/>
          <w:bCs/>
        </w:rPr>
        <w:t xml:space="preserve"> </w:t>
      </w:r>
      <w:r>
        <w:rPr>
          <w:b/>
          <w:bCs/>
        </w:rPr>
        <w:t xml:space="preserve">took you away to teach you magic,</w:t>
      </w:r>
      <w:r>
        <w:br/>
      </w:r>
      <w:r>
        <w:t xml:space="preserve">    (a) reasons for doing something</w:t>
      </w:r>
      <w:r>
        <w:br/>
      </w:r>
      <w:r>
        <w:t xml:space="preserve">    (b) social events or ceremonies</w:t>
      </w:r>
      <w:r>
        <w:br/>
      </w:r>
      <w:r>
        <w:t xml:space="preserve">    (c) wise people</w:t>
      </w:r>
    </w:p>
    <w:p>
      <w:pPr>
        <w:pStyle w:val="Compact"/>
        <w:numPr>
          <w:ilvl w:val="0"/>
          <w:numId w:val="1001"/>
        </w:numPr>
      </w:pPr>
      <w:r>
        <w:rPr>
          <w:b/>
          <w:bCs/>
        </w:rPr>
        <w:t xml:space="preserve">When we had to impress other armies-marauders, columns of</w:t>
      </w:r>
      <w:r>
        <w:rPr>
          <w:b/>
          <w:bCs/>
        </w:rPr>
        <w:t xml:space="preserve"> </w:t>
      </w:r>
      <w:r>
        <w:rPr>
          <w:b/>
          <w:bCs/>
          <w:u w:val="single"/>
        </w:rPr>
        <w:t xml:space="preserve">refugees</w:t>
      </w:r>
      <w:r>
        <w:rPr>
          <w:b/>
          <w:bCs/>
        </w:rPr>
        <w:t xml:space="preserve"> </w:t>
      </w:r>
      <w:r>
        <w:rPr>
          <w:b/>
          <w:bCs/>
        </w:rPr>
        <w:t xml:space="preserve">filing past one another, boy gangs following their martial arts teachers-I mounted and rode in front.</w:t>
      </w:r>
      <w:r>
        <w:br/>
      </w:r>
      <w:r>
        <w:t xml:space="preserve">    (a) people who fled their homeland</w:t>
      </w:r>
      <w:r>
        <w:br/>
      </w:r>
      <w:r>
        <w:t xml:space="preserve">    (b) quiet voices; or a quiet voice</w:t>
      </w:r>
      <w:r>
        <w:br/>
      </w:r>
      <w:r>
        <w:t xml:space="preserve">    (c) understandings or explanations</w:t>
      </w:r>
    </w:p>
    <w:p>
      <w:pPr>
        <w:pStyle w:val="Compact"/>
        <w:numPr>
          <w:ilvl w:val="0"/>
          <w:numId w:val="1001"/>
        </w:numPr>
      </w:pPr>
      <w:r>
        <w:rPr>
          <w:b/>
          <w:bCs/>
        </w:rPr>
        <w:t xml:space="preserve">My army did not rape, only taking food where there was an</w:t>
      </w:r>
      <w:r>
        <w:rPr>
          <w:b/>
          <w:bCs/>
        </w:rPr>
        <w:t xml:space="preserve"> </w:t>
      </w:r>
      <w:r>
        <w:rPr>
          <w:b/>
          <w:bCs/>
          <w:u w:val="single"/>
        </w:rPr>
        <w:t xml:space="preserve">abundance</w:t>
      </w:r>
      <w:r>
        <w:rPr>
          <w:b/>
          <w:bCs/>
        </w:rPr>
        <w:t xml:space="preserve">.</w:t>
      </w:r>
      <w:r>
        <w:br/>
      </w:r>
      <w:r>
        <w:t xml:space="preserve">    (a) large amount or quantity</w:t>
      </w:r>
      <w:r>
        <w:br/>
      </w:r>
      <w:r>
        <w:t xml:space="preserve">    (b) conflict or disagreement</w:t>
      </w:r>
      <w:r>
        <w:br/>
      </w:r>
      <w:r>
        <w:t xml:space="preserve">    (c) sharpness or intenseness</w:t>
      </w:r>
    </w:p>
    <w:p>
      <w:pPr>
        <w:pStyle w:val="Compact"/>
        <w:numPr>
          <w:ilvl w:val="0"/>
          <w:numId w:val="1001"/>
        </w:numPr>
      </w:pPr>
      <w:r>
        <w:rPr>
          <w:b/>
          <w:bCs/>
        </w:rPr>
        <w:t xml:space="preserve">He leaned back in his leather chair, his bossy stomach</w:t>
      </w:r>
      <w:r>
        <w:rPr>
          <w:b/>
          <w:bCs/>
        </w:rPr>
        <w:t xml:space="preserve"> </w:t>
      </w:r>
      <w:r>
        <w:rPr>
          <w:b/>
          <w:bCs/>
          <w:u w:val="single"/>
        </w:rPr>
        <w:t xml:space="preserve">opulent</w:t>
      </w:r>
      <w:r>
        <w:rPr>
          <w:b/>
          <w:bCs/>
        </w:rPr>
        <w:t xml:space="preserve">.</w:t>
      </w:r>
      <w:r>
        <w:br/>
      </w:r>
      <w:r>
        <w:t xml:space="preserve">    (a) not able to be translated</w:t>
      </w:r>
      <w:r>
        <w:br/>
      </w:r>
      <w:r>
        <w:t xml:space="preserve">    (b) able to be disagreed with</w:t>
      </w:r>
      <w:r>
        <w:br/>
      </w:r>
      <w:r>
        <w:t xml:space="preserve">    (c) magnificent and luxurious</w:t>
      </w:r>
    </w:p>
    <w:p>
      <w:pPr>
        <w:pStyle w:val="Compact"/>
        <w:numPr>
          <w:ilvl w:val="0"/>
          <w:numId w:val="1001"/>
        </w:numPr>
      </w:pPr>
      <w:r>
        <w:rPr>
          <w:b/>
          <w:bCs/>
        </w:rPr>
        <w:t xml:space="preserve">If we overseas Chinese would just send money to the</w:t>
      </w:r>
      <w:r>
        <w:rPr>
          <w:b/>
          <w:bCs/>
        </w:rPr>
        <w:t xml:space="preserve"> </w:t>
      </w:r>
      <w:r>
        <w:rPr>
          <w:b/>
          <w:bCs/>
          <w:u w:val="single"/>
        </w:rPr>
        <w:t xml:space="preserve">Communist</w:t>
      </w:r>
      <w:r>
        <w:rPr>
          <w:b/>
          <w:bCs/>
        </w:rPr>
        <w:t xml:space="preserve"> </w:t>
      </w:r>
      <w:r>
        <w:rPr>
          <w:b/>
          <w:bCs/>
        </w:rPr>
        <w:t xml:space="preserve">bank, our relatives said, they might get a percentage of it for themselves.</w:t>
      </w:r>
      <w:r>
        <w:br/>
      </w:r>
      <w:r>
        <w:t xml:space="preserve">    (a) someone or something that changes to fit a different situation, or that changes something to fit a different situation</w:t>
      </w:r>
      <w:r>
        <w:br/>
      </w:r>
      <w:r>
        <w:t xml:space="preserve">    (b) someone who supports an economic system that abolishes private ownership of property with the goal of a classless society</w:t>
      </w:r>
      <w:r>
        <w:br/>
      </w:r>
      <w:r>
        <w:t xml:space="preserve">    (c) a member of the 1960's counterculture associated with long hair, illegal drugs, casual sex, and opposition to violence.</w:t>
      </w:r>
    </w:p>
    <w:p>
      <w:pPr>
        <w:pStyle w:val="Compact"/>
        <w:numPr>
          <w:ilvl w:val="0"/>
          <w:numId w:val="1001"/>
        </w:numPr>
      </w:pPr>
      <w:r>
        <w:rPr>
          <w:b/>
          <w:bCs/>
        </w:rPr>
        <w:t xml:space="preserve">The largest says that in the twenty-third year of the National Republic, the To Keung School of Midwifery, where she has had two years of instruction and Hospital Practice, awards its Diploma to my mother, who has shown through oral and written examination her</w:t>
      </w:r>
      <w:r>
        <w:rPr>
          <w:b/>
          <w:bCs/>
        </w:rPr>
        <w:t xml:space="preserve"> </w:t>
      </w:r>
      <w:r>
        <w:rPr>
          <w:b/>
          <w:bCs/>
          <w:u w:val="single"/>
        </w:rPr>
        <w:t xml:space="preserve">Proficiency</w:t>
      </w:r>
      <w:r>
        <w:rPr>
          <w:b/>
          <w:bCs/>
        </w:rPr>
        <w:t xml:space="preserve"> </w:t>
      </w:r>
      <w:r>
        <w:rPr>
          <w:b/>
          <w:bCs/>
        </w:rPr>
        <w:t xml:space="preserve">in Midwifery, Pediatrics, Gynecology, "Medecine,"</w:t>
      </w:r>
      <w:r>
        <w:br/>
      </w:r>
      <w:r>
        <w:t xml:space="preserve">    (a) skill</w:t>
      </w:r>
      <w:r>
        <w:br/>
      </w:r>
      <w:r>
        <w:t xml:space="preserve">    (b) story</w:t>
      </w:r>
      <w:r>
        <w:br/>
      </w:r>
      <w:r>
        <w:t xml:space="preserve">    (c) snake</w:t>
      </w:r>
    </w:p>
    <w:p>
      <w:pPr>
        <w:pStyle w:val="Compact"/>
        <w:numPr>
          <w:ilvl w:val="0"/>
          <w:numId w:val="1001"/>
        </w:numPr>
      </w:pPr>
      <w:r>
        <w:rPr>
          <w:b/>
          <w:bCs/>
        </w:rPr>
        <w:t xml:space="preserve">They told the students that they would begin with a text as old as the Han empire, when the</w:t>
      </w:r>
      <w:r>
        <w:rPr>
          <w:b/>
          <w:bCs/>
        </w:rPr>
        <w:t xml:space="preserve"> </w:t>
      </w:r>
      <w:r>
        <w:rPr>
          <w:b/>
          <w:bCs/>
          <w:u w:val="single"/>
        </w:rPr>
        <w:t xml:space="preserve">prescription</w:t>
      </w:r>
      <w:r>
        <w:rPr>
          <w:b/>
          <w:bCs/>
        </w:rPr>
        <w:t xml:space="preserve"> </w:t>
      </w:r>
      <w:r>
        <w:rPr>
          <w:b/>
          <w:bCs/>
        </w:rPr>
        <w:t xml:space="preserve">for immortality had not yet been lost.</w:t>
      </w:r>
      <w:r>
        <w:br/>
      </w:r>
      <w:r>
        <w:t xml:space="preserve">    (a) lymph node -- one of many bean-sized organs that filter bacteria and other toxins from circulating white-blood-cell filled lymph fluid</w:t>
      </w:r>
      <w:r>
        <w:br/>
      </w:r>
      <w:r>
        <w:t xml:space="preserve">    (b) a recommendation or requirement  OR  (from a medical doctor) an instruction -- such as writing that a patient should take antibiotics</w:t>
      </w:r>
      <w:r>
        <w:br/>
      </w:r>
      <w:r>
        <w:t xml:space="preserve">    (c) submissiveness -- often an attitude of someone who is so submissive or eager to serve and please that they seem to lack self-respect</w:t>
      </w:r>
    </w:p>
    <w:p>
      <w:pPr>
        <w:pStyle w:val="Compact"/>
        <w:numPr>
          <w:ilvl w:val="0"/>
          <w:numId w:val="1001"/>
        </w:numPr>
      </w:pPr>
      <w:r>
        <w:rPr>
          <w:b/>
          <w:bCs/>
        </w:rPr>
        <w:t xml:space="preserve">She could</w:t>
      </w:r>
      <w:r>
        <w:rPr>
          <w:b/>
          <w:bCs/>
        </w:rPr>
        <w:t xml:space="preserve"> </w:t>
      </w:r>
      <w:r>
        <w:rPr>
          <w:b/>
          <w:bCs/>
          <w:u w:val="single"/>
        </w:rPr>
        <w:t xml:space="preserve">validate</w:t>
      </w:r>
      <w:r>
        <w:rPr>
          <w:b/>
          <w:bCs/>
        </w:rPr>
        <w:t xml:space="preserve"> </w:t>
      </w:r>
      <w:r>
        <w:rPr>
          <w:b/>
          <w:bCs/>
        </w:rPr>
        <w:t xml:space="preserve">ghost sightings.</w:t>
      </w:r>
      <w:r>
        <w:br/>
      </w:r>
      <w:r>
        <w:t xml:space="preserve">    (a) dry out by heat or excessive exposure to sunlight; or make very thirsty</w:t>
      </w:r>
      <w:r>
        <w:br/>
      </w:r>
      <w:r>
        <w:t xml:space="preserve">    (b) give evidence for the truth or value of; or declare as legally approved</w:t>
      </w:r>
      <w:r>
        <w:br/>
      </w:r>
      <w:r>
        <w:t xml:space="preserve">    (c) the right to run a local store or business under a big company’s name</w:t>
      </w:r>
    </w:p>
    <w:p>
      <w:pPr>
        <w:pStyle w:val="Compact"/>
        <w:numPr>
          <w:ilvl w:val="0"/>
          <w:numId w:val="1001"/>
        </w:numPr>
      </w:pPr>
      <w:r>
        <w:rPr>
          <w:b/>
          <w:bCs/>
          <w:u w:val="single"/>
        </w:rPr>
        <w:t xml:space="preserve">Scorn</w:t>
      </w:r>
      <w:r>
        <w:rPr>
          <w:b/>
          <w:bCs/>
        </w:rPr>
        <w:t xml:space="preserve"> </w:t>
      </w:r>
      <w:r>
        <w:rPr>
          <w:b/>
          <w:bCs/>
        </w:rPr>
        <w:t xml:space="preserve">it.</w:t>
      </w:r>
      <w:r>
        <w:br/>
      </w:r>
      <w:r>
        <w:t xml:space="preserve">    (a) disrespect or reject as not good enough</w:t>
      </w:r>
      <w:r>
        <w:br/>
      </w:r>
      <w:r>
        <w:t xml:space="preserve">    (b) not answer questions; or block progress</w:t>
      </w:r>
      <w:r>
        <w:br/>
      </w:r>
      <w:r>
        <w:t xml:space="preserve">    (c) move from more general to more specific</w:t>
      </w:r>
    </w:p>
    <w:p>
      <w:pPr>
        <w:pStyle w:val="Compact"/>
        <w:numPr>
          <w:ilvl w:val="0"/>
          <w:numId w:val="1001"/>
        </w:numPr>
      </w:pPr>
      <w:r>
        <w:rPr>
          <w:b/>
          <w:bCs/>
        </w:rPr>
        <w:t xml:space="preserve">They're so</w:t>
      </w:r>
      <w:r>
        <w:rPr>
          <w:b/>
          <w:bCs/>
        </w:rPr>
        <w:t xml:space="preserve"> </w:t>
      </w:r>
      <w:r>
        <w:rPr>
          <w:b/>
          <w:bCs/>
          <w:u w:val="single"/>
        </w:rPr>
        <w:t xml:space="preserve">demure</w:t>
      </w:r>
      <w:r>
        <w:rPr>
          <w:b/>
          <w:bCs/>
        </w:rPr>
        <w:t xml:space="preserve">, they barely talk.</w:t>
      </w:r>
      <w:r>
        <w:br/>
      </w:r>
      <w:r>
        <w:t xml:space="preserve">    (a) the quality of believing oneself morally superior to others</w:t>
      </w:r>
      <w:r>
        <w:br/>
      </w:r>
      <w:r>
        <w:t xml:space="preserve">    (b) tendency to be direct in a disagreeable, insensitive manner</w:t>
      </w:r>
      <w:r>
        <w:br/>
      </w:r>
      <w:r>
        <w:t xml:space="preserve">    (c) modest, quiet, and shy; or pretending such in a playful way</w:t>
      </w:r>
    </w:p>
    <w:p>
      <w:pPr>
        <w:pStyle w:val="Compact"/>
        <w:numPr>
          <w:ilvl w:val="0"/>
          <w:numId w:val="1001"/>
        </w:numPr>
      </w:pPr>
      <w:r>
        <w:rPr>
          <w:b/>
          <w:bCs/>
        </w:rPr>
        <w:t xml:space="preserve">First grade was when I discovered eye control; with my seeing I could shrink the teacher down to a height of one inch,</w:t>
      </w:r>
      <w:r>
        <w:rPr>
          <w:b/>
          <w:bCs/>
        </w:rPr>
        <w:t xml:space="preserve"> </w:t>
      </w:r>
      <w:r>
        <w:rPr>
          <w:b/>
          <w:bCs/>
          <w:u w:val="single"/>
        </w:rPr>
        <w:t xml:space="preserve">gesticulating</w:t>
      </w:r>
      <w:r>
        <w:rPr>
          <w:b/>
          <w:bCs/>
        </w:rPr>
        <w:t xml:space="preserve"> </w:t>
      </w:r>
      <w:r>
        <w:rPr>
          <w:b/>
          <w:bCs/>
        </w:rPr>
        <w:t xml:space="preserve">and mouthing on the horizon.</w:t>
      </w:r>
      <w:r>
        <w:br/>
      </w:r>
      <w:r>
        <w:t xml:space="preserve">    (a) surgically interrupting nerve tracts to and from the frontal lobe of the brain</w:t>
      </w:r>
      <w:r>
        <w:br/>
      </w:r>
      <w:r>
        <w:t xml:space="preserve">    (b) releasing from slavery or servitude; or (metaphorically) from social restraints</w:t>
      </w:r>
      <w:r>
        <w:br/>
      </w:r>
      <w:r>
        <w:t xml:space="preserve">    (c) making gestures (hand or body movements) while speaking or to express something</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2026-07-31T17:23:09Z</dcterms:created>
  <dcterms:modified xsi:type="dcterms:W3CDTF">2026-07-31T17:23:09Z</dcterms:modified>
</cp:coreProperties>
</file>

<file path=docProps/custom.xml><?xml version="1.0" encoding="utf-8"?>
<Properties xmlns="http://schemas.openxmlformats.org/officeDocument/2006/custom-properties" xmlns:vt="http://schemas.openxmlformats.org/officeDocument/2006/docPropsVTypes"/>
</file>