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b4c29c90218949130046a731474758eddc1d0e"/>
    <w:p>
      <w:pPr>
        <w:pStyle w:val="Heading1"/>
      </w:pPr>
      <w:r>
        <w:rPr>
          <w:b/>
          <w:bCs/>
        </w:rPr>
        <w:t xml:space="preserve">The Witch of Blackbird Pond</w:t>
      </w:r>
      <w:r>
        <w:br/>
      </w:r>
      <w:r>
        <w:rPr>
          <w:i/>
          <w:iCs/>
        </w:rPr>
        <w:t xml:space="preserve">Elizabeth George Speare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bleak line of shore surrounding the gray harbor was a disheartening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to the shimmering green and white that fringed the turquoise bay of Barbados which was her home.</w:t>
      </w:r>
      <w:r>
        <w:br/>
      </w:r>
      <w:r>
        <w:t xml:space="preserve">    (a) difference</w:t>
      </w:r>
      <w:r>
        <w:br/>
      </w:r>
      <w:r>
        <w:t xml:space="preserve">    (b) similarity</w:t>
      </w:r>
      <w:r>
        <w:br/>
      </w:r>
      <w:r>
        <w:t xml:space="preserve">    (c) disappointment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Without a second's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deliberation</w:t>
      </w:r>
      <w:r>
        <w:rPr>
          <w:b/>
          <w:bCs/>
        </w:rPr>
        <w:t xml:space="preserve"> </w:t>
      </w:r>
      <w:r>
        <w:rPr>
          <w:b/>
          <w:bCs/>
        </w:rPr>
        <w:t xml:space="preserve">she acted. Kicking off her buckled shoes and dropping the woolen cloak, she plunged headlong over the side of the boat.</w:t>
      </w:r>
      <w:r>
        <w:br/>
      </w:r>
      <w:r>
        <w:t xml:space="preserve">    (a) agreement</w:t>
      </w:r>
      <w:r>
        <w:br/>
      </w:r>
      <w:r>
        <w:t xml:space="preserve">    (b) opinion</w:t>
      </w:r>
      <w:r>
        <w:br/>
      </w:r>
      <w:r>
        <w:t xml:space="preserve">    (c)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Nat's eyes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deliberately</w:t>
      </w:r>
      <w:r>
        <w:rPr>
          <w:b/>
          <w:bCs/>
        </w:rPr>
        <w:t xml:space="preserve"> </w:t>
      </w:r>
      <w:r>
        <w:rPr>
          <w:b/>
          <w:bCs/>
        </w:rPr>
        <w:t xml:space="preserve">taunted her.</w:t>
      </w:r>
      <w:r>
        <w:br/>
      </w:r>
      <w:r>
        <w:t xml:space="preserve">    (a) accidentally</w:t>
      </w:r>
      <w:r>
        <w:br/>
      </w:r>
      <w:r>
        <w:t xml:space="preserve">    (b) on purpose</w:t>
      </w:r>
      <w:r>
        <w:br/>
      </w:r>
      <w:r>
        <w:t xml:space="preserve">    (c) with disrespect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Lost in her own thoughts, Kit barely noticed that William's dignified pace was even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</w:t>
      </w:r>
      <w:r>
        <w:rPr>
          <w:b/>
          <w:bCs/>
        </w:rPr>
        <w:t xml:space="preserve"> </w:t>
      </w:r>
      <w:r>
        <w:rPr>
          <w:b/>
          <w:bCs/>
        </w:rPr>
        <w:t xml:space="preserve">than usual.</w:t>
      </w:r>
      <w:r>
        <w:br/>
      </w:r>
      <w:r>
        <w:t xml:space="preserve">    (a) energetic</w:t>
      </w:r>
      <w:r>
        <w:br/>
      </w:r>
      <w:r>
        <w:t xml:space="preserve">    (b) slow</w:t>
      </w:r>
      <w:r>
        <w:br/>
      </w:r>
      <w:r>
        <w:t xml:space="preserve">    (c) quick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 true witch will always float. The innocent ones just sink like a stone." He was obviously paying her back for the morning's humiliation. But she was surprised to see that John Holbrook was not at all amused. His solemn young face was even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grave</w:t>
      </w:r>
      <w:r>
        <w:rPr>
          <w:b/>
          <w:bCs/>
        </w:rPr>
        <w:t xml:space="preserve"> </w:t>
      </w:r>
      <w:r>
        <w:rPr>
          <w:b/>
          <w:bCs/>
        </w:rPr>
        <w:t xml:space="preserve">than before.</w:t>
      </w:r>
      <w:r>
        <w:br/>
      </w:r>
      <w:r>
        <w:t xml:space="preserve">    (a) serious and solemn</w:t>
      </w:r>
      <w:r>
        <w:br/>
      </w:r>
      <w:r>
        <w:t xml:space="preserve">    (b) humorous and smiling</w:t>
      </w:r>
      <w:r>
        <w:br/>
      </w:r>
      <w:r>
        <w:t xml:space="preserve">    (c) calm and untroubled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Kit recoiled, as much from his angry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tone</w:t>
      </w:r>
      <w:r>
        <w:rPr>
          <w:b/>
          <w:bCs/>
        </w:rPr>
        <w:t xml:space="preserve"> </w:t>
      </w:r>
      <w:r>
        <w:rPr>
          <w:b/>
          <w:bCs/>
        </w:rPr>
        <w:t xml:space="preserve">as from the repulsive words.</w:t>
      </w:r>
      <w:r>
        <w:br/>
      </w:r>
      <w:r>
        <w:t xml:space="preserve">    (a) quality of voice expressing a feeling</w:t>
      </w:r>
      <w:r>
        <w:br/>
      </w:r>
      <w:r>
        <w:t xml:space="preserve">    (b) volume of voice expressing a feeling</w:t>
      </w:r>
      <w:r>
        <w:br/>
      </w:r>
      <w:r>
        <w:t xml:space="preserve">    (c) rhythm of voice expressing a feeling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Mercy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demonstrated</w:t>
      </w:r>
      <w:r>
        <w:rPr>
          <w:b/>
          <w:bCs/>
        </w:rPr>
        <w:t xml:space="preserve"> </w:t>
      </w:r>
      <w:r>
        <w:rPr>
          <w:b/>
          <w:bCs/>
        </w:rPr>
        <w:t xml:space="preserve">on two pieces of thin board to which were fastened strips of leather set with hooked wire teeth. From a great pile of heavy blue wool she pulled a small tuft, caught it in the wire teeth of one board, and drew across it the second board till the fibers were brushed flat.</w:t>
      </w:r>
      <w:r>
        <w:br/>
      </w:r>
      <w:r>
        <w:t xml:space="preserve">    (a) showed</w:t>
      </w:r>
      <w:r>
        <w:br/>
      </w:r>
      <w:r>
        <w:t xml:space="preserve">    (b) protested</w:t>
      </w:r>
      <w:r>
        <w:br/>
      </w:r>
      <w:r>
        <w:t xml:space="preserve">    (c) sat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Captain Talcott sensed the growing anger in the waiting crowd and raised his voice. "There is to be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demonstration</w:t>
      </w:r>
      <w:r>
        <w:rPr>
          <w:b/>
          <w:bCs/>
        </w:rPr>
        <w:t xml:space="preserve">," he reminded them.</w:t>
      </w:r>
      <w:r>
        <w:br/>
      </w:r>
      <w:r>
        <w:t xml:space="preserve">    (a) violence</w:t>
      </w:r>
      <w:r>
        <w:br/>
      </w:r>
      <w:r>
        <w:t xml:space="preserve">    (b) vacation</w:t>
      </w:r>
      <w:r>
        <w:br/>
      </w:r>
      <w:r>
        <w:t xml:space="preserve">    (c) public protest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Matthew Wood stood on the threshold of his home, his bushy eyebrows massed close together as he surveyed the three women who waited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accompany</w:t>
      </w:r>
      <w:r>
        <w:rPr>
          <w:b/>
          <w:bCs/>
        </w:rPr>
        <w:t xml:space="preserve"> </w:t>
      </w:r>
      <w:r>
        <w:rPr>
          <w:b/>
          <w:bCs/>
        </w:rPr>
        <w:t xml:space="preserve">him.</w:t>
      </w:r>
      <w:r>
        <w:br/>
      </w:r>
      <w:r>
        <w:t xml:space="preserve">    (a) go with</w:t>
      </w:r>
      <w:r>
        <w:br/>
      </w:r>
      <w:r>
        <w:t xml:space="preserve">    (b) work with</w:t>
      </w:r>
      <w:r>
        <w:br/>
      </w:r>
      <w:r>
        <w:t xml:space="preserve">    (c) perform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are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implying</w:t>
      </w:r>
      <w:r>
        <w:rPr>
          <w:b/>
          <w:bCs/>
        </w:rPr>
        <w:t xml:space="preserve">, Gershom?</w:t>
      </w:r>
      <w:r>
        <w:br/>
      </w:r>
      <w:r>
        <w:t xml:space="preserve">    (a) suggesting</w:t>
      </w:r>
      <w:r>
        <w:br/>
      </w:r>
      <w:r>
        <w:t xml:space="preserve">    (b) boldly saying</w:t>
      </w:r>
      <w:r>
        <w:br/>
      </w:r>
      <w:r>
        <w:t xml:space="preserve">    (c) doing rudely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Kit had no idea that her methods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novel</w:t>
      </w:r>
      <w:r>
        <w:rPr>
          <w:b/>
          <w:bCs/>
        </w:rPr>
        <w:t xml:space="preserve"> </w:t>
      </w:r>
      <w:r>
        <w:rPr>
          <w:b/>
          <w:bCs/>
        </w:rPr>
        <w:t xml:space="preserve">and surprising.</w:t>
      </w:r>
      <w:r>
        <w:br/>
      </w:r>
      <w:r>
        <w:t xml:space="preserve">    (a) fiction</w:t>
      </w:r>
      <w:r>
        <w:br/>
      </w:r>
      <w:r>
        <w:t xml:space="preserve">    (b) new</w:t>
      </w:r>
      <w:r>
        <w:br/>
      </w:r>
      <w:r>
        <w:t xml:space="preserve">    (c) upsetting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then she was laughing with Hannah. But instantly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sobered</w:t>
      </w:r>
      <w:r>
        <w:rPr>
          <w:b/>
          <w:bCs/>
        </w:rPr>
        <w:t xml:space="preserve"> </w:t>
      </w:r>
      <w:r>
        <w:rPr>
          <w:b/>
          <w:bCs/>
        </w:rPr>
        <w:t xml:space="preserve">again.</w:t>
      </w:r>
      <w:r>
        <w:br/>
      </w:r>
      <w:r>
        <w:t xml:space="preserve">    (a) became amused</w:t>
      </w:r>
      <w:r>
        <w:br/>
      </w:r>
      <w:r>
        <w:t xml:space="preserve">    (b) stopped being drunk</w:t>
      </w:r>
      <w:r>
        <w:br/>
      </w:r>
      <w:r>
        <w:t xml:space="preserve">    (c) became serious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it's not much fun trying to keep my hand firm and being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</w:t>
      </w:r>
      <w:r>
        <w:rPr>
          <w:b/>
          <w:bCs/>
        </w:rPr>
        <w:t xml:space="preserve"> </w:t>
      </w:r>
      <w:r>
        <w:rPr>
          <w:b/>
          <w:bCs/>
        </w:rPr>
        <w:t xml:space="preserve">all day long.</w:t>
      </w:r>
      <w:r>
        <w:br/>
      </w:r>
      <w:r>
        <w:t xml:space="preserve">    (a) insincere</w:t>
      </w:r>
      <w:r>
        <w:br/>
      </w:r>
      <w:r>
        <w:t xml:space="preserve">    (b) very serious</w:t>
      </w:r>
      <w:r>
        <w:br/>
      </w:r>
      <w:r>
        <w:t xml:space="preserve">    (c) friendly and cheerful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"'Tis a strange thing, that the only friends I have I found in the same way, lying flat in the meadows, crying as though their hearts would break."</w:t>
      </w:r>
      <w:r>
        <w:br/>
      </w:r>
      <w:r>
        <w:rPr>
          <w:b/>
          <w:bCs/>
        </w:rPr>
        <w:t xml:space="preserve">The two young people stared at each other. "You?" breathed Kit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incredulously</w:t>
      </w:r>
      <w:r>
        <w:rPr>
          <w:b/>
          <w:bCs/>
        </w:rPr>
        <w:t xml:space="preserve">.</w:t>
      </w:r>
      <w:r>
        <w:br/>
      </w:r>
      <w:r>
        <w:rPr>
          <w:b/>
          <w:bCs/>
        </w:rPr>
        <w:t xml:space="preserve">Nat laughed. "I'll have you know that I was only eight years old," he explained.</w:t>
      </w:r>
      <w:r>
        <w:br/>
      </w:r>
      <w:r>
        <w:t xml:space="preserve">    (a) in the manner of one happy to have solved a puzzle</w:t>
      </w:r>
      <w:r>
        <w:br/>
      </w:r>
      <w:r>
        <w:t xml:space="preserve">    (b) with a laugh, smile, or humorous look</w:t>
      </w:r>
      <w:r>
        <w:br/>
      </w:r>
      <w:r>
        <w:t xml:space="preserve">    (c) having difficulty comprehending something so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clean white sand on the floor Hannah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traced</w:t>
      </w:r>
      <w:r>
        <w:rPr>
          <w:b/>
          <w:bCs/>
        </w:rPr>
        <w:t xml:space="preserve"> </w:t>
      </w:r>
      <w:r>
        <w:rPr>
          <w:b/>
          <w:bCs/>
        </w:rPr>
        <w:t xml:space="preserve">a careful B. Looking at Prudence, Kit held her breath.</w:t>
      </w:r>
      <w:r>
        <w:br/>
      </w:r>
      <w:r>
        <w:t xml:space="preserve">    (a) found</w:t>
      </w:r>
      <w:r>
        <w:br/>
      </w:r>
      <w:r>
        <w:t xml:space="preserve">    (b) drew</w:t>
      </w:r>
      <w:r>
        <w:br/>
      </w:r>
      <w:r>
        <w:t xml:space="preserve">    (c) showed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Nat had slipped out of the room and his halfhearted pursuers reported not a single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trace</w:t>
      </w:r>
      <w:r>
        <w:rPr>
          <w:b/>
          <w:bCs/>
        </w:rPr>
        <w:t xml:space="preserve"> </w:t>
      </w:r>
      <w:r>
        <w:rPr>
          <w:b/>
          <w:bCs/>
        </w:rPr>
        <w:t xml:space="preserve">of him.</w:t>
      </w:r>
      <w:r>
        <w:br/>
      </w:r>
      <w:r>
        <w:t xml:space="preserve">    (a) compliment or flattery</w:t>
      </w:r>
      <w:r>
        <w:br/>
      </w:r>
      <w:r>
        <w:t xml:space="preserve">    (b) drawing or outline</w:t>
      </w:r>
      <w:r>
        <w:br/>
      </w:r>
      <w:r>
        <w:t xml:space="preserve">    (c) indication or sign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magistrate</w:t>
      </w:r>
      <w:r>
        <w:rPr>
          <w:b/>
          <w:bCs/>
        </w:rPr>
        <w:t xml:space="preserve"> </w:t>
      </w:r>
      <w:r>
        <w:rPr>
          <w:b/>
          <w:bCs/>
        </w:rPr>
        <w:t xml:space="preserve">and the ministers will examine you.</w:t>
      </w:r>
      <w:r>
        <w:br/>
      </w:r>
      <w:r>
        <w:t xml:space="preserve">    (a) attorney</w:t>
      </w:r>
      <w:r>
        <w:br/>
      </w:r>
      <w:r>
        <w:t xml:space="preserve">    (b) mayor</w:t>
      </w:r>
      <w:r>
        <w:br/>
      </w:r>
      <w:r>
        <w:t xml:space="preserve">    (c) judge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come here in order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inquire</w:t>
      </w:r>
      <w:r>
        <w:rPr>
          <w:b/>
          <w:bCs/>
        </w:rPr>
        <w:t xml:space="preserve"> </w:t>
      </w:r>
      <w:r>
        <w:rPr>
          <w:b/>
          <w:bCs/>
        </w:rPr>
        <w:t xml:space="preserve">and search into the matter of Mistress Katherine Tyler, lately of Barbados, who is accused by sundry witnesses of the practice of witchcraft.</w:t>
      </w:r>
      <w:r>
        <w:br/>
      </w:r>
      <w:r>
        <w:t xml:space="preserve">    (a) disgrace</w:t>
      </w:r>
      <w:r>
        <w:br/>
      </w:r>
      <w:r>
        <w:t xml:space="preserve">    (b) respond</w:t>
      </w:r>
      <w:r>
        <w:br/>
      </w:r>
      <w:r>
        <w:t xml:space="preserve">    (c) ask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magistrate spoke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. "I had considered this morning's inquiry merely a formality. I did not expect to find any evidence worthy of carrying to the court. But this is a serious mater. You must explain to us how this child's name came to be written."</w:t>
      </w:r>
      <w:r>
        <w:br/>
      </w:r>
      <w:r>
        <w:t xml:space="preserve">    (a) in a tactful manner</w:t>
      </w:r>
      <w:r>
        <w:br/>
      </w:r>
      <w:r>
        <w:t xml:space="preserve">    (b) in a gentle manner</w:t>
      </w:r>
      <w:r>
        <w:br/>
      </w:r>
      <w:r>
        <w:t xml:space="preserve">    (c) in a straightforward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Was this what strengthened these New Englanders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</w:t>
      </w:r>
      <w:r>
        <w:rPr>
          <w:b/>
          <w:bCs/>
        </w:rPr>
        <w:t xml:space="preserve"> </w:t>
      </w:r>
      <w:r>
        <w:rPr>
          <w:b/>
          <w:bCs/>
        </w:rPr>
        <w:t xml:space="preserve">the winter, the knowledge that summer's return would be all the richer for the waiting?</w:t>
      </w:r>
      <w:r>
        <w:br/>
      </w:r>
      <w:r>
        <w:t xml:space="preserve">    (a) suffer through</w:t>
      </w:r>
      <w:r>
        <w:br/>
      </w:r>
      <w:r>
        <w:t xml:space="preserve">    (b) surrender to</w:t>
      </w:r>
      <w:r>
        <w:br/>
      </w:r>
      <w:r>
        <w:t xml:space="preserve">    (c) break with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2026-05-20T14:40:21Z</dcterms:created>
  <dcterms:modified xsi:type="dcterms:W3CDTF">2026-05-20T14:40:21Z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