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019643a6bc98e0559e80b82bdcc06336ee7289"/>
    <w:p>
      <w:pPr>
        <w:pStyle w:val="Heading1"/>
      </w:pPr>
      <w:r>
        <w:rPr>
          <w:b/>
          <w:bCs/>
        </w:rPr>
        <w:t xml:space="preserve">The Winter's Tale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afflicted</w:t>
      </w:r>
      <w:r>
        <w:rPr>
          <w:b/>
          <w:bCs/>
        </w:rPr>
        <w:t xml:space="preserve"> </w:t>
      </w:r>
      <w:r>
        <w:rPr>
          <w:b/>
          <w:bCs/>
        </w:rPr>
        <w:t xml:space="preserve">with migraines since childhood.</w:t>
      </w:r>
      <w:r>
        <w:br/>
      </w:r>
      <w:r>
        <w:t xml:space="preserve">    (a) surprised by</w:t>
      </w:r>
      <w:r>
        <w:br/>
      </w:r>
      <w:r>
        <w:t xml:space="preserve">    (b) worried about</w:t>
      </w:r>
      <w:r>
        <w:br/>
      </w:r>
      <w:r>
        <w:t xml:space="preserve">    (c) made to suffer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ballad</w:t>
      </w:r>
      <w:r>
        <w:rPr>
          <w:b/>
          <w:bCs/>
        </w:rPr>
        <w:t xml:space="preserve"> </w:t>
      </w:r>
      <w:r>
        <w:rPr>
          <w:b/>
          <w:bCs/>
        </w:rPr>
        <w:t xml:space="preserve">told the tragic tale of two lovers separated by war.</w:t>
      </w:r>
      <w:r>
        <w:br/>
      </w:r>
      <w:r>
        <w:t xml:space="preserve">    (a) traditional short story</w:t>
      </w:r>
      <w:r>
        <w:br/>
      </w:r>
      <w:r>
        <w:t xml:space="preserve">    (b) dramatic performance on stage</w:t>
      </w:r>
      <w:r>
        <w:br/>
      </w:r>
      <w:r>
        <w:t xml:space="preserve">    (c) song that tells a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the prayer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beseeching</w:t>
      </w:r>
      <w:r>
        <w:rPr>
          <w:b/>
          <w:bCs/>
        </w:rPr>
        <w:t xml:space="preserve"> </w:t>
      </w:r>
      <w:r>
        <w:rPr>
          <w:b/>
          <w:bCs/>
        </w:rPr>
        <w:t xml:space="preserve">God to grant them wisdom and patience.</w:t>
      </w:r>
      <w:r>
        <w:br/>
      </w:r>
      <w:r>
        <w:t xml:space="preserve">    (a) demanding</w:t>
      </w:r>
      <w:r>
        <w:br/>
      </w:r>
      <w:r>
        <w:t xml:space="preserve">    (b) asking</w:t>
      </w:r>
      <w:r>
        <w:br/>
      </w:r>
      <w:r>
        <w:t xml:space="preserve">    (c) instructing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Jacob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chaste</w:t>
      </w:r>
      <w:r>
        <w:rPr>
          <w:b/>
          <w:bCs/>
        </w:rPr>
        <w:t xml:space="preserve"> </w:t>
      </w:r>
      <w:r>
        <w:rPr>
          <w:b/>
          <w:bCs/>
        </w:rPr>
        <w:t xml:space="preserve">until he met his future spouse.</w:t>
      </w:r>
      <w:r>
        <w:br/>
      </w:r>
      <w:r>
        <w:t xml:space="preserve">    (a) a virgin</w:t>
      </w:r>
      <w:r>
        <w:br/>
      </w:r>
      <w:r>
        <w:t xml:space="preserve">    (b) disillusioned</w:t>
      </w:r>
      <w:r>
        <w:br/>
      </w:r>
      <w:r>
        <w:t xml:space="preserve">    (c) unfaithful to anyone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gently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chides</w:t>
      </w:r>
      <w:r>
        <w:rPr>
          <w:b/>
          <w:bCs/>
        </w:rPr>
        <w:t xml:space="preserve"> </w:t>
      </w:r>
      <w:r>
        <w:rPr>
          <w:b/>
          <w:bCs/>
        </w:rPr>
        <w:t xml:space="preserve">her friends who run up credit card debt unnecessarily.</w:t>
      </w:r>
      <w:r>
        <w:br/>
      </w:r>
      <w:r>
        <w:t xml:space="preserve">    (a) criticizes</w:t>
      </w:r>
      <w:r>
        <w:br/>
      </w:r>
      <w:r>
        <w:t xml:space="preserve">    (b) celebrates with</w:t>
      </w:r>
      <w:r>
        <w:br/>
      </w:r>
      <w:r>
        <w:t xml:space="preserve">    (c) avoids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commend</w:t>
      </w:r>
      <w:r>
        <w:rPr>
          <w:b/>
          <w:bCs/>
        </w:rPr>
        <w:t xml:space="preserve"> </w:t>
      </w:r>
      <w:r>
        <w:rPr>
          <w:b/>
          <w:bCs/>
        </w:rPr>
        <w:t xml:space="preserve">her dedication.</w:t>
      </w:r>
      <w:r>
        <w:br/>
      </w:r>
      <w:r>
        <w:t xml:space="preserve">    (a) envy</w:t>
      </w:r>
      <w:r>
        <w:br/>
      </w:r>
      <w:r>
        <w:t xml:space="preserve">    (b) praise</w:t>
      </w:r>
      <w:r>
        <w:br/>
      </w:r>
      <w:r>
        <w:t xml:space="preserve">    (c) miss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We're trying to choose between 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contrary</w:t>
      </w:r>
      <w:r>
        <w:rPr>
          <w:b/>
          <w:bCs/>
        </w:rPr>
        <w:t xml:space="preserve"> </w:t>
      </w:r>
      <w:r>
        <w:rPr>
          <w:b/>
          <w:bCs/>
        </w:rPr>
        <w:t xml:space="preserve">solutions.</w:t>
      </w:r>
      <w:r>
        <w:br/>
      </w:r>
      <w:r>
        <w:t xml:space="preserve">    (a) unfriendly</w:t>
      </w:r>
      <w:r>
        <w:br/>
      </w:r>
      <w:r>
        <w:t xml:space="preserve">    (b) different</w:t>
      </w:r>
      <w:r>
        <w:br/>
      </w:r>
      <w:r>
        <w:t xml:space="preserve">    (c) imperfect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not allow members to act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contrary to</w:t>
      </w:r>
      <w:r>
        <w:rPr>
          <w:b/>
          <w:bCs/>
        </w:rPr>
        <w:t xml:space="preserve"> </w:t>
      </w:r>
      <w:r>
        <w:rPr>
          <w:b/>
          <w:bCs/>
        </w:rPr>
        <w:t xml:space="preserve">our code of ethics.</w:t>
      </w:r>
      <w:r>
        <w:br/>
      </w:r>
      <w:r>
        <w:t xml:space="preserve">    (a) without understanding</w:t>
      </w:r>
      <w:r>
        <w:br/>
      </w:r>
      <w:r>
        <w:t xml:space="preserve">    (b) in opposition to</w:t>
      </w:r>
      <w:r>
        <w:br/>
      </w:r>
      <w:r>
        <w:t xml:space="preserve">    (c) prior to creating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a method of counting</w:t>
      </w:r>
      <w:r>
        <w:br/>
      </w:r>
      <w:r>
        <w:t xml:space="preserve">    (b) voice</w:t>
      </w:r>
      <w:r>
        <w:br/>
      </w:r>
      <w:r>
        <w:t xml:space="preserve">    (c) facial expression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asked earnestly</w:t>
      </w:r>
      <w:r>
        <w:br/>
      </w:r>
      <w:r>
        <w:t xml:space="preserve">    (b) bribed (with gifts)</w:t>
      </w:r>
      <w:r>
        <w:br/>
      </w:r>
      <w:r>
        <w:t xml:space="preserve">    (c) threatened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disrespectfully bold</w:t>
      </w:r>
      <w:r>
        <w:br/>
      </w:r>
      <w:r>
        <w:t xml:space="preserve">    (b) extremely quiet</w:t>
      </w:r>
      <w:r>
        <w:br/>
      </w:r>
      <w:r>
        <w:t xml:space="preserve">    (c) thoughtfully kind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lamented</w:t>
      </w:r>
      <w:r>
        <w:rPr>
          <w:b/>
          <w:bCs/>
        </w:rPr>
        <w:t xml:space="preserve"> </w:t>
      </w:r>
      <w:r>
        <w:rPr>
          <w:b/>
          <w:bCs/>
        </w:rPr>
        <w:t xml:space="preserve">our sad circumstances.</w:t>
      </w:r>
      <w:r>
        <w:br/>
      </w:r>
      <w:r>
        <w:t xml:space="preserve">    (a) expressed grief about</w:t>
      </w:r>
      <w:r>
        <w:br/>
      </w:r>
      <w:r>
        <w:t xml:space="preserve">    (b) improved</w:t>
      </w:r>
      <w:r>
        <w:br/>
      </w:r>
      <w:r>
        <w:t xml:space="preserve">    (c) made worse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carelessly</w:t>
      </w:r>
      <w:r>
        <w:br/>
      </w:r>
      <w:r>
        <w:t xml:space="preserve">    (b) mockingly</w:t>
      </w:r>
      <w:r>
        <w:br/>
      </w:r>
      <w:r>
        <w:t xml:space="preserve">    (c) evilly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proud of one's actions</w:t>
      </w:r>
      <w:r>
        <w:br/>
      </w:r>
      <w:r>
        <w:t xml:space="preserve">    (b) feeling regret for wrongdoing</w:t>
      </w:r>
      <w:r>
        <w:br/>
      </w:r>
      <w:r>
        <w:t xml:space="preserve">    (c) confused about the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perpetual</w:t>
      </w:r>
      <w:r>
        <w:rPr>
          <w:b/>
          <w:bCs/>
        </w:rPr>
        <w:t xml:space="preserve"> </w:t>
      </w:r>
      <w:r>
        <w:rPr>
          <w:b/>
          <w:bCs/>
        </w:rPr>
        <w:t xml:space="preserve">fear of forgetting important deadlines.</w:t>
      </w:r>
      <w:r>
        <w:br/>
      </w:r>
      <w:r>
        <w:t xml:space="preserve">    (a) constant</w:t>
      </w:r>
      <w:r>
        <w:br/>
      </w:r>
      <w:r>
        <w:t xml:space="preserve">    (b) joyful</w:t>
      </w:r>
      <w:r>
        <w:br/>
      </w:r>
      <w:r>
        <w:t xml:space="preserve">    (c) secret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easily found</w:t>
      </w:r>
      <w:r>
        <w:br/>
      </w:r>
      <w:r>
        <w:t xml:space="preserve">    (b) in short supply</w:t>
      </w:r>
      <w:r>
        <w:br/>
      </w:r>
      <w:r>
        <w:t xml:space="preserve">    (c) extremely hard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unimportant</w:t>
      </w:r>
      <w:r>
        <w:br/>
      </w:r>
      <w:r>
        <w:t xml:space="preserve">    (b) other's</w:t>
      </w:r>
      <w:r>
        <w:br/>
      </w:r>
      <w:r>
        <w:t xml:space="preserve">    (c)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Pure democracy (without protection of minority rights) can become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tyranny</w:t>
      </w:r>
      <w:r>
        <w:rPr>
          <w:b/>
          <w:bCs/>
        </w:rPr>
        <w:t xml:space="preserve"> </w:t>
      </w:r>
      <w:r>
        <w:rPr>
          <w:b/>
          <w:bCs/>
        </w:rPr>
        <w:t xml:space="preserve">of the majority.</w:t>
      </w:r>
      <w:r>
        <w:br/>
      </w:r>
      <w:r>
        <w:t xml:space="preserve">    (a) a form of government that is fair because decisions are made by majority vote</w:t>
      </w:r>
      <w:r>
        <w:br/>
      </w:r>
      <w:r>
        <w:t xml:space="preserve">    (b) a situation in which a difficult choice must be made between imperfect alternatives</w:t>
      </w:r>
      <w:r>
        <w:br/>
      </w:r>
      <w:r>
        <w:t xml:space="preserve">    (c) a form of government where some people control others in a harsh, unfair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evolutionary benefit theory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 </w:t>
      </w:r>
      <w:r>
        <w:rPr>
          <w:b/>
          <w:bCs/>
        </w:rPr>
        <w:t xml:space="preserve">is supported by studies showing that a person's desire for revenge increases when others see their mistreatment.</w:t>
      </w:r>
      <w:r>
        <w:br/>
      </w:r>
      <w:r>
        <w:t xml:space="preserve">    (a) status</w:t>
      </w:r>
      <w:r>
        <w:br/>
      </w:r>
      <w:r>
        <w:t xml:space="preserve">    (b) fairness</w:t>
      </w:r>
      <w:r>
        <w:br/>
      </w:r>
      <w:r>
        <w:t xml:space="preserve">    (c) revenge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produced</w:t>
      </w:r>
      <w:r>
        <w:br/>
      </w:r>
      <w:r>
        <w:t xml:space="preserve">    (b) destroyed</w:t>
      </w:r>
      <w:r>
        <w:br/>
      </w:r>
      <w:r>
        <w:t xml:space="preserve">    (c) slowed down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2026-07-31T14:32:20Z</dcterms:created>
  <dcterms:modified xsi:type="dcterms:W3CDTF">2026-07-31T14:32:20Z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