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369f61d8dea1cc99731803245c06f661a63a81"/>
    <w:p>
      <w:pPr>
        <w:pStyle w:val="Heading1"/>
      </w:pPr>
      <w:r>
        <w:rPr>
          <w:b/>
          <w:bCs/>
        </w:rPr>
        <w:t xml:space="preserve">The Whole World Knows</w:t>
      </w:r>
      <w:r>
        <w:br/>
      </w:r>
      <w:r>
        <w:rPr>
          <w:i/>
          <w:iCs/>
        </w:rPr>
        <w:t xml:space="preserve">Eudora Welty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looked down through the yard and the usual crowd seemed to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dwindled</w:t>
      </w:r>
      <w:r>
        <w:rPr>
          <w:b/>
          <w:bCs/>
        </w:rPr>
        <w:t xml:space="preserve"> </w:t>
      </w:r>
      <w:r>
        <w:rPr>
          <w:b/>
          <w:bCs/>
        </w:rPr>
        <w:t xml:space="preserve">a little, I could not think who was out.</w:t>
      </w:r>
      <w:r>
        <w:br/>
      </w:r>
      <w:r>
        <w:t xml:space="preserve">    (a) decreased</w:t>
      </w:r>
      <w:r>
        <w:br/>
      </w:r>
      <w:r>
        <w:t xml:space="preserve">    (b) disagreed</w:t>
      </w:r>
      <w:r>
        <w:br/>
      </w:r>
      <w:r>
        <w:t xml:space="preserve">    (c) separated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me ambition's always been a mystery, but now it was his try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 </w:t>
      </w:r>
      <w:r>
        <w:rPr>
          <w:b/>
          <w:bCs/>
        </w:rPr>
        <w:t xml:space="preserve">us—me and him both.</w:t>
      </w:r>
      <w:r>
        <w:br/>
      </w:r>
      <w:r>
        <w:t xml:space="preserve">    (a) lie or mislead</w:t>
      </w:r>
      <w:r>
        <w:br/>
      </w:r>
      <w:r>
        <w:t xml:space="preserve">    (b) bad or harmful</w:t>
      </w:r>
      <w:r>
        <w:br/>
      </w:r>
      <w:r>
        <w:t xml:space="preserve">    (c) tell (a story)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chameleon</w:t>
      </w:r>
      <w:r>
        <w:rPr>
          <w:b/>
          <w:bCs/>
        </w:rPr>
        <w:t xml:space="preserve"> </w:t>
      </w:r>
      <w:r>
        <w:rPr>
          <w:b/>
          <w:bCs/>
        </w:rPr>
        <w:t xml:space="preserve">ran up a leaf, and held there panting.</w:t>
      </w:r>
      <w:r>
        <w:br/>
      </w:r>
      <w:r>
        <w:t xml:space="preserve">    (a) a person who changes opinions, behavior, or appearance depending upon the circumstances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 kind of lizard that changes its colors to match the colors around it</w:t>
      </w:r>
      <w:r>
        <w:br/>
      </w:r>
      <w:r>
        <w:t xml:space="preserve">    (b) the act of forcing into an undesired activity or situation -- such as legally sentencing someone to punishment  OR  the act of finding guilty -- especially in court</w:t>
      </w:r>
      <w:r>
        <w:br/>
      </w:r>
      <w:r>
        <w:t xml:space="preserve">    (c) a workplace where people do scientific or medical research, or produce drugs or chemicals (also used figuratively)  OR  (as an adjective) related to such a place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hand never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deviated</w:t>
      </w:r>
      <w:r>
        <w:rPr>
          <w:b/>
          <w:bCs/>
        </w:rPr>
        <w:t xml:space="preserve">, never shook from the noise.</w:t>
      </w:r>
      <w:r>
        <w:br/>
      </w:r>
      <w:r>
        <w:t xml:space="preserve">    (a) differed or changed</w:t>
      </w:r>
      <w:r>
        <w:br/>
      </w:r>
      <w:r>
        <w:t xml:space="preserve">    (b) excessively excited</w:t>
      </w:r>
      <w:r>
        <w:br/>
      </w:r>
      <w:r>
        <w:t xml:space="preserve">    (c) nervous or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far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acknowledged</w:t>
      </w:r>
      <w:r>
        <w:rPr>
          <w:b/>
          <w:bCs/>
        </w:rPr>
        <w:t xml:space="preserve"> </w:t>
      </w:r>
      <w:r>
        <w:rPr>
          <w:b/>
          <w:bCs/>
        </w:rPr>
        <w:t xml:space="preserve">pain—anything but sorrow and pain.</w:t>
      </w:r>
      <w:r>
        <w:br/>
      </w:r>
      <w:r>
        <w:t xml:space="preserve">    (a) subtracted</w:t>
      </w:r>
      <w:r>
        <w:br/>
      </w:r>
      <w:r>
        <w:t xml:space="preserve">    (b) recognized</w:t>
      </w:r>
      <w:r>
        <w:br/>
      </w:r>
      <w:r>
        <w:t xml:space="preserve">    (c)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our room, her voice would go low and soft to complete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disparagement</w:t>
      </w:r>
      <w:r>
        <w:rPr>
          <w:b/>
          <w:bCs/>
        </w:rPr>
        <w:t xml:space="preserve">.</w:t>
      </w:r>
      <w:r>
        <w:br/>
      </w:r>
      <w:r>
        <w:t xml:space="preserve">    (a) the act of criticizing or making seem less important</w:t>
      </w:r>
      <w:r>
        <w:br/>
      </w:r>
      <w:r>
        <w:t xml:space="preserve">    (b) the taking on or adoption of power or responsibility</w:t>
      </w:r>
      <w:r>
        <w:br/>
      </w:r>
      <w:r>
        <w:t xml:space="preserve">    (c) the process of controlling (how something turns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would get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stupefied</w:t>
      </w:r>
      <w:r>
        <w:rPr>
          <w:b/>
          <w:bCs/>
        </w:rPr>
        <w:t xml:space="preserve"> </w:t>
      </w:r>
      <w:r>
        <w:rPr>
          <w:b/>
          <w:bCs/>
        </w:rPr>
        <w:t xml:space="preserve">for sleep.</w:t>
      </w:r>
      <w:r>
        <w:br/>
      </w:r>
      <w:r>
        <w:t xml:space="preserve">    (a) caused to happen or occurred as a consequence</w:t>
      </w:r>
      <w:r>
        <w:br/>
      </w:r>
      <w:r>
        <w:t xml:space="preserve">    (b) made unable to think; or completely surprised</w:t>
      </w:r>
      <w:r>
        <w:br/>
      </w:r>
      <w:r>
        <w:t xml:space="preserve">    (c) donated a portion of one's income to a church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indelible</w:t>
      </w:r>
      <w:r>
        <w:rPr>
          <w:b/>
          <w:bCs/>
        </w:rPr>
        <w:t xml:space="preserve"> </w:t>
      </w:r>
      <w:r>
        <w:rPr>
          <w:b/>
          <w:bCs/>
        </w:rPr>
        <w:t xml:space="preserve">red false-fronts joined one to the other like a little toy train went by, I didn't think of my childhood any more.</w:t>
      </w:r>
      <w:r>
        <w:br/>
      </w:r>
      <w:r>
        <w:t xml:space="preserve">    (a) impossible to remove, forget, or erase -- can refer to physical marks or lasting memories</w:t>
      </w:r>
      <w:r>
        <w:br/>
      </w:r>
      <w:r>
        <w:t xml:space="preserve">    (b) a hollow muscular organ in the pelvic cavity of females which can hold a developing fetus</w:t>
      </w:r>
      <w:r>
        <w:br/>
      </w:r>
      <w:r>
        <w:t xml:space="preserve">    (c) one who believes that knowledge is acquired primarily by reason rather than by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High up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ramparts</w:t>
      </w:r>
      <w:r>
        <w:rPr>
          <w:b/>
          <w:bCs/>
        </w:rPr>
        <w:t xml:space="preserve"> </w:t>
      </w:r>
      <w:r>
        <w:rPr>
          <w:b/>
          <w:bCs/>
        </w:rPr>
        <w:t xml:space="preserve">of town some old iron bells were ringing.</w:t>
      </w:r>
      <w:r>
        <w:br/>
      </w:r>
      <w:r>
        <w:t xml:space="preserve">    (a) cheerful and lively musical pieces, or to play such music</w:t>
      </w:r>
      <w:r>
        <w:br/>
      </w:r>
      <w:r>
        <w:t xml:space="preserve">    (b) a defensive wall or barrier -- built for military defense</w:t>
      </w:r>
      <w:r>
        <w:br/>
      </w:r>
      <w:r>
        <w:t xml:space="preserve">    (c) heats beyond the temperature where state normally changes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disarrayed</w:t>
      </w:r>
      <w:r>
        <w:rPr>
          <w:b/>
          <w:bCs/>
        </w:rPr>
        <w:t xml:space="preserve">.</w:t>
      </w:r>
      <w:r>
        <w:br/>
      </w:r>
      <w:r>
        <w:t xml:space="preserve">    (a) caused to happen or occurred as a consequence</w:t>
      </w:r>
      <w:r>
        <w:br/>
      </w:r>
      <w:r>
        <w:t xml:space="preserve">    (b) donated a portion of one's income to a church</w:t>
      </w:r>
      <w:r>
        <w:br/>
      </w:r>
      <w:r>
        <w:t xml:space="preserve">    (c) a state of disorder, confusion, or untidiness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reading her lips,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conscientious</w:t>
      </w:r>
      <w:r>
        <w:rPr>
          <w:b/>
          <w:bCs/>
        </w:rPr>
        <w:t xml:space="preserve"> </w:t>
      </w:r>
      <w:r>
        <w:rPr>
          <w:b/>
          <w:bCs/>
        </w:rPr>
        <w:t xml:space="preserve">way people do through train windows.</w:t>
      </w:r>
      <w:r>
        <w:br/>
      </w:r>
      <w:r>
        <w:t xml:space="preserve">    (a) careful to do what is right</w:t>
      </w:r>
      <w:r>
        <w:br/>
      </w:r>
      <w:r>
        <w:t xml:space="preserve">    (b) orbiting Earth once per day</w:t>
      </w:r>
      <w:r>
        <w:br/>
      </w:r>
      <w:r>
        <w:t xml:space="preserve">    (c) not attractive or desirable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instinct is always quick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ardent</w:t>
      </w:r>
      <w:r>
        <w:rPr>
          <w:b/>
          <w:bCs/>
        </w:rPr>
        <w:t xml:space="preserve"> </w:t>
      </w:r>
      <w:r>
        <w:rPr>
          <w:b/>
          <w:bCs/>
        </w:rPr>
        <w:t xml:space="preserve">and hungry and doesn't lose any time.</w:t>
      </w:r>
      <w:r>
        <w:br/>
      </w:r>
      <w:r>
        <w:t xml:space="preserve">    (a) aka analytic -- relating to a theory of psychiatry</w:t>
      </w:r>
      <w:r>
        <w:br/>
      </w:r>
      <w:r>
        <w:t xml:space="preserve">    (b) feeling intense emotion (often enthusiasm or love)</w:t>
      </w:r>
      <w:r>
        <w:br/>
      </w:r>
      <w:r>
        <w:t xml:space="preserve">    (c) the trait of being difficult to meet and talk with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2026-07-31T18:23:09Z</dcterms:created>
  <dcterms:modified xsi:type="dcterms:W3CDTF">2026-07-31T18:23:09Z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