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d8812a119f0a5aabb7d8e98b160d27226fc86e"/>
    <w:p>
      <w:pPr>
        <w:pStyle w:val="Heading1"/>
      </w:pPr>
      <w:r>
        <w:rPr>
          <w:b/>
          <w:bCs/>
        </w:rPr>
        <w:t xml:space="preserve">The Westing Game</w:t>
      </w:r>
      <w:r>
        <w:br/>
      </w:r>
      <w:r>
        <w:rPr>
          <w:i/>
          <w:iCs/>
        </w:rPr>
        <w:t xml:space="preserve">Ellen Raskin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On September second, Shin Hoo's Restaurant, specializing in authentic Chinese</w:t>
      </w:r>
      <w:r>
        <w:rPr>
          <w:b/>
          <w:bCs/>
        </w:rPr>
        <w:t xml:space="preserve"> </w:t>
      </w:r>
      <w:r>
        <w:rPr>
          <w:b/>
          <w:bCs/>
          <w:u w:val="single"/>
        </w:rPr>
        <w:t xml:space="preserve">cuisine</w:t>
      </w:r>
      <w:r>
        <w:rPr>
          <w:b/>
          <w:bCs/>
        </w:rPr>
        <w:t xml:space="preserve">, held its grand opening.</w:t>
      </w:r>
      <w:r>
        <w:br/>
      </w:r>
      <w:r>
        <w:t xml:space="preserve">    (a) costumes</w:t>
      </w:r>
      <w:r>
        <w:br/>
      </w:r>
      <w:r>
        <w:t xml:space="preserve">    (b) style of food</w:t>
      </w:r>
      <w:r>
        <w:br/>
      </w:r>
      <w:r>
        <w:t xml:space="preserve">    (c) entertainment</w:t>
      </w:r>
    </w:p>
    <w:p>
      <w:pPr>
        <w:pStyle w:val="Compact"/>
        <w:numPr>
          <w:ilvl w:val="0"/>
          <w:numId w:val="1001"/>
        </w:numPr>
      </w:pPr>
      <w:r>
        <w:rPr>
          <w:b/>
          <w:bCs/>
        </w:rPr>
        <w:t xml:space="preserve">Chris laughed, then quickly</w:t>
      </w:r>
      <w:r>
        <w:rPr>
          <w:b/>
          <w:bCs/>
        </w:rPr>
        <w:t xml:space="preserve"> </w:t>
      </w:r>
      <w:r>
        <w:rPr>
          <w:b/>
          <w:bCs/>
          <w:u w:val="single"/>
        </w:rPr>
        <w:t xml:space="preserve">composed</w:t>
      </w:r>
      <w:r>
        <w:rPr>
          <w:b/>
          <w:bCs/>
        </w:rPr>
        <w:t xml:space="preserve"> </w:t>
      </w:r>
      <w:r>
        <w:rPr>
          <w:b/>
          <w:bCs/>
        </w:rPr>
        <w:t xml:space="preserve">his face.</w:t>
      </w:r>
      <w:r>
        <w:br/>
      </w:r>
      <w:r>
        <w:t xml:space="preserve">    (a) sensationalized</w:t>
      </w:r>
      <w:r>
        <w:br/>
      </w:r>
      <w:r>
        <w:t xml:space="preserve">    (b) calmed</w:t>
      </w:r>
      <w:r>
        <w:br/>
      </w:r>
      <w:r>
        <w:t xml:space="preserve">    (c) exaggerated</w:t>
      </w:r>
    </w:p>
    <w:p>
      <w:pPr>
        <w:pStyle w:val="Compact"/>
        <w:numPr>
          <w:ilvl w:val="0"/>
          <w:numId w:val="1001"/>
        </w:numPr>
      </w:pPr>
      <w:r>
        <w:rPr>
          <w:b/>
          <w:bCs/>
        </w:rPr>
        <w:t xml:space="preserve">Sikes</w:t>
      </w:r>
      <w:r>
        <w:rPr>
          <w:b/>
          <w:bCs/>
        </w:rPr>
        <w:t xml:space="preserve"> </w:t>
      </w:r>
      <w:r>
        <w:rPr>
          <w:b/>
          <w:bCs/>
          <w:u w:val="single"/>
        </w:rPr>
        <w:t xml:space="preserve">resumed</w:t>
      </w:r>
      <w:r>
        <w:rPr>
          <w:b/>
          <w:bCs/>
        </w:rPr>
        <w:t xml:space="preserve"> </w:t>
      </w:r>
      <w:r>
        <w:rPr>
          <w:b/>
          <w:bCs/>
        </w:rPr>
        <w:t xml:space="preserve">his Westingtown medical practice and the post of county coroner, but Westing disappeared from sight.</w:t>
      </w:r>
      <w:r>
        <w:br/>
      </w:r>
      <w:r>
        <w:t xml:space="preserve">    (a) began again</w:t>
      </w:r>
      <w:r>
        <w:br/>
      </w:r>
      <w:r>
        <w:t xml:space="preserve">    (b) stopped</w:t>
      </w:r>
      <w:r>
        <w:br/>
      </w:r>
      <w:r>
        <w:t xml:space="preserve">    (c) took a break from</w:t>
      </w:r>
    </w:p>
    <w:p>
      <w:pPr>
        <w:pStyle w:val="Compact"/>
        <w:numPr>
          <w:ilvl w:val="0"/>
          <w:numId w:val="1001"/>
        </w:numPr>
      </w:pPr>
      <w:r>
        <w:rPr>
          <w:b/>
          <w:bCs/>
        </w:rPr>
        <w:t xml:space="preserve">The</w:t>
      </w:r>
      <w:r>
        <w:rPr>
          <w:b/>
          <w:bCs/>
        </w:rPr>
        <w:t xml:space="preserve"> </w:t>
      </w:r>
      <w:r>
        <w:rPr>
          <w:b/>
          <w:bCs/>
          <w:u w:val="single"/>
        </w:rPr>
        <w:t xml:space="preserve">culprit</w:t>
      </w:r>
      <w:r>
        <w:rPr>
          <w:b/>
          <w:bCs/>
        </w:rPr>
        <w:t xml:space="preserve"> </w:t>
      </w:r>
      <w:r>
        <w:rPr>
          <w:b/>
          <w:bCs/>
        </w:rPr>
        <w:t xml:space="preserve">is far too cunning to be apprehended for this dastardly deed.</w:t>
      </w:r>
      <w:r>
        <w:br/>
      </w:r>
      <w:r>
        <w:t xml:space="preserve">    (a) man</w:t>
      </w:r>
      <w:r>
        <w:br/>
      </w:r>
      <w:r>
        <w:t xml:space="preserve">    (b) criminal</w:t>
      </w:r>
      <w:r>
        <w:br/>
      </w:r>
      <w:r>
        <w:t xml:space="preserve">    (c) woman</w:t>
      </w:r>
    </w:p>
    <w:p>
      <w:pPr>
        <w:pStyle w:val="Compact"/>
        <w:numPr>
          <w:ilvl w:val="0"/>
          <w:numId w:val="1001"/>
        </w:numPr>
      </w:pPr>
      <w:r>
        <w:rPr>
          <w:b/>
          <w:bCs/>
        </w:rPr>
        <w:t xml:space="preserve">The culprit is far too</w:t>
      </w:r>
      <w:r>
        <w:rPr>
          <w:b/>
          <w:bCs/>
        </w:rPr>
        <w:t xml:space="preserve"> </w:t>
      </w:r>
      <w:r>
        <w:rPr>
          <w:b/>
          <w:bCs/>
          <w:u w:val="single"/>
        </w:rPr>
        <w:t xml:space="preserve">cunning</w:t>
      </w:r>
      <w:r>
        <w:rPr>
          <w:b/>
          <w:bCs/>
        </w:rPr>
        <w:t xml:space="preserve"> </w:t>
      </w:r>
      <w:r>
        <w:rPr>
          <w:b/>
          <w:bCs/>
        </w:rPr>
        <w:t xml:space="preserve">to be apprehended for this dastardly deed.</w:t>
      </w:r>
      <w:r>
        <w:br/>
      </w:r>
      <w:r>
        <w:t xml:space="preserve">    (a) strong and quick</w:t>
      </w:r>
      <w:r>
        <w:br/>
      </w:r>
      <w:r>
        <w:t xml:space="preserve">    (b) clever and deceptive</w:t>
      </w:r>
      <w:r>
        <w:br/>
      </w:r>
      <w:r>
        <w:t xml:space="preserve">    (c) careless and foolish</w:t>
      </w:r>
    </w:p>
    <w:p>
      <w:pPr>
        <w:pStyle w:val="Compact"/>
        <w:numPr>
          <w:ilvl w:val="0"/>
          <w:numId w:val="1001"/>
        </w:numPr>
      </w:pPr>
      <w:r>
        <w:rPr>
          <w:b/>
          <w:bCs/>
        </w:rPr>
        <w:t xml:space="preserve">The culprit is far too cunning to be</w:t>
      </w:r>
      <w:r>
        <w:rPr>
          <w:b/>
          <w:bCs/>
        </w:rPr>
        <w:t xml:space="preserve"> </w:t>
      </w:r>
      <w:r>
        <w:rPr>
          <w:b/>
          <w:bCs/>
          <w:u w:val="single"/>
        </w:rPr>
        <w:t xml:space="preserve">apprehended</w:t>
      </w:r>
      <w:r>
        <w:rPr>
          <w:b/>
          <w:bCs/>
        </w:rPr>
        <w:t xml:space="preserve"> </w:t>
      </w:r>
      <w:r>
        <w:rPr>
          <w:b/>
          <w:bCs/>
        </w:rPr>
        <w:t xml:space="preserve">for this dastardly deed.</w:t>
      </w:r>
      <w:r>
        <w:br/>
      </w:r>
      <w:r>
        <w:t xml:space="preserve">    (a) caught</w:t>
      </w:r>
      <w:r>
        <w:br/>
      </w:r>
      <w:r>
        <w:t xml:space="preserve">    (b) understood</w:t>
      </w:r>
      <w:r>
        <w:br/>
      </w:r>
      <w:r>
        <w:t xml:space="preserve">    (c) stopped</w:t>
      </w:r>
    </w:p>
    <w:p>
      <w:pPr>
        <w:pStyle w:val="Compact"/>
        <w:numPr>
          <w:ilvl w:val="0"/>
          <w:numId w:val="1001"/>
        </w:numPr>
      </w:pPr>
      <w:r>
        <w:rPr>
          <w:b/>
          <w:bCs/>
        </w:rPr>
        <w:t xml:space="preserve">You have made me, the son of poor</w:t>
      </w:r>
      <w:r>
        <w:rPr>
          <w:b/>
          <w:bCs/>
        </w:rPr>
        <w:t xml:space="preserve"> </w:t>
      </w:r>
      <w:r>
        <w:rPr>
          <w:b/>
          <w:bCs/>
          <w:u w:val="single"/>
        </w:rPr>
        <w:t xml:space="preserve">immigrants</w:t>
      </w:r>
      <w:r>
        <w:rPr>
          <w:b/>
          <w:bCs/>
        </w:rPr>
        <w:t xml:space="preserve">, rich, powerful, and respected.</w:t>
      </w:r>
      <w:r>
        <w:br/>
      </w:r>
      <w:r>
        <w:t xml:space="preserve">    (a) people new to a country</w:t>
      </w:r>
      <w:r>
        <w:br/>
      </w:r>
      <w:r>
        <w:t xml:space="preserve">    (b) people who are disadvantaged</w:t>
      </w:r>
      <w:r>
        <w:br/>
      </w:r>
      <w:r>
        <w:t xml:space="preserve">    (c) people with little education</w:t>
      </w:r>
    </w:p>
    <w:p>
      <w:pPr>
        <w:pStyle w:val="Compact"/>
        <w:numPr>
          <w:ilvl w:val="0"/>
          <w:numId w:val="1001"/>
        </w:numPr>
      </w:pPr>
      <w:r>
        <w:rPr>
          <w:b/>
          <w:bCs/>
        </w:rPr>
        <w:t xml:space="preserve">The</w:t>
      </w:r>
      <w:r>
        <w:rPr>
          <w:b/>
          <w:bCs/>
        </w:rPr>
        <w:t xml:space="preserve"> </w:t>
      </w:r>
      <w:r>
        <w:rPr>
          <w:b/>
          <w:bCs/>
          <w:u w:val="single"/>
        </w:rPr>
        <w:t xml:space="preserve">forfeited</w:t>
      </w:r>
      <w:r>
        <w:rPr>
          <w:b/>
          <w:bCs/>
        </w:rPr>
        <w:t xml:space="preserve"> </w:t>
      </w:r>
      <w:r>
        <w:rPr>
          <w:b/>
          <w:bCs/>
        </w:rPr>
        <w:t xml:space="preserve">money upset her more than the murder of her uncle, if he was her uncle.</w:t>
      </w:r>
      <w:r>
        <w:br/>
      </w:r>
      <w:r>
        <w:t xml:space="preserve">    (a) expensed</w:t>
      </w:r>
      <w:r>
        <w:br/>
      </w:r>
      <w:r>
        <w:t xml:space="preserve">    (b) large</w:t>
      </w:r>
      <w:r>
        <w:br/>
      </w:r>
      <w:r>
        <w:t xml:space="preserve">    (c) lost</w:t>
      </w:r>
    </w:p>
    <w:p>
      <w:pPr>
        <w:pStyle w:val="Compact"/>
        <w:numPr>
          <w:ilvl w:val="0"/>
          <w:numId w:val="1001"/>
        </w:numPr>
      </w:pPr>
      <w:r>
        <w:rPr>
          <w:b/>
          <w:bCs/>
        </w:rPr>
        <w:t xml:space="preserve">In his will Sam Westing implied (he did not state, he</w:t>
      </w:r>
      <w:r>
        <w:rPr>
          <w:b/>
          <w:bCs/>
        </w:rPr>
        <w:t xml:space="preserve"> </w:t>
      </w:r>
      <w:r>
        <w:rPr>
          <w:b/>
          <w:bCs/>
          <w:u w:val="single"/>
        </w:rPr>
        <w:t xml:space="preserve">implied</w:t>
      </w:r>
      <w:r>
        <w:rPr>
          <w:b/>
          <w:bCs/>
        </w:rPr>
        <w:t xml:space="preserve">) that (1) he was murdered, (2) the murderer was one of the heirs, (3) he alone knew the name of the murderer, and (4) the name of the murderer was the answer to the game.</w:t>
      </w:r>
      <w:r>
        <w:br/>
      </w:r>
      <w:r>
        <w:t xml:space="preserve">    (a) suggested</w:t>
      </w:r>
      <w:r>
        <w:br/>
      </w:r>
      <w:r>
        <w:t xml:space="preserve">    (b) pretended</w:t>
      </w:r>
      <w:r>
        <w:br/>
      </w:r>
      <w:r>
        <w:t xml:space="preserve">    (c) questioned</w:t>
      </w:r>
    </w:p>
    <w:p>
      <w:pPr>
        <w:pStyle w:val="Compact"/>
        <w:numPr>
          <w:ilvl w:val="0"/>
          <w:numId w:val="1001"/>
        </w:numPr>
      </w:pPr>
      <w:r>
        <w:rPr>
          <w:b/>
          <w:bCs/>
        </w:rPr>
        <w:t xml:space="preserve">"I did not steal your notebook," the</w:t>
      </w:r>
      <w:r>
        <w:rPr>
          <w:b/>
          <w:bCs/>
        </w:rPr>
        <w:t xml:space="preserve"> </w:t>
      </w:r>
      <w:r>
        <w:rPr>
          <w:b/>
          <w:bCs/>
          <w:u w:val="single"/>
        </w:rPr>
        <w:t xml:space="preserve">indignant</w:t>
      </w:r>
      <w:r>
        <w:rPr>
          <w:b/>
          <w:bCs/>
        </w:rPr>
        <w:t xml:space="preserve"> </w:t>
      </w:r>
      <w:r>
        <w:rPr>
          <w:b/>
          <w:bCs/>
        </w:rPr>
        <w:t xml:space="preserve">Hoo explained.</w:t>
      </w:r>
      <w:r>
        <w:br/>
      </w:r>
      <w:r>
        <w:t xml:space="preserve">    (a) annoyed at something unjust</w:t>
      </w:r>
      <w:r>
        <w:br/>
      </w:r>
      <w:r>
        <w:t xml:space="preserve">    (b) defensive about being suspected</w:t>
      </w:r>
      <w:r>
        <w:br/>
      </w:r>
      <w:r>
        <w:t xml:space="preserve">    (c) surprised at something so unexpected</w:t>
      </w:r>
    </w:p>
    <w:p>
      <w:pPr>
        <w:pStyle w:val="Compact"/>
        <w:numPr>
          <w:ilvl w:val="0"/>
          <w:numId w:val="1001"/>
        </w:numPr>
      </w:pPr>
      <w:r>
        <w:rPr>
          <w:b/>
          <w:bCs/>
        </w:rPr>
        <w:t xml:space="preserve">Angela stood between her</w:t>
      </w:r>
      <w:r>
        <w:rPr>
          <w:b/>
          <w:bCs/>
        </w:rPr>
        <w:t xml:space="preserve"> </w:t>
      </w:r>
      <w:r>
        <w:rPr>
          <w:b/>
          <w:bCs/>
          <w:u w:val="single"/>
        </w:rPr>
        <w:t xml:space="preserve">determined</w:t>
      </w:r>
      <w:r>
        <w:rPr>
          <w:b/>
          <w:bCs/>
        </w:rPr>
        <w:t xml:space="preserve"> </w:t>
      </w:r>
      <w:r>
        <w:rPr>
          <w:b/>
          <w:bCs/>
        </w:rPr>
        <w:t xml:space="preserve">mother and her distraught partner, paralyzed by the burden of choice.</w:t>
      </w:r>
      <w:r>
        <w:br/>
      </w:r>
      <w:r>
        <w:t xml:space="preserve">    (a) firm in purpose</w:t>
      </w:r>
      <w:r>
        <w:br/>
      </w:r>
      <w:r>
        <w:t xml:space="preserve">    (b) interested</w:t>
      </w:r>
      <w:r>
        <w:br/>
      </w:r>
      <w:r>
        <w:t xml:space="preserve">    (c) figured out</w:t>
      </w:r>
    </w:p>
    <w:p>
      <w:pPr>
        <w:pStyle w:val="Compact"/>
        <w:numPr>
          <w:ilvl w:val="0"/>
          <w:numId w:val="1001"/>
        </w:numPr>
      </w:pPr>
      <w:r>
        <w:rPr>
          <w:b/>
          <w:bCs/>
        </w:rPr>
        <w:t xml:space="preserve">Fortunately, the coroner</w:t>
      </w:r>
      <w:r>
        <w:rPr>
          <w:b/>
          <w:bCs/>
        </w:rPr>
        <w:t xml:space="preserve"> </w:t>
      </w:r>
      <w:r>
        <w:rPr>
          <w:b/>
          <w:bCs/>
          <w:u w:val="single"/>
        </w:rPr>
        <w:t xml:space="preserve">determined</w:t>
      </w:r>
      <w:r>
        <w:rPr>
          <w:b/>
          <w:bCs/>
        </w:rPr>
        <w:t xml:space="preserve"> </w:t>
      </w:r>
      <w:r>
        <w:rPr>
          <w:b/>
          <w:bCs/>
        </w:rPr>
        <w:t xml:space="preserve">that Mr. McSouthers died of a heart attack, as did Samuel W Westing.</w:t>
      </w:r>
      <w:r>
        <w:br/>
      </w:r>
      <w:r>
        <w:t xml:space="preserve">    (a) insisted stubbornly</w:t>
      </w:r>
      <w:r>
        <w:br/>
      </w:r>
      <w:r>
        <w:t xml:space="preserve">    (b) mistakenly believed</w:t>
      </w:r>
      <w:r>
        <w:br/>
      </w:r>
      <w:r>
        <w:t xml:space="preserve">    (c) figured out</w:t>
      </w:r>
    </w:p>
    <w:p>
      <w:pPr>
        <w:pStyle w:val="Compact"/>
        <w:numPr>
          <w:ilvl w:val="0"/>
          <w:numId w:val="1001"/>
        </w:numPr>
      </w:pPr>
      <w:r>
        <w:rPr>
          <w:b/>
          <w:bCs/>
        </w:rPr>
        <w:t xml:space="preserve">… the</w:t>
      </w:r>
      <w:r>
        <w:rPr>
          <w:b/>
          <w:bCs/>
        </w:rPr>
        <w:t xml:space="preserve"> </w:t>
      </w:r>
      <w:r>
        <w:rPr>
          <w:b/>
          <w:bCs/>
          <w:u w:val="single"/>
        </w:rPr>
        <w:t xml:space="preserve">engagement</w:t>
      </w:r>
      <w:r>
        <w:rPr>
          <w:b/>
          <w:bCs/>
        </w:rPr>
        <w:t xml:space="preserve"> </w:t>
      </w:r>
      <w:r>
        <w:rPr>
          <w:b/>
          <w:bCs/>
        </w:rPr>
        <w:t xml:space="preserve">was announced in the newspaper, the wedding gown, the shower …</w:t>
      </w:r>
      <w:r>
        <w:br/>
      </w:r>
      <w:r>
        <w:t xml:space="preserve">    (a) agreement to marry</w:t>
      </w:r>
      <w:r>
        <w:br/>
      </w:r>
      <w:r>
        <w:t xml:space="preserve">    (b) battle</w:t>
      </w:r>
      <w:r>
        <w:br/>
      </w:r>
      <w:r>
        <w:t xml:space="preserve">    (c) activity</w:t>
      </w:r>
    </w:p>
    <w:p>
      <w:pPr>
        <w:pStyle w:val="Compact"/>
        <w:numPr>
          <w:ilvl w:val="0"/>
          <w:numId w:val="1001"/>
        </w:numPr>
      </w:pPr>
      <w:r>
        <w:rPr>
          <w:b/>
          <w:bCs/>
        </w:rPr>
        <w:t xml:space="preserve">It was Saturday and she had an important</w:t>
      </w:r>
      <w:r>
        <w:rPr>
          <w:b/>
          <w:bCs/>
        </w:rPr>
        <w:t xml:space="preserve"> </w:t>
      </w:r>
      <w:r>
        <w:rPr>
          <w:b/>
          <w:bCs/>
          <w:u w:val="single"/>
        </w:rPr>
        <w:t xml:space="preserve">engagement</w:t>
      </w:r>
      <w:r>
        <w:rPr>
          <w:b/>
          <w:bCs/>
        </w:rPr>
        <w:t xml:space="preserve">.</w:t>
      </w:r>
      <w:r>
        <w:br/>
      </w:r>
      <w:r>
        <w:t xml:space="preserve">    (a) activity</w:t>
      </w:r>
      <w:r>
        <w:br/>
      </w:r>
      <w:r>
        <w:t xml:space="preserve">    (b) agreement to marry</w:t>
      </w:r>
      <w:r>
        <w:br/>
      </w:r>
      <w:r>
        <w:t xml:space="preserve">    (c) battle</w:t>
      </w:r>
    </w:p>
    <w:p>
      <w:pPr>
        <w:pStyle w:val="Compact"/>
        <w:numPr>
          <w:ilvl w:val="0"/>
          <w:numId w:val="1001"/>
        </w:numPr>
      </w:pPr>
      <w:r>
        <w:rPr>
          <w:b/>
          <w:bCs/>
        </w:rPr>
        <w:t xml:space="preserve">Sandy was proud of the notebook he bought, with its glossy cover photograph of a bald eagle in flight (sort of</w:t>
      </w:r>
      <w:r>
        <w:rPr>
          <w:b/>
          <w:bCs/>
        </w:rPr>
        <w:t xml:space="preserve"> </w:t>
      </w:r>
      <w:r>
        <w:rPr>
          <w:b/>
          <w:bCs/>
          <w:u w:val="single"/>
        </w:rPr>
        <w:t xml:space="preserve">appropriate</w:t>
      </w:r>
      <w:r>
        <w:rPr>
          <w:b/>
          <w:bCs/>
        </w:rPr>
        <w:t xml:space="preserve">, he explained to the judge; fits in with Uncle Sam and all that).</w:t>
      </w:r>
      <w:r>
        <w:br/>
      </w:r>
      <w:r>
        <w:t xml:space="preserve">    (a) understandable</w:t>
      </w:r>
      <w:r>
        <w:br/>
      </w:r>
      <w:r>
        <w:t xml:space="preserve">    (b) out-of-place</w:t>
      </w:r>
      <w:r>
        <w:br/>
      </w:r>
      <w:r>
        <w:t xml:space="preserve">    (c) suitable (fitting)</w:t>
      </w:r>
    </w:p>
    <w:p>
      <w:pPr>
        <w:pStyle w:val="Compact"/>
        <w:numPr>
          <w:ilvl w:val="0"/>
          <w:numId w:val="1001"/>
        </w:numPr>
      </w:pPr>
      <w:r>
        <w:rPr>
          <w:b/>
          <w:bCs/>
        </w:rPr>
        <w:t xml:space="preserve">On the reverse side was a handwritten</w:t>
      </w:r>
      <w:r>
        <w:rPr>
          <w:b/>
          <w:bCs/>
        </w:rPr>
        <w:t xml:space="preserve"> </w:t>
      </w:r>
      <w:r>
        <w:rPr>
          <w:b/>
          <w:bCs/>
          <w:u w:val="single"/>
        </w:rPr>
        <w:t xml:space="preserve">composition</w:t>
      </w:r>
      <w:r>
        <w:rPr>
          <w:b/>
          <w:bCs/>
        </w:rPr>
        <w:t xml:space="preserve">: "How I Spent My Summer Vacation" by Turtle Wexler.</w:t>
      </w:r>
      <w:r>
        <w:br/>
      </w:r>
      <w:r>
        <w:t xml:space="preserve">    (a) homework assignment</w:t>
      </w:r>
      <w:r>
        <w:br/>
      </w:r>
      <w:r>
        <w:t xml:space="preserve">    (b) essay</w:t>
      </w:r>
      <w:r>
        <w:br/>
      </w:r>
      <w:r>
        <w:t xml:space="preserve">    (c) title</w:t>
      </w:r>
    </w:p>
    <w:p>
      <w:pPr>
        <w:pStyle w:val="Compact"/>
        <w:numPr>
          <w:ilvl w:val="0"/>
          <w:numId w:val="1001"/>
        </w:numPr>
      </w:pPr>
      <w:r>
        <w:rPr>
          <w:b/>
          <w:bCs/>
        </w:rPr>
        <w:t xml:space="preserve">Perhaps he</w:t>
      </w:r>
      <w:r>
        <w:rPr>
          <w:b/>
          <w:bCs/>
        </w:rPr>
        <w:t xml:space="preserve"> </w:t>
      </w:r>
      <w:r>
        <w:rPr>
          <w:b/>
          <w:bCs/>
          <w:u w:val="single"/>
        </w:rPr>
        <w:t xml:space="preserve">assumed</w:t>
      </w:r>
      <w:r>
        <w:rPr>
          <w:b/>
          <w:bCs/>
        </w:rPr>
        <w:t xml:space="preserve"> </w:t>
      </w:r>
      <w:r>
        <w:rPr>
          <w:b/>
          <w:bCs/>
        </w:rPr>
        <w:t xml:space="preserve">we weren't smart enough to find you out so soon.</w:t>
      </w:r>
      <w:r>
        <w:br/>
      </w:r>
      <w:r>
        <w:t xml:space="preserve">    (a) knew</w:t>
      </w:r>
      <w:r>
        <w:br/>
      </w:r>
      <w:r>
        <w:t xml:space="preserve">    (b) believed</w:t>
      </w:r>
      <w:r>
        <w:br/>
      </w:r>
      <w:r>
        <w:t xml:space="preserve">    (c) said</w:t>
      </w:r>
    </w:p>
    <w:p>
      <w:pPr>
        <w:pStyle w:val="Compact"/>
        <w:numPr>
          <w:ilvl w:val="0"/>
          <w:numId w:val="1001"/>
        </w:numPr>
      </w:pPr>
      <w:r>
        <w:rPr>
          <w:b/>
          <w:bCs/>
        </w:rPr>
        <w:t xml:space="preserve">I</w:t>
      </w:r>
      <w:r>
        <w:rPr>
          <w:b/>
          <w:bCs/>
        </w:rPr>
        <w:t xml:space="preserve"> </w:t>
      </w:r>
      <w:r>
        <w:rPr>
          <w:b/>
          <w:bCs/>
          <w:u w:val="single"/>
        </w:rPr>
        <w:t xml:space="preserve">assumed</w:t>
      </w:r>
      <w:r>
        <w:rPr>
          <w:b/>
          <w:bCs/>
        </w:rPr>
        <w:t xml:space="preserve"> </w:t>
      </w:r>
      <w:r>
        <w:rPr>
          <w:b/>
          <w:bCs/>
        </w:rPr>
        <w:t xml:space="preserve">this disguise for that purpose.</w:t>
      </w:r>
      <w:r>
        <w:br/>
      </w:r>
      <w:r>
        <w:t xml:space="preserve">    (a) found</w:t>
      </w:r>
      <w:r>
        <w:br/>
      </w:r>
      <w:r>
        <w:t xml:space="preserve">    (b) put on</w:t>
      </w:r>
      <w:r>
        <w:br/>
      </w:r>
      <w:r>
        <w:t xml:space="preserve">    (c) took off</w:t>
      </w:r>
    </w:p>
    <w:p>
      <w:pPr>
        <w:pStyle w:val="Compact"/>
        <w:numPr>
          <w:ilvl w:val="0"/>
          <w:numId w:val="1001"/>
        </w:numPr>
      </w:pPr>
      <w:r>
        <w:rPr>
          <w:b/>
          <w:bCs/>
        </w:rPr>
        <w:t xml:space="preserve">The</w:t>
      </w:r>
      <w:r>
        <w:rPr>
          <w:b/>
          <w:bCs/>
        </w:rPr>
        <w:t xml:space="preserve"> </w:t>
      </w:r>
      <w:r>
        <w:rPr>
          <w:b/>
          <w:bCs/>
          <w:u w:val="single"/>
        </w:rPr>
        <w:t xml:space="preserve">obituary</w:t>
      </w:r>
      <w:r>
        <w:rPr>
          <w:b/>
          <w:bCs/>
        </w:rPr>
        <w:t xml:space="preserve">, probably phoned in to the newspaper by Westing himself, mentioned two interesting facts.</w:t>
      </w:r>
      <w:r>
        <w:br/>
      </w:r>
      <w:r>
        <w:t xml:space="preserve">    (a) news report</w:t>
      </w:r>
      <w:r>
        <w:br/>
      </w:r>
      <w:r>
        <w:t xml:space="preserve">    (b) story</w:t>
      </w:r>
      <w:r>
        <w:br/>
      </w:r>
      <w:r>
        <w:t xml:space="preserve">    (c) death notice</w:t>
      </w:r>
    </w:p>
    <w:p>
      <w:pPr>
        <w:pStyle w:val="Compact"/>
        <w:numPr>
          <w:ilvl w:val="0"/>
          <w:numId w:val="1001"/>
        </w:numPr>
      </w:pPr>
      <w:r>
        <w:rPr>
          <w:b/>
          <w:bCs/>
        </w:rPr>
        <w:t xml:space="preserve">...let us bow our heads in silent prayer for our benefactor Sam Westing,</w:t>
      </w:r>
      <w:r>
        <w:rPr>
          <w:b/>
          <w:bCs/>
        </w:rPr>
        <w:t xml:space="preserve"> </w:t>
      </w:r>
      <w:r>
        <w:rPr>
          <w:b/>
          <w:bCs/>
          <w:u w:val="single"/>
        </w:rPr>
        <w:t xml:space="preserve">alias</w:t>
      </w:r>
      <w:r>
        <w:rPr>
          <w:b/>
          <w:bCs/>
        </w:rPr>
        <w:t xml:space="preserve"> </w:t>
      </w:r>
      <w:r>
        <w:rPr>
          <w:b/>
          <w:bCs/>
        </w:rPr>
        <w:t xml:space="preserve">Sandy the doorman.</w:t>
      </w:r>
      <w:r>
        <w:br/>
      </w:r>
      <w:r>
        <w:t xml:space="preserve">    (a) an alternative name</w:t>
      </w:r>
      <w:r>
        <w:br/>
      </w:r>
      <w:r>
        <w:t xml:space="preserve">    (b) good helper of</w:t>
      </w:r>
      <w:r>
        <w:br/>
      </w:r>
      <w:r>
        <w:t xml:space="preserve">    (c) good friend of</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2026-07-31T20:01:11Z</dcterms:created>
  <dcterms:modified xsi:type="dcterms:W3CDTF">2026-07-31T20:01:11Z</dcterms:modified>
</cp:coreProperties>
</file>

<file path=docProps/custom.xml><?xml version="1.0" encoding="utf-8"?>
<Properties xmlns="http://schemas.openxmlformats.org/officeDocument/2006/custom-properties" xmlns:vt="http://schemas.openxmlformats.org/officeDocument/2006/docPropsVTypes"/>
</file>