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a0da8e74fb4d293372f4a6b611b94933f6ec3c9"/>
    <w:p>
      <w:pPr>
        <w:pStyle w:val="Heading1"/>
      </w:pPr>
      <w:r>
        <w:rPr>
          <w:b/>
          <w:bCs/>
        </w:rPr>
        <w:t xml:space="preserve">The Wedding</w:t>
      </w:r>
      <w:r>
        <w:br/>
      </w:r>
      <w:r>
        <w:rPr>
          <w:i/>
          <w:iCs/>
        </w:rPr>
        <w:t xml:space="preserve">Nicholas Sparks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No, my sin was a small one in the grand scheme of things, an incident that under different circumstances might have been the subject of a humorous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anecdote</w:t>
      </w:r>
      <w:r>
        <w:rPr>
          <w:b/>
          <w:bCs/>
        </w:rPr>
        <w:t xml:space="preserve"> </w:t>
      </w:r>
      <w:r>
        <w:rPr>
          <w:b/>
          <w:bCs/>
        </w:rPr>
        <w:t xml:space="preserve">in later years.</w:t>
      </w:r>
      <w:r>
        <w:br/>
      </w:r>
      <w:r>
        <w:t xml:space="preserve">    (a) a short story that is true -- often told for amusement or to make a point</w:t>
      </w:r>
      <w:r>
        <w:br/>
      </w:r>
      <w:r>
        <w:t xml:space="preserve">    (b) a feeling of anger or unhappiness at having to accept something not liked</w:t>
      </w:r>
      <w:r>
        <w:br/>
      </w:r>
      <w:r>
        <w:t xml:space="preserve">    (c) Hitler's fanatical and oppressive political party in World War II Germany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hesitated, aware there was more to her question than its innocence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implied</w:t>
      </w:r>
      <w:r>
        <w:rPr>
          <w:b/>
          <w:bCs/>
        </w:rPr>
        <w:t xml:space="preserve">.</w:t>
      </w:r>
      <w:r>
        <w:br/>
      </w:r>
      <w:r>
        <w:t xml:space="preserve">    (a) not wanting to do something</w:t>
      </w:r>
      <w:r>
        <w:br/>
      </w:r>
      <w:r>
        <w:t xml:space="preserve">    (b) suggested (said indirectly)</w:t>
      </w:r>
      <w:r>
        <w:br/>
      </w:r>
      <w:r>
        <w:t xml:space="preserve">    (c) was attractive or desirable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While he was growing up, I thought him quiet, yet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reticence</w:t>
      </w:r>
      <w:r>
        <w:rPr>
          <w:b/>
          <w:bCs/>
        </w:rPr>
        <w:t xml:space="preserve">, like Anna's, seemed directed at me in particular.</w:t>
      </w:r>
      <w:r>
        <w:br/>
      </w:r>
      <w:r>
        <w:t xml:space="preserve">    (a) a short part of a longer written work</w:t>
      </w:r>
      <w:r>
        <w:br/>
      </w:r>
      <w:r>
        <w:t xml:space="preserve">    (b) reluctance -- usually to speak freely</w:t>
      </w:r>
      <w:r>
        <w:br/>
      </w:r>
      <w:r>
        <w:t xml:space="preserve">    (c) the act of stopping a battle or fight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"Sounds like it'll be fun," I called out with what I hoped sounded like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nonchalance</w:t>
      </w:r>
      <w:r>
        <w:rPr>
          <w:b/>
          <w:bCs/>
        </w:rPr>
        <w:t xml:space="preserve">.</w:t>
      </w:r>
      <w:r>
        <w:br/>
      </w:r>
      <w:r>
        <w:t xml:space="preserve">    (a) between daylight and darkness</w:t>
      </w:r>
      <w:r>
        <w:br/>
      </w:r>
      <w:r>
        <w:t xml:space="preserve">    (b) calmness and lack of concern</w:t>
      </w:r>
      <w:r>
        <w:br/>
      </w:r>
      <w:r>
        <w:t xml:space="preserve">    (c) the liquid portion of blood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Then, with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mischievous</w:t>
      </w:r>
      <w:r>
        <w:rPr>
          <w:b/>
          <w:bCs/>
        </w:rPr>
        <w:t xml:space="preserve"> </w:t>
      </w:r>
      <w:r>
        <w:rPr>
          <w:b/>
          <w:bCs/>
        </w:rPr>
        <w:t xml:space="preserve">grin: "Could be worse, though, too."</w:t>
      </w:r>
      <w:r>
        <w:br/>
      </w:r>
      <w:r>
        <w:t xml:space="preserve">    (a) the state or degree of having the ability to change for different situations</w:t>
      </w:r>
      <w:r>
        <w:br/>
      </w:r>
      <w:r>
        <w:t xml:space="preserve">    (b) the quality of behaving in an instinctive, uninhibited, and unplanned manner</w:t>
      </w:r>
      <w:r>
        <w:br/>
      </w:r>
      <w:r>
        <w:t xml:space="preserve">    (c) playfully causing minor trouble; or describing the smile of someone doing so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We've made love infrequently these last few years, and when we did, it lacked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spontaneity</w:t>
      </w:r>
      <w:r>
        <w:rPr>
          <w:b/>
          <w:bCs/>
        </w:rPr>
        <w:t xml:space="preserve"> </w:t>
      </w:r>
      <w:r>
        <w:rPr>
          <w:b/>
          <w:bCs/>
        </w:rPr>
        <w:t xml:space="preserve">and excitement we'd enjoyed in the past.</w:t>
      </w:r>
      <w:r>
        <w:br/>
      </w:r>
      <w:r>
        <w:t xml:space="preserve">    (a) behavior or action that happens naturally without planning or external force</w:t>
      </w:r>
      <w:r>
        <w:br/>
      </w:r>
      <w:r>
        <w:t xml:space="preserve">    (b) a common name for tetanus, a serious infection that makes the jaw clamp shut</w:t>
      </w:r>
      <w:r>
        <w:br/>
      </w:r>
      <w:r>
        <w:t xml:space="preserve">    (c) the state or character of not finding a condition or substance to be present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Originally from Pollocksville—a small hamlet twelve miles south of New Bern—he'd attended East Carolina University, and during my first year at the firm, he often asked me how I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adapting</w:t>
      </w:r>
      <w:r>
        <w:rPr>
          <w:b/>
          <w:bCs/>
        </w:rPr>
        <w:t xml:space="preserve"> </w:t>
      </w:r>
      <w:r>
        <w:rPr>
          <w:b/>
          <w:bCs/>
        </w:rPr>
        <w:t xml:space="preserve">to life in a small town.</w:t>
      </w:r>
      <w:r>
        <w:br/>
      </w:r>
      <w:r>
        <w:t xml:space="preserve">    (a) strongly desiring; or a strong desire</w:t>
      </w:r>
      <w:r>
        <w:br/>
      </w:r>
      <w:r>
        <w:t xml:space="preserve">    (b) changing to fit a different situation</w:t>
      </w:r>
      <w:r>
        <w:br/>
      </w:r>
      <w:r>
        <w:t xml:space="preserve">    (c) charging (with having broken the law)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sat in silence as the negotiations began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 earnest</w:t>
      </w:r>
      <w:r>
        <w:rPr>
          <w:b/>
          <w:bCs/>
        </w:rPr>
        <w:t xml:space="preserve">.</w:t>
      </w:r>
      <w:r>
        <w:br/>
      </w:r>
      <w:r>
        <w:t xml:space="preserve">    (a) real (genuine, true, or sincere)</w:t>
      </w:r>
      <w:r>
        <w:br/>
      </w:r>
      <w:r>
        <w:t xml:space="preserve">    (b) serious; or in a serious manner</w:t>
      </w:r>
      <w:r>
        <w:br/>
      </w:r>
      <w:r>
        <w:t xml:space="preserve">    (c) seven wise men of ancient Greece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Noah once told me why the swan never left, and his explanation was one of the reasons the doctors thought him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delusional</w:t>
      </w:r>
      <w:r>
        <w:rPr>
          <w:b/>
          <w:bCs/>
        </w:rPr>
        <w:t xml:space="preserve">.</w:t>
      </w:r>
      <w:r>
        <w:br/>
      </w:r>
      <w:r>
        <w:t xml:space="preserve">    (a) the state or degree of criticism or disagreement</w:t>
      </w:r>
      <w:r>
        <w:br/>
      </w:r>
      <w:r>
        <w:t xml:space="preserve">    (b) out of touch with reality (having false beliefs)</w:t>
      </w:r>
      <w:r>
        <w:br/>
      </w:r>
      <w:r>
        <w:t xml:space="preserve">    (c) tending to have excessively unfavorable opinions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remember marveling at her animated features as she recounted the details of her life growing up in New Bern, and it was the first time I sensed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attributes</w:t>
      </w:r>
      <w:r>
        <w:rPr>
          <w:b/>
          <w:bCs/>
        </w:rPr>
        <w:t xml:space="preserve"> </w:t>
      </w:r>
      <w:r>
        <w:rPr>
          <w:b/>
          <w:bCs/>
        </w:rPr>
        <w:t xml:space="preserve">I would always cherish: her intelligence and passion, her charm, the carefree way she seemed to view the world.</w:t>
      </w:r>
      <w:r>
        <w:br/>
      </w:r>
      <w:r>
        <w:t xml:space="preserve">    (a) dreamlike states of altered consciousness</w:t>
      </w:r>
      <w:r>
        <w:br/>
      </w:r>
      <w:r>
        <w:t xml:space="preserve">    (b) characteristics (of something or someone)</w:t>
      </w:r>
      <w:r>
        <w:br/>
      </w:r>
      <w:r>
        <w:t xml:space="preserve">    (c) piles of wood or other burnable materials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siblings are the same way, and 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attribute</w:t>
      </w:r>
      <w:r>
        <w:rPr>
          <w:b/>
          <w:bCs/>
        </w:rPr>
        <w:t xml:space="preserve"> </w:t>
      </w:r>
      <w:r>
        <w:rPr>
          <w:b/>
          <w:bCs/>
        </w:rPr>
        <w:t xml:space="preserve">that to Noah and Allie.</w:t>
      </w:r>
      <w:r>
        <w:br/>
      </w:r>
      <w:r>
        <w:t xml:space="preserve">    (a) move out of an interacting position; or stop</w:t>
      </w:r>
      <w:r>
        <w:br/>
      </w:r>
      <w:r>
        <w:t xml:space="preserve">    (b) credit (point to as the source of something)</w:t>
      </w:r>
      <w:r>
        <w:br/>
      </w:r>
      <w:r>
        <w:t xml:space="preserve">    (c) say something or make a sound with the voice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Even though I realized that it might be only temporary, it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nonetheless</w:t>
      </w:r>
      <w:r>
        <w:rPr>
          <w:b/>
          <w:bCs/>
        </w:rPr>
        <w:t xml:space="preserve"> </w:t>
      </w:r>
      <w:r>
        <w:rPr>
          <w:b/>
          <w:bCs/>
        </w:rPr>
        <w:t xml:space="preserve">stoked the small flame of hope I had begun to nurture in secret.</w:t>
      </w:r>
      <w:r>
        <w:br/>
      </w:r>
      <w:r>
        <w:t xml:space="preserve">    (a) in spite of that (used to connect contrasting ideas)</w:t>
      </w:r>
      <w:r>
        <w:br/>
      </w:r>
      <w:r>
        <w:t xml:space="preserve">    (b) in keeping with or in agreement with what was just stated</w:t>
      </w:r>
      <w:r>
        <w:br/>
      </w:r>
      <w:r>
        <w:t xml:space="preserve">    (c) therefore (for that reason)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Logic seemed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infer</w:t>
      </w:r>
      <w:r>
        <w:rPr>
          <w:b/>
          <w:bCs/>
        </w:rPr>
        <w:t xml:space="preserve"> </w:t>
      </w:r>
      <w:r>
        <w:rPr>
          <w:b/>
          <w:bCs/>
        </w:rPr>
        <w:t xml:space="preserve">it was the latter, yet it nonetheless pained me to realize that her levity would be gone the moment she hung up the phone.</w:t>
      </w:r>
      <w:r>
        <w:br/>
      </w:r>
      <w:r>
        <w:t xml:space="preserve">    (a) hire, reserve, book, or occupy</w:t>
      </w:r>
      <w:r>
        <w:br/>
      </w:r>
      <w:r>
        <w:t xml:space="preserve">    (b) conclude or guess by reasoning</w:t>
      </w:r>
      <w:r>
        <w:br/>
      </w:r>
      <w:r>
        <w:t xml:space="preserve">    (c) take up or receive into heaven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Jane was the oldest of her siblings—only seven years separated the four of them—and I could tell from their faces when we arrived that they were still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evaluating</w:t>
      </w:r>
      <w:r>
        <w:rPr>
          <w:b/>
          <w:bCs/>
        </w:rPr>
        <w:t xml:space="preserve"> </w:t>
      </w:r>
      <w:r>
        <w:rPr>
          <w:b/>
          <w:bCs/>
        </w:rPr>
        <w:t xml:space="preserve">me.</w:t>
      </w:r>
      <w:r>
        <w:br/>
      </w:r>
      <w:r>
        <w:t xml:space="preserve">    (a) moving back and forth; or being unsure or weak</w:t>
      </w:r>
      <w:r>
        <w:br/>
      </w:r>
      <w:r>
        <w:t xml:space="preserve">    (b) returning to an undesirable previous condition</w:t>
      </w:r>
      <w:r>
        <w:br/>
      </w:r>
      <w:r>
        <w:t xml:space="preserve">    (c) thinking carefully and making a judgment about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eyed 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skeptically</w:t>
      </w:r>
      <w:r>
        <w:rPr>
          <w:b/>
          <w:bCs/>
        </w:rPr>
        <w:t xml:space="preserve">.</w:t>
      </w:r>
      <w:r>
        <w:br/>
      </w:r>
      <w:r>
        <w:t xml:space="preserve">    (a) in a doubtful manner (regarding the truth of something)</w:t>
      </w:r>
      <w:r>
        <w:br/>
      </w:r>
      <w:r>
        <w:t xml:space="preserve">    (b) inadequately (in a manner that does not provide enough)</w:t>
      </w:r>
      <w:r>
        <w:br/>
      </w:r>
      <w:r>
        <w:t xml:space="preserve">    (c) in a manner that is open to arguments, ideas, or change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"Next time we will," I agreed in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perfunctory</w:t>
      </w:r>
      <w:r>
        <w:rPr>
          <w:b/>
          <w:bCs/>
        </w:rPr>
        <w:t xml:space="preserve"> </w:t>
      </w:r>
      <w:r>
        <w:rPr>
          <w:b/>
          <w:bCs/>
        </w:rPr>
        <w:t xml:space="preserve">way.</w:t>
      </w:r>
      <w:r>
        <w:br/>
      </w:r>
      <w:r>
        <w:t xml:space="preserve">    (a) done without much interest or effort -- especially as when dispensing with a formality</w:t>
      </w:r>
      <w:r>
        <w:br/>
      </w:r>
      <w:r>
        <w:t xml:space="preserve">    (b) (adjective) designed to stop something  OR  (noun) something that stops something else</w:t>
      </w:r>
      <w:r>
        <w:br/>
      </w:r>
      <w:r>
        <w:t xml:space="preserve">    (c) related to intelligence -- such as requiring, appealing to, or possessing intelligence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would have tried, but he was 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adamant</w:t>
      </w:r>
      <w:r>
        <w:rPr>
          <w:b/>
          <w:bCs/>
        </w:rPr>
        <w:t xml:space="preserve">.</w:t>
      </w:r>
      <w:r>
        <w:br/>
      </w:r>
      <w:r>
        <w:t xml:space="preserve">    (a) the quality of not being sensible and careful</w:t>
      </w:r>
      <w:r>
        <w:br/>
      </w:r>
      <w:r>
        <w:t xml:space="preserve">    (b) the characteristic of demonstrating something</w:t>
      </w:r>
      <w:r>
        <w:br/>
      </w:r>
      <w:r>
        <w:t xml:space="preserve">    (c) determined not to change a decision or belief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tilted her head,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scrutinizing</w:t>
      </w:r>
      <w:r>
        <w:rPr>
          <w:b/>
          <w:bCs/>
        </w:rPr>
        <w:t xml:space="preserve"> </w:t>
      </w:r>
      <w:r>
        <w:rPr>
          <w:b/>
          <w:bCs/>
        </w:rPr>
        <w:t xml:space="preserve">me.</w:t>
      </w:r>
      <w:r>
        <w:br/>
      </w:r>
      <w:r>
        <w:t xml:space="preserve">    (a) requesting or challenging</w:t>
      </w:r>
      <w:r>
        <w:br/>
      </w:r>
      <w:r>
        <w:t xml:space="preserve">    (b) looking at very carefully</w:t>
      </w:r>
      <w:r>
        <w:br/>
      </w:r>
      <w:r>
        <w:t xml:space="preserve">    (c) mirroring back (an image)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"Hello, Noah," I said, but instead of responding with his usual greeting, he turned toward me with a look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incredulity</w:t>
      </w:r>
      <w:r>
        <w:rPr>
          <w:b/>
          <w:bCs/>
        </w:rPr>
        <w:t xml:space="preserve">.</w:t>
      </w:r>
      <w:r>
        <w:br/>
      </w:r>
      <w:r>
        <w:t xml:space="preserve">    (a) a state of not believing</w:t>
      </w:r>
      <w:r>
        <w:br/>
      </w:r>
      <w:r>
        <w:t xml:space="preserve">    (b) social event or ceremony</w:t>
      </w:r>
      <w:r>
        <w:br/>
      </w:r>
      <w:r>
        <w:t xml:space="preserve">    (c) Islamic religious leader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More often than I would ever have believed possible, I've been pulled aside by a husband asking whether he was legally obligated to leave something to his wife or whether he could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omit</w:t>
      </w:r>
      <w:r>
        <w:rPr>
          <w:b/>
          <w:bCs/>
        </w:rPr>
        <w:t xml:space="preserve"> </w:t>
      </w:r>
      <w:r>
        <w:rPr>
          <w:b/>
          <w:bCs/>
        </w:rPr>
        <w:t xml:space="preserve">her entirely in favor of his mistress.</w:t>
      </w:r>
      <w:r>
        <w:br/>
      </w:r>
      <w:r>
        <w:t xml:space="preserve">    (a) stop (something from happening)</w:t>
      </w:r>
      <w:r>
        <w:br/>
      </w:r>
      <w:r>
        <w:t xml:space="preserve">    (b) to exclude or neglect something</w:t>
      </w:r>
      <w:r>
        <w:br/>
      </w:r>
      <w:r>
        <w:t xml:space="preserve">    (c) fulfill one's highest potential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2026-07-31T16:43:54Z</dcterms:created>
  <dcterms:modified xsi:type="dcterms:W3CDTF">2026-07-31T16:43:54Z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