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89d6d3e21ad86d7c534ac0a4d814b811290750"/>
    <w:p>
      <w:pPr>
        <w:pStyle w:val="Heading1"/>
      </w:pPr>
      <w:r>
        <w:rPr>
          <w:b/>
          <w:bCs/>
        </w:rPr>
        <w:t xml:space="preserve">The Wedding</w:t>
      </w:r>
      <w:r>
        <w:br/>
      </w:r>
      <w:r>
        <w:rPr>
          <w:i/>
          <w:iCs/>
        </w:rPr>
        <w:t xml:space="preserve">Nicholas Sparks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Allie suffered from Alzheimer's in the final years of her life, and I've come to believe it's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intrinsically</w:t>
      </w:r>
      <w:r>
        <w:rPr>
          <w:b/>
          <w:bCs/>
        </w:rPr>
        <w:t xml:space="preserve"> </w:t>
      </w:r>
      <w:r>
        <w:rPr>
          <w:b/>
          <w:bCs/>
        </w:rPr>
        <w:t xml:space="preserve">evil disease.</w:t>
      </w:r>
      <w:r>
        <w:br/>
      </w:r>
      <w:r>
        <w:t xml:space="preserve">    (a) in a manner related to the very nature of something</w:t>
      </w:r>
      <w:r>
        <w:br/>
      </w:r>
      <w:r>
        <w:t xml:space="preserve">    (b) in a manner that spreads to other parts of the body</w:t>
      </w:r>
      <w:r>
        <w:br/>
      </w:r>
      <w:r>
        <w:t xml:space="preserve">    (c) in a manner that is very bad (deserving no respect)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We've made love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infrequently</w:t>
      </w:r>
      <w:r>
        <w:rPr>
          <w:b/>
          <w:bCs/>
        </w:rPr>
        <w:t xml:space="preserve"> </w:t>
      </w:r>
      <w:r>
        <w:rPr>
          <w:b/>
          <w:bCs/>
        </w:rPr>
        <w:t xml:space="preserve">these last few years, and when we did, it lacked the spontaneity and excitement we'd enjoyed in the past.</w:t>
      </w:r>
      <w:r>
        <w:br/>
      </w:r>
      <w:r>
        <w:t xml:space="preserve">    (a) not happening often</w:t>
      </w:r>
      <w:r>
        <w:br/>
      </w:r>
      <w:r>
        <w:t xml:space="preserve">    (b) not done on purpose</w:t>
      </w:r>
      <w:r>
        <w:br/>
      </w:r>
      <w:r>
        <w:t xml:space="preserve">    (c) with polite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life together, I began to realize, had settled into a pattern that was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conducive</w:t>
      </w:r>
      <w:r>
        <w:rPr>
          <w:b/>
          <w:bCs/>
        </w:rPr>
        <w:t xml:space="preserve"> </w:t>
      </w:r>
      <w:r>
        <w:rPr>
          <w:b/>
          <w:bCs/>
        </w:rPr>
        <w:t xml:space="preserve">to renewing any kind of passion.</w:t>
      </w:r>
      <w:r>
        <w:br/>
      </w:r>
      <w:r>
        <w:t xml:space="preserve">    (a) tending to have excessively unfavorable opinions</w:t>
      </w:r>
      <w:r>
        <w:br/>
      </w:r>
      <w:r>
        <w:t xml:space="preserve">    (b) helpful; or tending to contribute (to something)</w:t>
      </w:r>
      <w:r>
        <w:br/>
      </w:r>
      <w:r>
        <w:t xml:space="preserve">    (c) the state or degree of criticism or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Frugality</w:t>
      </w:r>
      <w:r>
        <w:rPr>
          <w:b/>
          <w:bCs/>
        </w:rPr>
        <w:t xml:space="preserve">, I've learned, has its own cost, one that sometimes lasts forever.</w:t>
      </w:r>
      <w:r>
        <w:br/>
      </w:r>
      <w:r>
        <w:t xml:space="preserve">    (a) trait of avoiding waste</w:t>
      </w:r>
      <w:r>
        <w:br/>
      </w:r>
      <w:r>
        <w:t xml:space="preserve">    (b) a drawing or photograph</w:t>
      </w:r>
      <w:r>
        <w:br/>
      </w:r>
      <w:r>
        <w:t xml:space="preserve">    (c) interaction or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most of my life, I'd never thought of him in those terms, but nowadays, when I heard his breath, it reminded me of air moving through an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accordion</w:t>
      </w:r>
      <w:r>
        <w:rPr>
          <w:b/>
          <w:bCs/>
        </w:rPr>
        <w:t xml:space="preserve">.</w:t>
      </w:r>
      <w:r>
        <w:br/>
      </w:r>
      <w:r>
        <w:t xml:space="preserve">    (a) design based on alphabetic letters; or adding such a design to something</w:t>
      </w:r>
      <w:r>
        <w:br/>
      </w:r>
      <w:r>
        <w:t xml:space="preserve">    (b) characterized by narrower parallel folds when closed and wider when open</w:t>
      </w:r>
      <w:r>
        <w:br/>
      </w:r>
      <w:r>
        <w:t xml:space="preserve">    (c) regular crisscross grid that repeats in a pattern of squares or diamonds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were more, too, some that went back to their infancy, and though the pictures weren't arranged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chronologically</w:t>
      </w:r>
      <w:r>
        <w:rPr>
          <w:b/>
          <w:bCs/>
        </w:rPr>
        <w:t xml:space="preserve">, it was a testament to how the family had grown and changed over the years.</w:t>
      </w:r>
      <w:r>
        <w:br/>
      </w:r>
      <w:r>
        <w:t xml:space="preserve">    (a) not capable of being found</w:t>
      </w:r>
      <w:r>
        <w:br/>
      </w:r>
      <w:r>
        <w:t xml:space="preserve">    (b) arranged according to time</w:t>
      </w:r>
      <w:r>
        <w:br/>
      </w:r>
      <w:r>
        <w:t xml:space="preserve">    (c) not in a self-aware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heard on the news it's supposed to hit ninety-five degrees,"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concurred</w:t>
      </w:r>
      <w:r>
        <w:rPr>
          <w:b/>
          <w:bCs/>
        </w:rPr>
        <w:t xml:space="preserve">.</w:t>
      </w:r>
      <w:r>
        <w:br/>
      </w:r>
      <w:r>
        <w:t xml:space="preserve">    (a) agreed</w:t>
      </w:r>
      <w:r>
        <w:br/>
      </w:r>
      <w:r>
        <w:t xml:space="preserve">    (b) traded</w:t>
      </w:r>
      <w:r>
        <w:br/>
      </w:r>
      <w:r>
        <w:t xml:space="preserve">    (c) copied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never loved anyone but you, I wanted to say, but common sense prevailed, reminding me that it would be better to save those words for another time, when I had her full attention and the words might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reciprocated</w:t>
      </w:r>
      <w:r>
        <w:rPr>
          <w:b/>
          <w:bCs/>
        </w:rPr>
        <w:t xml:space="preserve">.</w:t>
      </w:r>
      <w:r>
        <w:br/>
      </w:r>
      <w:r>
        <w:t xml:space="preserve">    (a) given in return</w:t>
      </w:r>
      <w:r>
        <w:br/>
      </w:r>
      <w:r>
        <w:t xml:space="preserve">    (b) said indirectly</w:t>
      </w:r>
      <w:r>
        <w:br/>
      </w:r>
      <w:r>
        <w:t xml:space="preserve">    (c) greatly annoyed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"Thank you," she said, and with her hand clutching mine, I felt a strange sensation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déjà vu</w:t>
      </w:r>
      <w:r>
        <w:rPr>
          <w:b/>
          <w:bCs/>
        </w:rPr>
        <w:t xml:space="preserve">, as if our years together had suddenly been reversed.</w:t>
      </w:r>
      <w:r>
        <w:br/>
      </w:r>
      <w:r>
        <w:t xml:space="preserve">    (a) easily makes profit  OR  (from Greek mythology) referring to the story of everthing turning to gold when touched by King Midas</w:t>
      </w:r>
      <w:r>
        <w:br/>
      </w:r>
      <w:r>
        <w:t xml:space="preserve">    (b) not high blood pressure; or pressure that is clinically low (systolic pressure less than 90 or diastolic pressure less than 60)</w:t>
      </w:r>
      <w:r>
        <w:br/>
      </w:r>
      <w:r>
        <w:t xml:space="preserve">    (c) the strange feeling of having lived the current moment before; or referring to something as similar to what has happened before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when she wasn't trying, she was one of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sensual</w:t>
      </w:r>
      <w:r>
        <w:rPr>
          <w:b/>
          <w:bCs/>
        </w:rPr>
        <w:t xml:space="preserve"> </w:t>
      </w:r>
      <w:r>
        <w:rPr>
          <w:b/>
          <w:bCs/>
        </w:rPr>
        <w:t xml:space="preserve">women I've ever seen.</w:t>
      </w:r>
      <w:r>
        <w:br/>
      </w:r>
      <w:r>
        <w:t xml:space="preserve">    (a) exciting the mind's intellectual vigor</w:t>
      </w:r>
      <w:r>
        <w:br/>
      </w:r>
      <w:r>
        <w:t xml:space="preserve">    (b) relating to pleasing the body's senses</w:t>
      </w:r>
      <w:r>
        <w:br/>
      </w:r>
      <w:r>
        <w:t xml:space="preserve">    (c) a deep sense of empathetic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air smelled of ammonia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antiseptic</w:t>
      </w:r>
      <w:r>
        <w:rPr>
          <w:b/>
          <w:bCs/>
        </w:rPr>
        <w:t xml:space="preserve">, the fluorescent lights cast a flat glare over the crowded waiting room.</w:t>
      </w:r>
      <w:r>
        <w:br/>
      </w:r>
      <w:r>
        <w:t xml:space="preserve">    (a) a point on a curve where the concavity changes to convexity or vice versa</w:t>
      </w:r>
      <w:r>
        <w:br/>
      </w:r>
      <w:r>
        <w:br/>
      </w:r>
      <w:r>
        <w:t xml:space="preserve">or more generally:  a time of significant change (a turning point)</w:t>
      </w:r>
      <w:r>
        <w:br/>
      </w:r>
      <w:r>
        <w:t xml:space="preserve">    (b) part of the brain responsible for hormone levels which influence such things as appetite, digestion, sexuality, circulation, emotions, and sleep</w:t>
      </w:r>
      <w:r>
        <w:br/>
      </w:r>
      <w:r>
        <w:t xml:space="preserve">    (c) a substance that prevents infection by killing harmful micro-organisms; or (as an adjective) describing something very clean and free of germs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Scrutinized him, touched him,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fawned</w:t>
      </w:r>
      <w:r>
        <w:rPr>
          <w:b/>
          <w:bCs/>
        </w:rPr>
        <w:t xml:space="preserve"> </w:t>
      </w:r>
      <w:r>
        <w:rPr>
          <w:b/>
          <w:bCs/>
        </w:rPr>
        <w:t xml:space="preserve">over him, hugged and kissed him.</w:t>
      </w:r>
      <w:r>
        <w:br/>
      </w:r>
      <w:r>
        <w:t xml:space="preserve">    (a) differed notably in brightness or tone</w:t>
      </w:r>
      <w:r>
        <w:br/>
      </w:r>
      <w:r>
        <w:t xml:space="preserve">    (b) showed excessive flattery or affection</w:t>
      </w:r>
      <w:r>
        <w:br/>
      </w:r>
      <w:r>
        <w:t xml:space="preserve">    (c) not good at concentrating on one 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austere</w:t>
      </w:r>
      <w:r>
        <w:rPr>
          <w:b/>
          <w:bCs/>
        </w:rPr>
        <w:t xml:space="preserve"> </w:t>
      </w:r>
      <w:r>
        <w:rPr>
          <w:b/>
          <w:bCs/>
        </w:rPr>
        <w:t xml:space="preserve">beauty to the coastal lowlands, and I wove past farms and tobacco barns that looked almost abandoned.</w:t>
      </w:r>
      <w:r>
        <w:br/>
      </w:r>
      <w:r>
        <w:t xml:space="preserve">    (a) rude or unfriendly because of using too few words or moving too quickly</w:t>
      </w:r>
      <w:r>
        <w:br/>
      </w:r>
      <w:r>
        <w:t xml:space="preserve">    (b) relating to classical music plays in which most of the dialogue is sung</w:t>
      </w:r>
      <w:r>
        <w:br/>
      </w:r>
      <w:r>
        <w:t xml:space="preserve">    (c) a notable absence of luxury, comfort, or decoration; or stern in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Erected in the late 1950s, when functionality was the single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criterion</w:t>
      </w:r>
      <w:r>
        <w:rPr>
          <w:b/>
          <w:bCs/>
        </w:rPr>
        <w:t xml:space="preserve"> </w:t>
      </w:r>
      <w:r>
        <w:rPr>
          <w:b/>
          <w:bCs/>
        </w:rPr>
        <w:t xml:space="preserve">architects valued in design, it's really quite drab.</w:t>
      </w:r>
      <w:r>
        <w:br/>
      </w:r>
      <w:r>
        <w:t xml:space="preserve">    (a) a reference point against which things can be evaluated</w:t>
      </w:r>
      <w:r>
        <w:br/>
      </w:r>
      <w:r>
        <w:t xml:space="preserve">    (b) the act or process of stopping something from happening</w:t>
      </w:r>
      <w:r>
        <w:br/>
      </w:r>
      <w:r>
        <w:t xml:space="preserve">    (c) a period of time when someone exhibits unusual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filled her in on the progress, watching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rapt</w:t>
      </w:r>
      <w:r>
        <w:rPr>
          <w:b/>
          <w:bCs/>
        </w:rPr>
        <w:t xml:space="preserve"> </w:t>
      </w:r>
      <w:r>
        <w:rPr>
          <w:b/>
          <w:bCs/>
        </w:rPr>
        <w:t xml:space="preserve">expression as she tried to imagine it.</w:t>
      </w:r>
      <w:r>
        <w:br/>
      </w:r>
      <w:r>
        <w:t xml:space="preserve">    (a) accidental or unintentional</w:t>
      </w:r>
      <w:r>
        <w:br/>
      </w:r>
      <w:r>
        <w:t xml:space="preserve">    (b) filled with pleasure</w:t>
      </w:r>
      <w:r>
        <w:br/>
      </w:r>
      <w:r>
        <w:t xml:space="preserve">    (c) noisy and unrestrained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I think Jane and Kate believe I spent every waking moment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doting</w:t>
      </w:r>
      <w:r>
        <w:rPr>
          <w:b/>
          <w:bCs/>
        </w:rPr>
        <w:t xml:space="preserve"> </w:t>
      </w:r>
      <w:r>
        <w:rPr>
          <w:b/>
          <w:bCs/>
        </w:rPr>
        <w:t xml:space="preserve">on Allie.</w:t>
      </w:r>
      <w:r>
        <w:br/>
      </w:r>
      <w:r>
        <w:t xml:space="preserve">    (a) compensating for a loss; or paying a reward</w:t>
      </w:r>
      <w:r>
        <w:br/>
      </w:r>
      <w:r>
        <w:t xml:space="preserve">    (b) protecting something or keeping it as it is</w:t>
      </w:r>
      <w:r>
        <w:br/>
      </w:r>
      <w:r>
        <w:t xml:space="preserve">    (c) demonstrating love and uncritical affection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I'd been wonderfully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adept</w:t>
      </w:r>
      <w:r>
        <w:rPr>
          <w:b/>
          <w:bCs/>
        </w:rPr>
        <w:t xml:space="preserve"> </w:t>
      </w:r>
      <w:r>
        <w:rPr>
          <w:b/>
          <w:bCs/>
        </w:rPr>
        <w:t xml:space="preserve">at setting the bar rather low over the years, but I couldn't help but hope that it would make what I had planned even more special.</w:t>
      </w:r>
      <w:r>
        <w:br/>
      </w:r>
      <w:r>
        <w:t xml:space="preserve">    (a) absolute</w:t>
      </w:r>
      <w:r>
        <w:br/>
      </w:r>
      <w:r>
        <w:t xml:space="preserve">    (b) skillful</w:t>
      </w:r>
      <w:r>
        <w:br/>
      </w:r>
      <w:r>
        <w:t xml:space="preserve">    (c) pleasing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she moved closer, the heat of her body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tantalizing</w:t>
      </w:r>
      <w:r>
        <w:rPr>
          <w:b/>
          <w:bCs/>
        </w:rPr>
        <w:t xml:space="preserve">.</w:t>
      </w:r>
      <w:r>
        <w:br/>
      </w:r>
      <w:r>
        <w:t xml:space="preserve">    (a) making someone excited about getting something</w:t>
      </w:r>
      <w:r>
        <w:br/>
      </w:r>
      <w:r>
        <w:t xml:space="preserve">    (b) returning to an undesirable previous condition</w:t>
      </w:r>
      <w:r>
        <w:br/>
      </w:r>
      <w:r>
        <w:t xml:space="preserve">    (c) thinking carefully and making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Silhouetted against the trees, it was a timeless image, the white columns along the porch lending the home an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opulent</w:t>
      </w:r>
      <w:r>
        <w:rPr>
          <w:b/>
          <w:bCs/>
        </w:rPr>
        <w:t xml:space="preserve"> </w:t>
      </w:r>
      <w:r>
        <w:rPr>
          <w:b/>
          <w:bCs/>
        </w:rPr>
        <w:t xml:space="preserve">air.</w:t>
      </w:r>
      <w:r>
        <w:br/>
      </w:r>
      <w:r>
        <w:t xml:space="preserve">    (a) able to be disagreed with</w:t>
      </w:r>
      <w:r>
        <w:br/>
      </w:r>
      <w:r>
        <w:t xml:space="preserve">    (b) not able to be translated</w:t>
      </w:r>
      <w:r>
        <w:br/>
      </w:r>
      <w:r>
        <w:t xml:space="preserve">    (c) magnificent and luxurious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I've come to believe that while the past is unchangeable, our perceptions of it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malleable</w:t>
      </w:r>
      <w:r>
        <w:rPr>
          <w:b/>
          <w:bCs/>
        </w:rPr>
        <w:t xml:space="preserve">, and this is where the album comes in.</w:t>
      </w:r>
      <w:r>
        <w:br/>
      </w:r>
      <w:r>
        <w:t xml:space="preserve">    (a) igneous or sedimentary rock that changes due to pressure, heat, or chemical reactions (such as marble)</w:t>
      </w:r>
      <w:r>
        <w:br/>
      </w:r>
      <w:r>
        <w:t xml:space="preserve">    (b) the character or degree of bouncing back light (or more rarely: heat, sound, electromagnetic waves...)</w:t>
      </w:r>
      <w:r>
        <w:br/>
      </w:r>
      <w:r>
        <w:t xml:space="preserve">    (c) of people:  flexible or easily influenced</w:t>
      </w:r>
      <w:r>
        <w:br/>
      </w:r>
      <w:r>
        <w:br/>
      </w:r>
      <w:r>
        <w:t xml:space="preserve">of materials:  capable of being shaped or bent or drawn out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2026-07-31T16:43:55Z</dcterms:created>
  <dcterms:modified xsi:type="dcterms:W3CDTF">2026-07-31T16:43:55Z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