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4b0536f1adddbadd188e60317fc39085135b01"/>
    <w:p>
      <w:pPr>
        <w:pStyle w:val="Heading1"/>
      </w:pPr>
      <w:r>
        <w:rPr>
          <w:b/>
          <w:bCs/>
        </w:rPr>
        <w:t xml:space="preserve">The Waves</w:t>
      </w:r>
      <w:r>
        <w:br/>
      </w:r>
      <w:r>
        <w:rPr>
          <w:i/>
          <w:iCs/>
        </w:rPr>
        <w:t xml:space="preserve">Virginia Woolf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doesn't think of him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 </w:t>
      </w:r>
      <w:r>
        <w:rPr>
          <w:b/>
          <w:bCs/>
        </w:rPr>
        <w:t xml:space="preserve">way.</w:t>
      </w:r>
      <w:r>
        <w:br/>
      </w:r>
      <w:r>
        <w:t xml:space="preserve">    (a) romantic or sexual</w:t>
      </w:r>
      <w:r>
        <w:br/>
      </w:r>
      <w:r>
        <w:t xml:space="preserve">    (b) logical or analytical</w:t>
      </w:r>
      <w:r>
        <w:br/>
      </w:r>
      <w:r>
        <w:t xml:space="preserve">    (c) light-hearted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ballad</w:t>
      </w:r>
      <w:r>
        <w:rPr>
          <w:b/>
          <w:bCs/>
        </w:rPr>
        <w:t xml:space="preserve"> </w:t>
      </w:r>
      <w:r>
        <w:rPr>
          <w:b/>
          <w:bCs/>
        </w:rPr>
        <w:t xml:space="preserve">told the tragic tale of two lovers separated by war.</w:t>
      </w:r>
      <w:r>
        <w:br/>
      </w:r>
      <w:r>
        <w:t xml:space="preserve">    (a) dramatic performance on stage</w:t>
      </w:r>
      <w:r>
        <w:br/>
      </w:r>
      <w:r>
        <w:t xml:space="preserve">    (b) traditional short story</w:t>
      </w:r>
      <w:r>
        <w:br/>
      </w:r>
      <w:r>
        <w:t xml:space="preserve">    (c) song that tells a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Jefferson described the legislation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detestable</w:t>
      </w:r>
      <w:r>
        <w:rPr>
          <w:b/>
          <w:bCs/>
        </w:rPr>
        <w:t xml:space="preserve">.</w:t>
      </w:r>
      <w:r>
        <w:br/>
      </w:r>
      <w:r>
        <w:t xml:space="preserve">    (a) outstanding</w:t>
      </w:r>
      <w:r>
        <w:br/>
      </w:r>
      <w:r>
        <w:t xml:space="preserve">    (b) important</w:t>
      </w:r>
      <w:r>
        <w:br/>
      </w:r>
      <w:r>
        <w:t xml:space="preserve">    (c) terrible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Russian TV is famous for inventing stories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 </w:t>
      </w:r>
      <w:r>
        <w:rPr>
          <w:b/>
          <w:bCs/>
        </w:rPr>
        <w:t xml:space="preserve">those who disagree with Russian interests.</w:t>
      </w:r>
      <w:r>
        <w:br/>
      </w:r>
      <w:r>
        <w:t xml:space="preserve">    (a) damage the reputation of</w:t>
      </w:r>
      <w:r>
        <w:br/>
      </w:r>
      <w:r>
        <w:t xml:space="preserve">    (b) anger</w:t>
      </w:r>
      <w:r>
        <w:br/>
      </w:r>
      <w:r>
        <w:t xml:space="preserve">    (c) convince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months without members, the club voted for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dissolution</w:t>
      </w:r>
      <w:r>
        <w:rPr>
          <w:b/>
          <w:bCs/>
        </w:rPr>
        <w:t xml:space="preserve">.</w:t>
      </w:r>
      <w:r>
        <w:br/>
      </w:r>
      <w:r>
        <w:t xml:space="preserve">    (a) public celebration</w:t>
      </w:r>
      <w:r>
        <w:br/>
      </w:r>
      <w:r>
        <w:t xml:space="preserve">    (b) new beginning</w:t>
      </w:r>
      <w:r>
        <w:br/>
      </w:r>
      <w:r>
        <w:t xml:space="preserve">    (c) formal 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harbors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 </w:t>
      </w:r>
      <w:r>
        <w:rPr>
          <w:b/>
          <w:bCs/>
        </w:rPr>
        <w:t xml:space="preserve">towards her ex-husband.</w:t>
      </w:r>
      <w:r>
        <w:br/>
      </w:r>
      <w:r>
        <w:t xml:space="preserve">    (a) disrespect</w:t>
      </w:r>
      <w:r>
        <w:br/>
      </w:r>
      <w:r>
        <w:t xml:space="preserve">    (b) hatred</w:t>
      </w:r>
      <w:r>
        <w:br/>
      </w:r>
      <w:r>
        <w:t xml:space="preserve">    (c) love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enthusiasm was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ephemeral</w:t>
      </w:r>
      <w:r>
        <w:rPr>
          <w:b/>
          <w:bCs/>
        </w:rPr>
        <w:t xml:space="preserve"> </w:t>
      </w:r>
      <w:r>
        <w:rPr>
          <w:b/>
          <w:bCs/>
        </w:rPr>
        <w:t xml:space="preserve">as the morning mist.</w:t>
      </w:r>
      <w:r>
        <w:br/>
      </w:r>
      <w:r>
        <w:t xml:space="preserve">    (a) fleeting</w:t>
      </w:r>
      <w:r>
        <w:br/>
      </w:r>
      <w:r>
        <w:t xml:space="preserve">    (b) intense</w:t>
      </w:r>
      <w:r>
        <w:br/>
      </w:r>
      <w:r>
        <w:t xml:space="preserve">    (c) constant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incident led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departure from political office.</w:t>
      </w:r>
      <w:r>
        <w:br/>
      </w:r>
      <w:r>
        <w:t xml:space="preserve">    (a) eventual</w:t>
      </w:r>
      <w:r>
        <w:br/>
      </w:r>
      <w:r>
        <w:t xml:space="preserve">    (b) quick</w:t>
      </w:r>
      <w:r>
        <w:br/>
      </w:r>
      <w:r>
        <w:t xml:space="preserve">    (c) disgraceful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two friends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indivisible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day they met in kindergarten.</w:t>
      </w:r>
      <w:r>
        <w:br/>
      </w:r>
      <w:r>
        <w:t xml:space="preserve">    (a) in constant disagreement</w:t>
      </w:r>
      <w:r>
        <w:br/>
      </w:r>
      <w:r>
        <w:t xml:space="preserve">    (b) rarely seen together</w:t>
      </w:r>
      <w:r>
        <w:br/>
      </w:r>
      <w:r>
        <w:t xml:space="preserve">    (c) impossible to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pinnacle</w:t>
      </w:r>
      <w:r>
        <w:rPr>
          <w:b/>
          <w:bCs/>
        </w:rPr>
        <w:t xml:space="preserve"> </w:t>
      </w:r>
      <w:r>
        <w:rPr>
          <w:b/>
          <w:bCs/>
        </w:rPr>
        <w:t xml:space="preserve">of her success, she was earning over a million dollars a year.</w:t>
      </w:r>
      <w:r>
        <w:br/>
      </w:r>
      <w:r>
        <w:t xml:space="preserve">    (a) highest point</w:t>
      </w:r>
      <w:r>
        <w:br/>
      </w:r>
      <w:r>
        <w:t xml:space="preserve">    (b) end</w:t>
      </w:r>
      <w:r>
        <w:br/>
      </w:r>
      <w:r>
        <w:t xml:space="preserve">    (c) beginning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area has been inhabited since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primeval</w:t>
      </w:r>
      <w:r>
        <w:rPr>
          <w:b/>
          <w:bCs/>
        </w:rPr>
        <w:t xml:space="preserve"> </w:t>
      </w:r>
      <w:r>
        <w:rPr>
          <w:b/>
          <w:bCs/>
        </w:rPr>
        <w:t xml:space="preserve">times.</w:t>
      </w:r>
      <w:r>
        <w:br/>
      </w:r>
      <w:r>
        <w:t xml:space="preserve">    (a) ancient</w:t>
      </w:r>
      <w:r>
        <w:br/>
      </w:r>
      <w:r>
        <w:t xml:space="preserve">    (b) filled</w:t>
      </w:r>
      <w:r>
        <w:br/>
      </w:r>
      <w:r>
        <w:t xml:space="preserve">    (c) skillful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hearing all the rumors, the real explanation turned out to be surprisingly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prosaic</w:t>
      </w:r>
      <w:r>
        <w:rPr>
          <w:b/>
          <w:bCs/>
        </w:rPr>
        <w:t xml:space="preserve">.</w:t>
      </w:r>
      <w:r>
        <w:br/>
      </w:r>
      <w:r>
        <w:t xml:space="preserve">    (a) able to make clear with example, diagram, photo, etc.</w:t>
      </w:r>
      <w:r>
        <w:br/>
      </w:r>
      <w:r>
        <w:t xml:space="preserve">    (b) not concerned with what others might think of oneself</w:t>
      </w:r>
      <w:r>
        <w:br/>
      </w:r>
      <w:r>
        <w:t xml:space="preserve">    (c) ordinary and uninteresting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Matisse titled the work, "A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Recumbent</w:t>
      </w:r>
      <w:r>
        <w:rPr>
          <w:b/>
          <w:bCs/>
        </w:rPr>
        <w:t xml:space="preserve"> </w:t>
      </w:r>
      <w:r>
        <w:rPr>
          <w:b/>
          <w:bCs/>
        </w:rPr>
        <w:t xml:space="preserve">Woman."</w:t>
      </w:r>
      <w:r>
        <w:br/>
      </w:r>
      <w:r>
        <w:t xml:space="preserve">    (a) not friendly</w:t>
      </w:r>
      <w:r>
        <w:br/>
      </w:r>
      <w:r>
        <w:t xml:space="preserve">    (b) unbending</w:t>
      </w:r>
      <w:r>
        <w:br/>
      </w:r>
      <w:r>
        <w:t xml:space="preserve">    (c) lying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was shut down due to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slovenly</w:t>
      </w:r>
      <w:r>
        <w:rPr>
          <w:b/>
          <w:bCs/>
        </w:rPr>
        <w:t xml:space="preserve"> </w:t>
      </w:r>
      <w:r>
        <w:rPr>
          <w:b/>
          <w:bCs/>
        </w:rPr>
        <w:t xml:space="preserve">kitchen conditions.</w:t>
      </w:r>
      <w:r>
        <w:br/>
      </w:r>
      <w:r>
        <w:t xml:space="preserve">    (a) inefficient</w:t>
      </w:r>
      <w:r>
        <w:br/>
      </w:r>
      <w:r>
        <w:t xml:space="preserve">    (b) costly</w:t>
      </w:r>
      <w:r>
        <w:br/>
      </w:r>
      <w:r>
        <w:t xml:space="preserve">    (c) dirty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 end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soliloquy</w:t>
      </w:r>
      <w:r>
        <w:rPr>
          <w:b/>
          <w:bCs/>
        </w:rPr>
        <w:t xml:space="preserve"> </w:t>
      </w:r>
      <w:r>
        <w:rPr>
          <w:b/>
          <w:bCs/>
        </w:rPr>
        <w:t xml:space="preserve">Hamlet concludes that he should not murder Duncan.</w:t>
      </w:r>
      <w:r>
        <w:br/>
      </w:r>
      <w:r>
        <w:t xml:space="preserve">    (a) speech</w:t>
      </w:r>
      <w:r>
        <w:br/>
      </w:r>
      <w:r>
        <w:t xml:space="preserve">    (b) scene</w:t>
      </w:r>
      <w:r>
        <w:br/>
      </w:r>
      <w:r>
        <w:t xml:space="preserve">    (c) dialogue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Fed is concerned that further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stimulus</w:t>
      </w:r>
      <w:r>
        <w:rPr>
          <w:b/>
          <w:bCs/>
        </w:rPr>
        <w:t xml:space="preserve"> </w:t>
      </w:r>
      <w:r>
        <w:rPr>
          <w:b/>
          <w:bCs/>
        </w:rPr>
        <w:t xml:space="preserve">will lead to inflation.</w:t>
      </w:r>
      <w:r>
        <w:br/>
      </w:r>
      <w:r>
        <w:t xml:space="preserve">    (a) interest rates increases</w:t>
      </w:r>
      <w:r>
        <w:br/>
      </w:r>
      <w:r>
        <w:t xml:space="preserve">    (b) unemployment</w:t>
      </w:r>
      <w:r>
        <w:br/>
      </w:r>
      <w:r>
        <w:t xml:space="preserve">    (c) encouragement of growth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supercilious</w:t>
      </w:r>
      <w:r>
        <w:rPr>
          <w:b/>
          <w:bCs/>
        </w:rPr>
        <w:t xml:space="preserve"> </w:t>
      </w:r>
      <w:r>
        <w:rPr>
          <w:b/>
          <w:bCs/>
        </w:rPr>
        <w:t xml:space="preserve">tone made everyone in the room feel inferior.</w:t>
      </w:r>
      <w:r>
        <w:br/>
      </w:r>
      <w:r>
        <w:t xml:space="preserve">    (a) shy and uncertain</w:t>
      </w:r>
      <w:r>
        <w:br/>
      </w:r>
      <w:r>
        <w:t xml:space="preserve">    (b) warm and welcoming</w:t>
      </w:r>
      <w:r>
        <w:br/>
      </w:r>
      <w:r>
        <w:t xml:space="preserve">    (c) haughty and disdainful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suffers from rising youth unemployment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torpid</w:t>
      </w:r>
      <w:r>
        <w:rPr>
          <w:b/>
          <w:bCs/>
        </w:rPr>
        <w:t xml:space="preserve"> </w:t>
      </w:r>
      <w:r>
        <w:rPr>
          <w:b/>
          <w:bCs/>
        </w:rPr>
        <w:t xml:space="preserve">growth.</w:t>
      </w:r>
      <w:r>
        <w:br/>
      </w:r>
      <w:r>
        <w:t xml:space="preserve">    (a) sluggish or slow</w:t>
      </w:r>
      <w:r>
        <w:br/>
      </w:r>
      <w:r>
        <w:t xml:space="preserve">    (b) the state or degree of being clear, easily noticed, and/or identifiable as different or separate</w:t>
      </w:r>
      <w:r>
        <w:br/>
      </w:r>
      <w:r>
        <w:t xml:space="preserve">    (c) having two or more sounds (phonetic values) such as the letter "a" in</w:t>
      </w:r>
      <w:r>
        <w:t xml:space="preserve"> </w:t>
      </w:r>
      <w:r>
        <w:rPr>
          <w:i/>
          <w:iCs/>
        </w:rPr>
        <w:t xml:space="preserve">cat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date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her fame, she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unassuming</w:t>
      </w:r>
      <w:r>
        <w:rPr>
          <w:b/>
          <w:bCs/>
        </w:rPr>
        <w:t xml:space="preserve"> </w:t>
      </w:r>
      <w:r>
        <w:rPr>
          <w:b/>
          <w:bCs/>
        </w:rPr>
        <w:t xml:space="preserve">and friendly to everyone.</w:t>
      </w:r>
      <w:r>
        <w:br/>
      </w:r>
      <w:r>
        <w:t xml:space="preserve">    (a) outgoing</w:t>
      </w:r>
      <w:r>
        <w:br/>
      </w:r>
      <w:r>
        <w:t xml:space="preserve">    (b) humble</w:t>
      </w:r>
      <w:r>
        <w:br/>
      </w:r>
      <w:r>
        <w:t xml:space="preserve">    (c) insecure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Police used to be allowed to use their discretion in deciding whether to arrest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</w:t>
      </w:r>
      <w:r>
        <w:rPr>
          <w:b/>
          <w:bCs/>
        </w:rPr>
        <w:t xml:space="preserve">.</w:t>
      </w:r>
      <w:r>
        <w:br/>
      </w:r>
      <w:r>
        <w:t xml:space="preserve">    (a) person who used recreational drugs</w:t>
      </w:r>
      <w:r>
        <w:br/>
      </w:r>
      <w:r>
        <w:t xml:space="preserve">    (b) someone who is visiting from out-of-town</w:t>
      </w:r>
      <w:r>
        <w:br/>
      </w:r>
      <w:r>
        <w:t xml:space="preserve">    (c) impoverished person without a home or job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2026-07-31T16:19:01Z</dcterms:created>
  <dcterms:modified xsi:type="dcterms:W3CDTF">2026-07-31T16:19:01Z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