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4d2fe1abba779fdf28cc7824d7619829394bb3"/>
    <w:p>
      <w:pPr>
        <w:pStyle w:val="Heading1"/>
      </w:pPr>
      <w:r>
        <w:rPr>
          <w:b/>
          <w:bCs/>
        </w:rPr>
        <w:t xml:space="preserve">The Waves</w:t>
      </w:r>
      <w:r>
        <w:br/>
      </w:r>
      <w:r>
        <w:rPr>
          <w:i/>
          <w:iCs/>
        </w:rPr>
        <w:t xml:space="preserve">Virginia Woolf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were the floating, pale-grey clouds; 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immitigable</w:t>
      </w:r>
      <w:r>
        <w:rPr>
          <w:b/>
          <w:bCs/>
        </w:rPr>
        <w:t xml:space="preserve"> </w:t>
      </w:r>
      <w:r>
        <w:rPr>
          <w:b/>
          <w:bCs/>
        </w:rPr>
        <w:t xml:space="preserve">tree; the implacable tree with its greaved silver bark.</w:t>
      </w:r>
      <w:r>
        <w:br/>
      </w:r>
      <w:r>
        <w:t xml:space="preserve">    (a) impossible to make less harmful or unpleasant</w:t>
      </w:r>
      <w:r>
        <w:br/>
      </w:r>
      <w:r>
        <w:t xml:space="preserve">    (b) the quality of not being sensible and careful</w:t>
      </w:r>
      <w:r>
        <w:br/>
      </w:r>
      <w:r>
        <w:t xml:space="preserve">    (c) the trait of being easy to meet and talk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Pouring down the walls of my mind, running together, the day falls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copious</w:t>
      </w:r>
      <w:r>
        <w:rPr>
          <w:b/>
          <w:bCs/>
        </w:rPr>
        <w:t xml:space="preserve">, resplendent.</w:t>
      </w:r>
      <w:r>
        <w:br/>
      </w:r>
      <w:r>
        <w:t xml:space="preserve">    (a) abundant (large in quantity or number)</w:t>
      </w:r>
      <w:r>
        <w:br/>
      </w:r>
      <w:r>
        <w:t xml:space="preserve">    (b) able to accept as true (without proof)</w:t>
      </w:r>
      <w:r>
        <w:br/>
      </w:r>
      <w:r>
        <w:t xml:space="preserve">    (c) able to be protected or kept unchanged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Everything became softly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amorphous</w:t>
      </w:r>
      <w:r>
        <w:rPr>
          <w:b/>
          <w:bCs/>
        </w:rPr>
        <w:t xml:space="preserve">, as if the china of the plate flowed and the steel of the knife were liquid.</w:t>
      </w:r>
      <w:r>
        <w:br/>
      </w:r>
      <w:r>
        <w:t xml:space="preserve">    (a) degree to which things are related</w:t>
      </w:r>
      <w:r>
        <w:br/>
      </w:r>
      <w:r>
        <w:t xml:space="preserve">    (b) without clearly defined boundaries</w:t>
      </w:r>
      <w:r>
        <w:br/>
      </w:r>
      <w:r>
        <w:t xml:space="preserve">    (c) not connected by blood or marriage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recover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continuity</w:t>
      </w:r>
      <w:r>
        <w:rPr>
          <w:b/>
          <w:bCs/>
        </w:rPr>
        <w:t xml:space="preserve">, as he reads.</w:t>
      </w:r>
      <w:r>
        <w:br/>
      </w:r>
      <w:r>
        <w:t xml:space="preserve">    (a) storyteller</w:t>
      </w:r>
      <w:r>
        <w:br/>
      </w:r>
      <w:r>
        <w:t xml:space="preserve">    (b) consistency</w:t>
      </w:r>
      <w:r>
        <w:br/>
      </w:r>
      <w:r>
        <w:t xml:space="preserve">    (c) translation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 him describe what we have all seen so that it becomes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sequence</w:t>
      </w:r>
      <w:r>
        <w:rPr>
          <w:b/>
          <w:bCs/>
        </w:rPr>
        <w:t xml:space="preserve">.</w:t>
      </w:r>
      <w:r>
        <w:br/>
      </w:r>
      <w:r>
        <w:t xml:space="preserve">    (a) arranged in a specific order</w:t>
      </w:r>
      <w:r>
        <w:br/>
      </w:r>
      <w:r>
        <w:t xml:space="preserve">    (b) tell someone about something</w:t>
      </w:r>
      <w:r>
        <w:br/>
      </w:r>
      <w:r>
        <w:t xml:space="preserve">    (c) something repeated regularly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...born entire, out of hatred, out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</w:t>
      </w:r>
      <w:r>
        <w:rPr>
          <w:b/>
          <w:bCs/>
        </w:rPr>
        <w:t xml:space="preserve">.</w:t>
      </w:r>
      <w:r>
        <w:br/>
      </w:r>
      <w:r>
        <w:t xml:space="preserve">    (a) conflict</w:t>
      </w:r>
      <w:r>
        <w:br/>
      </w:r>
      <w:r>
        <w:t xml:space="preserve">    (b) characterized by narrower parallel folds when closed and wider when open</w:t>
      </w:r>
      <w:r>
        <w:br/>
      </w:r>
      <w:r>
        <w:t xml:space="preserve">    (c) design based on alphabetic letters; or adding such a design to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Each sang stridently, with passion, with vehemence, as if to let the song burst out of it, no matter if it shattered the song of another bird with harsh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</w:t>
      </w:r>
      <w:r>
        <w:rPr>
          <w:b/>
          <w:bCs/>
        </w:rPr>
        <w:t xml:space="preserve">.</w:t>
      </w:r>
      <w:r>
        <w:br/>
      </w:r>
      <w:r>
        <w:t xml:space="preserve">    (a) take on or adopt</w:t>
      </w:r>
      <w:r>
        <w:br/>
      </w:r>
      <w:r>
        <w:t xml:space="preserve">    (b) make more varied</w:t>
      </w:r>
      <w:r>
        <w:br/>
      </w:r>
      <w:r>
        <w:t xml:space="preserve">    (c) sounding bad in combination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is shaded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innumerable</w:t>
      </w:r>
      <w:r>
        <w:rPr>
          <w:b/>
          <w:bCs/>
        </w:rPr>
        <w:t xml:space="preserve"> </w:t>
      </w:r>
      <w:r>
        <w:rPr>
          <w:b/>
          <w:bCs/>
        </w:rPr>
        <w:t xml:space="preserve">perplexities, or he would go with them to play cricket, and would lie in the grass, watching the sky, and would start when the ball was hit.</w:t>
      </w:r>
      <w:r>
        <w:br/>
      </w:r>
      <w:r>
        <w:t xml:space="preserve">    (a) too numerous to be counted</w:t>
      </w:r>
      <w:r>
        <w:br/>
      </w:r>
      <w:r>
        <w:t xml:space="preserve">    (b) able to meet and talk with</w:t>
      </w:r>
      <w:r>
        <w:br/>
      </w:r>
      <w:r>
        <w:t xml:space="preserve">    (c) the quality of disagreeing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here bells ring; feet shuffle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perpetually</w:t>
      </w:r>
      <w:r>
        <w:rPr>
          <w:b/>
          <w:bCs/>
        </w:rPr>
        <w:t xml:space="preserve">.</w:t>
      </w:r>
      <w:r>
        <w:br/>
      </w:r>
      <w:r>
        <w:t xml:space="preserve">    (a) in a manner that relates to electricity generated by light or affected by light</w:t>
      </w:r>
      <w:r>
        <w:br/>
      </w:r>
      <w:r>
        <w:t xml:space="preserve">    (b) continuing forever without change; or occurring so frequently it seems constant</w:t>
      </w:r>
      <w:r>
        <w:br/>
      </w:r>
      <w:r>
        <w:t xml:space="preserve">    (c) done in a manner that is of low quality or of lower quality than something else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telegraph poles bob up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incessantly</w:t>
      </w:r>
      <w:r>
        <w:rPr>
          <w:b/>
          <w:bCs/>
        </w:rPr>
        <w:t xml:space="preserve">; one is felled, another rises.</w:t>
      </w:r>
      <w:r>
        <w:br/>
      </w:r>
      <w:r>
        <w:t xml:space="preserve">    (a) thoughtfully</w:t>
      </w:r>
      <w:r>
        <w:br/>
      </w:r>
      <w:r>
        <w:t xml:space="preserve">    (b) continuously</w:t>
      </w:r>
      <w:r>
        <w:br/>
      </w:r>
      <w:r>
        <w:t xml:space="preserve">    (c) with anxiety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Look how through them a boat passes, filled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indolent</w:t>
      </w:r>
      <w:r>
        <w:rPr>
          <w:b/>
          <w:bCs/>
        </w:rPr>
        <w:t xml:space="preserve">, with unconscious, with powerful young men.</w:t>
      </w:r>
      <w:r>
        <w:br/>
      </w:r>
      <w:r>
        <w:t xml:space="preserve">    (a) impulsive</w:t>
      </w:r>
      <w:r>
        <w:br/>
      </w:r>
      <w:r>
        <w:t xml:space="preserve">    (b) lazy</w:t>
      </w:r>
      <w:r>
        <w:br/>
      </w:r>
      <w:r>
        <w:t xml:space="preserve">    (c) unfocused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Now that we look at the tree together, it has a combined look, each branch distinct, and I will tell you what I feel, under the compulsion of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clarity</w:t>
      </w:r>
      <w:r>
        <w:rPr>
          <w:b/>
          <w:bCs/>
        </w:rPr>
        <w:t xml:space="preserve">.</w:t>
      </w:r>
      <w:r>
        <w:br/>
      </w:r>
      <w:r>
        <w:t xml:space="preserve">    (a) the process of assigning a value on or judging the worth of something; or the result of such a process</w:t>
      </w:r>
      <w:r>
        <w:br/>
      </w:r>
      <w:r>
        <w:t xml:space="preserve">    (b) seen, expressed, or understood clearly; or a degree of transparency such as the quality of clear water</w:t>
      </w:r>
      <w:r>
        <w:br/>
      </w:r>
      <w:r>
        <w:t xml:space="preserve">    (c) a collection of things on public display  OR  a detailed explanation or background of a specific topic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Neville, delicately avoiding interference, stealthily, like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conspirator</w:t>
      </w:r>
      <w:r>
        <w:rPr>
          <w:b/>
          <w:bCs/>
        </w:rPr>
        <w:t xml:space="preserve">, hastens back to his room.</w:t>
      </w:r>
      <w:r>
        <w:br/>
      </w:r>
      <w:r>
        <w:t xml:space="preserve">    (a) worry or concern about what will happen</w:t>
      </w:r>
      <w:r>
        <w:br/>
      </w:r>
      <w:r>
        <w:t xml:space="preserve">    (b) something that causes ongoing suffering</w:t>
      </w:r>
      <w:r>
        <w:br/>
      </w:r>
      <w:r>
        <w:t xml:space="preserve">    (c) a participant involved in a secret plot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when I get up, brushing the crumbs from my waistcoat, I slip too large a tip, a shilling, under the edge of my plate, so that she may not find it till I am gone, and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</w:t>
      </w:r>
      <w:r>
        <w:rPr>
          <w:b/>
          <w:bCs/>
        </w:rPr>
        <w:t xml:space="preserve">, as she picks it up with laughter, may not strike on me till I am past the swing-doors.</w:t>
      </w:r>
      <w:r>
        <w:br/>
      </w:r>
      <w:r>
        <w:t xml:space="preserve">    (a) disrespect or reject as not good enough</w:t>
      </w:r>
      <w:r>
        <w:br/>
      </w:r>
      <w:r>
        <w:t xml:space="preserve">    (b) not answer questions; or block progress</w:t>
      </w:r>
      <w:r>
        <w:br/>
      </w:r>
      <w:r>
        <w:t xml:space="preserve">    (c) move from more general to more specific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Pale, with dark hair, the one who is coming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melancholy</w:t>
      </w:r>
      <w:r>
        <w:rPr>
          <w:b/>
          <w:bCs/>
        </w:rPr>
        <w:t xml:space="preserve">, romantic.</w:t>
      </w:r>
      <w:r>
        <w:br/>
      </w:r>
      <w:r>
        <w:t xml:space="preserve">    (a) a sad feeling or manner</w:t>
      </w:r>
      <w:r>
        <w:br/>
      </w:r>
      <w:r>
        <w:t xml:space="preserve">    (b) relating to the outside</w:t>
      </w:r>
      <w:r>
        <w:br/>
      </w:r>
      <w:r>
        <w:t xml:space="preserve">    (c) about (but not exactly)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 me visit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furtively</w:t>
      </w:r>
      <w:r>
        <w:rPr>
          <w:b/>
          <w:bCs/>
        </w:rPr>
        <w:t xml:space="preserve"> </w:t>
      </w:r>
      <w:r>
        <w:rPr>
          <w:b/>
          <w:bCs/>
        </w:rPr>
        <w:t xml:space="preserve">the treasures I have laid apart.</w:t>
      </w:r>
      <w:r>
        <w:br/>
      </w:r>
      <w:r>
        <w:t xml:space="preserve">    (a) in a manner that provokes, excites, or stimulates -- especially controversy, sexual desire, or anger</w:t>
      </w:r>
      <w:r>
        <w:br/>
      </w:r>
      <w:r>
        <w:t xml:space="preserve">    (b) while taking pains to avoid being observed; or in a nervous manner (as though hoping not to be seen)</w:t>
      </w:r>
      <w:r>
        <w:br/>
      </w:r>
      <w:r>
        <w:t xml:space="preserve">    (c) in a straightforward manner (uncomplicated or simple -- perhaps also indicating openness and honesty)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is, then, a world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immune</w:t>
      </w:r>
      <w:r>
        <w:rPr>
          <w:b/>
          <w:bCs/>
        </w:rPr>
        <w:t xml:space="preserve"> </w:t>
      </w:r>
      <w:r>
        <w:rPr>
          <w:b/>
          <w:bCs/>
        </w:rPr>
        <w:t xml:space="preserve">from change.</w:t>
      </w:r>
      <w:r>
        <w:br/>
      </w:r>
      <w:r>
        <w:t xml:space="preserve">    (a) the state or character of having found a condition or substance to be present</w:t>
      </w:r>
      <w:r>
        <w:br/>
      </w:r>
      <w:r>
        <w:t xml:space="preserve">    (b) not in danger of suffering from something  OR  relating to disease resistance</w:t>
      </w:r>
      <w:r>
        <w:br/>
      </w:r>
      <w:r>
        <w:t xml:space="preserve">    (c) a health indicator measured by the force of circulating blood on the arteries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bell is pressed and I do not ring or give 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irrelevant</w:t>
      </w:r>
      <w:r>
        <w:rPr>
          <w:b/>
          <w:bCs/>
        </w:rPr>
        <w:t xml:space="preserve"> </w:t>
      </w:r>
      <w:r>
        <w:rPr>
          <w:b/>
          <w:bCs/>
        </w:rPr>
        <w:t xml:space="preserve">clamours all jangled.</w:t>
      </w:r>
      <w:r>
        <w:br/>
      </w:r>
      <w:r>
        <w:t xml:space="preserve">    (a) not relevant (not related to the subject being considered, or not important enough to want to consider)</w:t>
      </w:r>
      <w:r>
        <w:br/>
      </w:r>
      <w:r>
        <w:t xml:space="preserve">    (b) a person who works from within to destroy an established order; or relating to such destructive efforts</w:t>
      </w:r>
      <w:r>
        <w:br/>
      </w:r>
      <w:r>
        <w:t xml:space="preserve">    (c) the character or degree of bouncing back light (or more rarely: heat, sound, electromagnetic waves...)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structure is now visible; what is inchoate is here stated; we are not so various or so mean; we have made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oblongs</w:t>
      </w:r>
      <w:r>
        <w:rPr>
          <w:b/>
          <w:bCs/>
        </w:rPr>
        <w:t xml:space="preserve"> </w:t>
      </w:r>
      <w:r>
        <w:rPr>
          <w:b/>
          <w:bCs/>
        </w:rPr>
        <w:t xml:space="preserve">and stood them upon squares.</w:t>
      </w:r>
      <w:r>
        <w:br/>
      </w:r>
      <w:r>
        <w:t xml:space="preserve">    (a) soccer:  foul kicks taken from 12 yards in front of the goal and defended only by the goalkeeper who cannot advance beyond the goal line until the shot is taken</w:t>
      </w:r>
      <w:r>
        <w:br/>
      </w:r>
      <w:r>
        <w:t xml:space="preserve">    (b) the more or less continuous military expeditions in the 11th to 13th centuries when Christian powers of Europe invaded Muslims in the Holy Land in the Middle East</w:t>
      </w:r>
      <w:r>
        <w:br/>
      </w:r>
      <w:r>
        <w:t xml:space="preserve">    (c) an elongated shape (having more length than width) -- typically of a stretched circle that is longer than an oval, but occasionally used to describe a rectangle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my Australian accent I have sat in eating-shops and tried to make the clerks accept me, yet never forgotten my solemn and severe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convictions</w:t>
      </w:r>
      <w:r>
        <w:rPr>
          <w:b/>
          <w:bCs/>
        </w:rPr>
        <w:t xml:space="preserve"> </w:t>
      </w:r>
      <w:r>
        <w:rPr>
          <w:b/>
          <w:bCs/>
        </w:rPr>
        <w:t xml:space="preserve">and the discrepancies and incoherences that must be resolved.</w:t>
      </w:r>
      <w:r>
        <w:br/>
      </w:r>
      <w:r>
        <w:t xml:space="preserve">    (a) calculates or judges too low</w:t>
      </w:r>
      <w:r>
        <w:br/>
      </w:r>
      <w:r>
        <w:t xml:space="preserve">    (b) not working or not operating</w:t>
      </w:r>
      <w:r>
        <w:br/>
      </w:r>
      <w:r>
        <w:t xml:space="preserve">    (c) a strong, firmly held belief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2026-07-31T16:19:01Z</dcterms:created>
  <dcterms:modified xsi:type="dcterms:W3CDTF">2026-07-31T16:19:01Z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