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55390de0bbe36aeaabd340df3e92c0fad99e8de"/>
    <w:p>
      <w:pPr>
        <w:pStyle w:val="Heading1"/>
      </w:pPr>
      <w:r>
        <w:rPr>
          <w:b/>
          <w:bCs/>
        </w:rPr>
        <w:t xml:space="preserve">The Waves</w:t>
      </w:r>
      <w:r>
        <w:br/>
      </w:r>
      <w:r>
        <w:rPr>
          <w:i/>
          <w:iCs/>
        </w:rPr>
        <w:t xml:space="preserve">Virginia Woolf</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That is the flop of a giant toad in the undergrowth; that is the patter of some</w:t>
      </w:r>
      <w:r>
        <w:rPr>
          <w:b/>
          <w:bCs/>
        </w:rPr>
        <w:t xml:space="preserve"> </w:t>
      </w:r>
      <w:r>
        <w:rPr>
          <w:b/>
          <w:bCs/>
          <w:u w:val="single"/>
        </w:rPr>
        <w:t xml:space="preserve">primeval</w:t>
      </w:r>
      <w:r>
        <w:rPr>
          <w:b/>
          <w:bCs/>
        </w:rPr>
        <w:t xml:space="preserve"> </w:t>
      </w:r>
      <w:r>
        <w:rPr>
          <w:b/>
          <w:bCs/>
        </w:rPr>
        <w:t xml:space="preserve">fir-cone falling to rot among the ferns.</w:t>
      </w:r>
      <w:r>
        <w:br/>
      </w:r>
      <w:r>
        <w:t xml:space="preserve">    (a) outside</w:t>
      </w:r>
      <w:r>
        <w:br/>
      </w:r>
      <w:r>
        <w:t xml:space="preserve">    (b) ancient</w:t>
      </w:r>
      <w:r>
        <w:br/>
      </w:r>
      <w:r>
        <w:t xml:space="preserve">    (c) certain</w:t>
      </w:r>
    </w:p>
    <w:p>
      <w:pPr>
        <w:pStyle w:val="Compact"/>
        <w:numPr>
          <w:ilvl w:val="0"/>
          <w:numId w:val="1001"/>
        </w:numPr>
      </w:pPr>
      <w:r>
        <w:rPr>
          <w:b/>
          <w:bCs/>
        </w:rPr>
        <w:t xml:space="preserve">It is a vinous, it is an</w:t>
      </w:r>
      <w:r>
        <w:rPr>
          <w:b/>
          <w:bCs/>
        </w:rPr>
        <w:t xml:space="preserve"> </w:t>
      </w:r>
      <w:r>
        <w:rPr>
          <w:b/>
          <w:bCs/>
          <w:u w:val="single"/>
        </w:rPr>
        <w:t xml:space="preserve">amorous</w:t>
      </w:r>
      <w:r>
        <w:rPr>
          <w:b/>
          <w:bCs/>
        </w:rPr>
        <w:t xml:space="preserve"> </w:t>
      </w:r>
      <w:r>
        <w:rPr>
          <w:b/>
          <w:bCs/>
        </w:rPr>
        <w:t xml:space="preserve">light.</w:t>
      </w:r>
      <w:r>
        <w:br/>
      </w:r>
      <w:r>
        <w:t xml:space="preserve">    (a) romantic or sexual</w:t>
      </w:r>
      <w:r>
        <w:br/>
      </w:r>
      <w:r>
        <w:t xml:space="preserve">    (b) comprehensive</w:t>
      </w:r>
      <w:r>
        <w:br/>
      </w:r>
      <w:r>
        <w:t xml:space="preserve">    (c) logical or analytical</w:t>
      </w:r>
    </w:p>
    <w:p>
      <w:pPr>
        <w:pStyle w:val="Compact"/>
        <w:numPr>
          <w:ilvl w:val="0"/>
          <w:numId w:val="1001"/>
        </w:numPr>
      </w:pPr>
      <w:r>
        <w:rPr>
          <w:b/>
          <w:bCs/>
        </w:rPr>
        <w:t xml:space="preserve">He lays the whirling dust clouds in my tremulous, my</w:t>
      </w:r>
      <w:r>
        <w:rPr>
          <w:b/>
          <w:bCs/>
        </w:rPr>
        <w:t xml:space="preserve"> </w:t>
      </w:r>
      <w:r>
        <w:rPr>
          <w:b/>
          <w:bCs/>
          <w:u w:val="single"/>
        </w:rPr>
        <w:t xml:space="preserve">ignominiously</w:t>
      </w:r>
      <w:r>
        <w:rPr>
          <w:b/>
          <w:bCs/>
        </w:rPr>
        <w:t xml:space="preserve"> </w:t>
      </w:r>
      <w:r>
        <w:rPr>
          <w:b/>
          <w:bCs/>
        </w:rPr>
        <w:t xml:space="preserve">agitated mind—how we danced round the Christmas tree and handing parcels they forgot me, and the fat woman said, "This little boy has no present," and gave me a shiny Union Jack from the top of the tree, and I cried with fury—to be remembered with pity.</w:t>
      </w:r>
      <w:r>
        <w:br/>
      </w:r>
      <w:r>
        <w:t xml:space="preserve">    (a) in a manner that deserves or brings disgrace or shame</w:t>
      </w:r>
      <w:r>
        <w:br/>
      </w:r>
      <w:r>
        <w:t xml:space="preserve">    (b) with exceptional or heroic courage when facing danger</w:t>
      </w:r>
      <w:r>
        <w:br/>
      </w:r>
      <w:r>
        <w:t xml:space="preserve">    (c) in a manner that is clear, so it is easily understood</w:t>
      </w:r>
    </w:p>
    <w:p>
      <w:pPr>
        <w:pStyle w:val="Compact"/>
        <w:numPr>
          <w:ilvl w:val="0"/>
          <w:numId w:val="1001"/>
        </w:numPr>
      </w:pPr>
      <w:r>
        <w:rPr>
          <w:b/>
          <w:bCs/>
        </w:rPr>
        <w:t xml:space="preserve">My heart turns rough; it abrades my side like a file with two edges: one, that I adore his magnificence; the other I despise his</w:t>
      </w:r>
      <w:r>
        <w:rPr>
          <w:b/>
          <w:bCs/>
        </w:rPr>
        <w:t xml:space="preserve"> </w:t>
      </w:r>
      <w:r>
        <w:rPr>
          <w:b/>
          <w:bCs/>
          <w:u w:val="single"/>
        </w:rPr>
        <w:t xml:space="preserve">slovenly</w:t>
      </w:r>
      <w:r>
        <w:rPr>
          <w:b/>
          <w:bCs/>
        </w:rPr>
        <w:t xml:space="preserve"> </w:t>
      </w:r>
      <w:r>
        <w:rPr>
          <w:b/>
          <w:bCs/>
        </w:rPr>
        <w:t xml:space="preserve">accents—I who am so much his superior—and am jealous.</w:t>
      </w:r>
      <w:r>
        <w:br/>
      </w:r>
      <w:r>
        <w:t xml:space="preserve">    (a) the quality of being very bad (deserving no respect)</w:t>
      </w:r>
      <w:r>
        <w:br/>
      </w:r>
      <w:r>
        <w:t xml:space="preserve">    (b) the state or degree of being optimistic or agreeable</w:t>
      </w:r>
      <w:r>
        <w:br/>
      </w:r>
      <w:r>
        <w:t xml:space="preserve">    (c) messy or dirty;</w:t>
      </w:r>
      <w:r>
        <w:br/>
      </w:r>
      <w:r>
        <w:br/>
      </w:r>
      <w:r>
        <w:t xml:space="preserve">or:</w:t>
      </w:r>
      <w:r>
        <w:br/>
      </w:r>
      <w:r>
        <w:br/>
      </w:r>
      <w:r>
        <w:t xml:space="preserve">excessively careless or casual</w:t>
      </w:r>
    </w:p>
    <w:p>
      <w:pPr>
        <w:pStyle w:val="Compact"/>
        <w:numPr>
          <w:ilvl w:val="0"/>
          <w:numId w:val="1001"/>
        </w:numPr>
      </w:pPr>
      <w:r>
        <w:rPr>
          <w:b/>
          <w:bCs/>
        </w:rPr>
        <w:t xml:space="preserve">Let him burble on, telling us stories, while we lie</w:t>
      </w:r>
      <w:r>
        <w:rPr>
          <w:b/>
          <w:bCs/>
        </w:rPr>
        <w:t xml:space="preserve"> </w:t>
      </w:r>
      <w:r>
        <w:rPr>
          <w:b/>
          <w:bCs/>
          <w:u w:val="single"/>
        </w:rPr>
        <w:t xml:space="preserve">recumbent</w:t>
      </w:r>
      <w:r>
        <w:rPr>
          <w:b/>
          <w:bCs/>
        </w:rPr>
        <w:t xml:space="preserve">.</w:t>
      </w:r>
      <w:r>
        <w:br/>
      </w:r>
      <w:r>
        <w:t xml:space="preserve">    (a) lying down; or horizontal</w:t>
      </w:r>
      <w:r>
        <w:br/>
      </w:r>
      <w:r>
        <w:t xml:space="preserve">    (b) unbending</w:t>
      </w:r>
      <w:r>
        <w:br/>
      </w:r>
      <w:r>
        <w:t xml:space="preserve">    (c) not friendly</w:t>
      </w:r>
    </w:p>
    <w:p>
      <w:pPr>
        <w:pStyle w:val="Compact"/>
        <w:numPr>
          <w:ilvl w:val="0"/>
          <w:numId w:val="1001"/>
        </w:numPr>
      </w:pPr>
      <w:r>
        <w:rPr>
          <w:b/>
          <w:bCs/>
        </w:rPr>
        <w:t xml:space="preserve">The time approaches when these</w:t>
      </w:r>
      <w:r>
        <w:rPr>
          <w:b/>
          <w:bCs/>
        </w:rPr>
        <w:t xml:space="preserve"> </w:t>
      </w:r>
      <w:r>
        <w:rPr>
          <w:b/>
          <w:bCs/>
          <w:u w:val="single"/>
        </w:rPr>
        <w:t xml:space="preserve">soliloquies</w:t>
      </w:r>
      <w:r>
        <w:rPr>
          <w:b/>
          <w:bCs/>
        </w:rPr>
        <w:t xml:space="preserve"> </w:t>
      </w:r>
      <w:r>
        <w:rPr>
          <w:b/>
          <w:bCs/>
        </w:rPr>
        <w:t xml:space="preserve">shall be shared.</w:t>
      </w:r>
      <w:r>
        <w:br/>
      </w:r>
      <w:r>
        <w:t xml:space="preserve">    (a) speeches made to oneself</w:t>
      </w:r>
      <w:r>
        <w:br/>
      </w:r>
      <w:r>
        <w:t xml:space="preserve">    (b) rejections or criticisms</w:t>
      </w:r>
      <w:r>
        <w:br/>
      </w:r>
      <w:r>
        <w:t xml:space="preserve">    (c) things that don't change</w:t>
      </w:r>
    </w:p>
    <w:p>
      <w:pPr>
        <w:pStyle w:val="Compact"/>
        <w:numPr>
          <w:ilvl w:val="0"/>
          <w:numId w:val="1001"/>
        </w:numPr>
      </w:pPr>
      <w:r>
        <w:rPr>
          <w:b/>
          <w:bCs/>
        </w:rPr>
        <w:t xml:space="preserve">But my body passes</w:t>
      </w:r>
      <w:r>
        <w:rPr>
          <w:b/>
          <w:bCs/>
        </w:rPr>
        <w:t xml:space="preserve"> </w:t>
      </w:r>
      <w:r>
        <w:rPr>
          <w:b/>
          <w:bCs/>
          <w:u w:val="single"/>
        </w:rPr>
        <w:t xml:space="preserve">vagrant</w:t>
      </w:r>
      <w:r>
        <w:rPr>
          <w:b/>
          <w:bCs/>
        </w:rPr>
        <w:t xml:space="preserve"> </w:t>
      </w:r>
      <w:r>
        <w:rPr>
          <w:b/>
          <w:bCs/>
        </w:rPr>
        <w:t xml:space="preserve">as a bird's shadow.</w:t>
      </w:r>
      <w:r>
        <w:br/>
      </w:r>
      <w:r>
        <w:t xml:space="preserve">    (a) deserving no respect (worthless or of bad quality)</w:t>
      </w:r>
      <w:r>
        <w:br/>
      </w:r>
      <w:r>
        <w:t xml:space="preserve">    (b) the quality or degree of not being straightforward</w:t>
      </w:r>
      <w:r>
        <w:br/>
      </w:r>
      <w:r>
        <w:t xml:space="preserve">    (c) someone who is poor and has no regular home or job</w:t>
      </w:r>
    </w:p>
    <w:p>
      <w:pPr>
        <w:pStyle w:val="Compact"/>
        <w:numPr>
          <w:ilvl w:val="0"/>
          <w:numId w:val="1001"/>
        </w:numPr>
      </w:pPr>
      <w:r>
        <w:rPr>
          <w:b/>
          <w:bCs/>
        </w:rPr>
        <w:t xml:space="preserve">The truth is that I need the</w:t>
      </w:r>
      <w:r>
        <w:rPr>
          <w:b/>
          <w:bCs/>
        </w:rPr>
        <w:t xml:space="preserve"> </w:t>
      </w:r>
      <w:r>
        <w:rPr>
          <w:b/>
          <w:bCs/>
          <w:u w:val="single"/>
        </w:rPr>
        <w:t xml:space="preserve">stimulus</w:t>
      </w:r>
      <w:r>
        <w:rPr>
          <w:b/>
          <w:bCs/>
        </w:rPr>
        <w:t xml:space="preserve"> </w:t>
      </w:r>
      <w:r>
        <w:rPr>
          <w:b/>
          <w:bCs/>
        </w:rPr>
        <w:t xml:space="preserve">of other people.</w:t>
      </w:r>
      <w:r>
        <w:br/>
      </w:r>
      <w:r>
        <w:t xml:space="preserve">    (a) something suggested indirectly; or something that can be concluded; or a result</w:t>
      </w:r>
      <w:r>
        <w:br/>
      </w:r>
      <w:r>
        <w:t xml:space="preserve">    (b) something that creates growth or excitement, or something that causes an action</w:t>
      </w:r>
      <w:r>
        <w:br/>
      </w:r>
      <w:r>
        <w:t xml:space="preserve">    (c) surgical interruption of nerve tracts to and from the frontal lobe of the brain</w:t>
      </w:r>
    </w:p>
    <w:p>
      <w:pPr>
        <w:pStyle w:val="Compact"/>
        <w:numPr>
          <w:ilvl w:val="0"/>
          <w:numId w:val="1001"/>
        </w:numPr>
      </w:pPr>
      <w:r>
        <w:rPr>
          <w:b/>
          <w:bCs/>
        </w:rPr>
        <w:t xml:space="preserve">Once you were Tolstoi's young man; now you are Byron's young man; perhaps you will be Meredith's young man; then you will visit Paris in the Easter vacation and come back wearing a black tie, some</w:t>
      </w:r>
      <w:r>
        <w:rPr>
          <w:b/>
          <w:bCs/>
        </w:rPr>
        <w:t xml:space="preserve"> </w:t>
      </w:r>
      <w:r>
        <w:rPr>
          <w:b/>
          <w:bCs/>
          <w:u w:val="single"/>
        </w:rPr>
        <w:t xml:space="preserve">detestable</w:t>
      </w:r>
      <w:r>
        <w:rPr>
          <w:b/>
          <w:bCs/>
        </w:rPr>
        <w:t xml:space="preserve"> </w:t>
      </w:r>
      <w:r>
        <w:rPr>
          <w:b/>
          <w:bCs/>
        </w:rPr>
        <w:t xml:space="preserve">Frenchman whom nobody has ever heard of.</w:t>
      </w:r>
      <w:r>
        <w:br/>
      </w:r>
      <w:r>
        <w:t xml:space="preserve">    (a) not able to be translated</w:t>
      </w:r>
      <w:r>
        <w:br/>
      </w:r>
      <w:r>
        <w:t xml:space="preserve">    (b) deserving intense dislike</w:t>
      </w:r>
      <w:r>
        <w:br/>
      </w:r>
      <w:r>
        <w:t xml:space="preserve">    (c) able to be disagreed with</w:t>
      </w:r>
    </w:p>
    <w:p>
      <w:pPr>
        <w:pStyle w:val="Compact"/>
        <w:numPr>
          <w:ilvl w:val="0"/>
          <w:numId w:val="1001"/>
        </w:numPr>
      </w:pPr>
      <w:r>
        <w:rPr>
          <w:b/>
          <w:bCs/>
        </w:rPr>
        <w:t xml:space="preserve">But I am aware of our</w:t>
      </w:r>
      <w:r>
        <w:rPr>
          <w:b/>
          <w:bCs/>
        </w:rPr>
        <w:t xml:space="preserve"> </w:t>
      </w:r>
      <w:r>
        <w:rPr>
          <w:b/>
          <w:bCs/>
          <w:u w:val="single"/>
        </w:rPr>
        <w:t xml:space="preserve">ephemeral</w:t>
      </w:r>
      <w:r>
        <w:rPr>
          <w:b/>
          <w:bCs/>
        </w:rPr>
        <w:t xml:space="preserve"> </w:t>
      </w:r>
      <w:r>
        <w:rPr>
          <w:b/>
          <w:bCs/>
        </w:rPr>
        <w:t xml:space="preserve">passage.</w:t>
      </w:r>
      <w:r>
        <w:br/>
      </w:r>
      <w:r>
        <w:t xml:space="preserve">    (a) existing only for a short time</w:t>
      </w:r>
      <w:r>
        <w:br/>
      </w:r>
      <w:r>
        <w:t xml:space="preserve">    (b) a sensible view of a situation</w:t>
      </w:r>
      <w:r>
        <w:br/>
      </w:r>
      <w:r>
        <w:t xml:space="preserve">    (c) made by taking on as one's own</w:t>
      </w:r>
    </w:p>
    <w:p>
      <w:pPr>
        <w:pStyle w:val="Compact"/>
        <w:numPr>
          <w:ilvl w:val="0"/>
          <w:numId w:val="1001"/>
        </w:numPr>
      </w:pPr>
      <w:r>
        <w:rPr>
          <w:b/>
          <w:bCs/>
        </w:rPr>
        <w:t xml:space="preserve">I do not know how to run minute to minute and hour to hour, solving them by some natural force until they make the whole and</w:t>
      </w:r>
      <w:r>
        <w:rPr>
          <w:b/>
          <w:bCs/>
        </w:rPr>
        <w:t xml:space="preserve"> </w:t>
      </w:r>
      <w:r>
        <w:rPr>
          <w:b/>
          <w:bCs/>
          <w:u w:val="single"/>
        </w:rPr>
        <w:t xml:space="preserve">indivisible</w:t>
      </w:r>
      <w:r>
        <w:rPr>
          <w:b/>
          <w:bCs/>
        </w:rPr>
        <w:t xml:space="preserve"> </w:t>
      </w:r>
      <w:r>
        <w:rPr>
          <w:b/>
          <w:bCs/>
        </w:rPr>
        <w:t xml:space="preserve">mass that you call life.</w:t>
      </w:r>
      <w:r>
        <w:br/>
      </w:r>
      <w:r>
        <w:t xml:space="preserve">    (a) impossible to separate</w:t>
      </w:r>
      <w:r>
        <w:br/>
      </w:r>
      <w:r>
        <w:br/>
      </w:r>
      <w:r>
        <w:t xml:space="preserve">or:</w:t>
      </w:r>
      <w:r>
        <w:br/>
      </w:r>
      <w:r>
        <w:br/>
      </w:r>
      <w:r>
        <w:t xml:space="preserve">in math:  impossible to divide evenly without leaving a remainder</w:t>
      </w:r>
      <w:r>
        <w:br/>
      </w:r>
      <w:r>
        <w:t xml:space="preserve">    (b) not relating to practice or belief that is long-established or was previously long-established</w:t>
      </w:r>
      <w:r>
        <w:br/>
      </w:r>
      <w:r>
        <w:t xml:space="preserve">    (c) relating to a residential area located near the outer edge of a city where it isn't as crowded</w:t>
      </w:r>
    </w:p>
    <w:p>
      <w:pPr>
        <w:pStyle w:val="Compact"/>
        <w:numPr>
          <w:ilvl w:val="0"/>
          <w:numId w:val="1001"/>
        </w:numPr>
      </w:pPr>
      <w:r>
        <w:rPr>
          <w:b/>
          <w:bCs/>
        </w:rPr>
        <w:t xml:space="preserve">The sun beat on the crowded</w:t>
      </w:r>
      <w:r>
        <w:rPr>
          <w:b/>
          <w:bCs/>
        </w:rPr>
        <w:t xml:space="preserve"> </w:t>
      </w:r>
      <w:r>
        <w:rPr>
          <w:b/>
          <w:bCs/>
          <w:u w:val="single"/>
        </w:rPr>
        <w:t xml:space="preserve">pinnacles</w:t>
      </w:r>
      <w:r>
        <w:rPr>
          <w:b/>
          <w:bCs/>
        </w:rPr>
        <w:t xml:space="preserve"> </w:t>
      </w:r>
      <w:r>
        <w:rPr>
          <w:b/>
          <w:bCs/>
        </w:rPr>
        <w:t xml:space="preserve">of southern hills and glared into deep, stony river beds where the water was shrunk beneath the high slung bridge so that washerwomen kneeling on hot stones could scarcely wet their linen; and lean mules went picking their way among the chattering grey stones with panniers slung across their narrow shoulders.</w:t>
      </w:r>
      <w:r>
        <w:br/>
      </w:r>
      <w:r>
        <w:t xml:space="preserve">    (a) atones (demonstrates sorrow for a wrong either by doing something good in return for the wrong, or by accepting punishment)</w:t>
      </w:r>
      <w:r>
        <w:br/>
      </w:r>
      <w:r>
        <w:t xml:space="preserve">    (b) removes or suppress anything considered obscene, immoral, or politically unacceptable  OR  people who does such suppression</w:t>
      </w:r>
      <w:r>
        <w:br/>
      </w:r>
      <w:r>
        <w:t xml:space="preserve">    (c) the highest point -- either literally, like the top of a mountain, or figuratively, like the peak of success or achievement</w:t>
      </w:r>
    </w:p>
    <w:p>
      <w:pPr>
        <w:pStyle w:val="Compact"/>
        <w:numPr>
          <w:ilvl w:val="0"/>
          <w:numId w:val="1001"/>
        </w:numPr>
      </w:pPr>
      <w:r>
        <w:rPr>
          <w:b/>
          <w:bCs/>
        </w:rPr>
        <w:t xml:space="preserve">There is little time left to answer the question; my powers flag; I become</w:t>
      </w:r>
      <w:r>
        <w:rPr>
          <w:b/>
          <w:bCs/>
        </w:rPr>
        <w:t xml:space="preserve"> </w:t>
      </w:r>
      <w:r>
        <w:rPr>
          <w:b/>
          <w:bCs/>
          <w:u w:val="single"/>
        </w:rPr>
        <w:t xml:space="preserve">torpid</w:t>
      </w:r>
      <w:r>
        <w:rPr>
          <w:b/>
          <w:bCs/>
        </w:rPr>
        <w:t xml:space="preserve">.</w:t>
      </w:r>
      <w:r>
        <w:br/>
      </w:r>
      <w:r>
        <w:t xml:space="preserve">    (a) the state or degree of being clear, easily noticed, and/or identifiable as different or separate</w:t>
      </w:r>
      <w:r>
        <w:br/>
      </w:r>
      <w:r>
        <w:t xml:space="preserve">    (b) having two or more sounds (phonetic values) such as the letter "a" in</w:t>
      </w:r>
      <w:r>
        <w:t xml:space="preserve"> </w:t>
      </w:r>
      <w:r>
        <w:rPr>
          <w:i/>
          <w:iCs/>
        </w:rPr>
        <w:t xml:space="preserve">cat</w:t>
      </w:r>
      <w:r>
        <w:t xml:space="preserve"> </w:t>
      </w:r>
      <w:r>
        <w:t xml:space="preserve">and</w:t>
      </w:r>
      <w:r>
        <w:t xml:space="preserve"> </w:t>
      </w:r>
      <w:r>
        <w:rPr>
          <w:i/>
          <w:iCs/>
        </w:rPr>
        <w:t xml:space="preserve">date</w:t>
      </w:r>
      <w:r>
        <w:br/>
      </w:r>
      <w:r>
        <w:t xml:space="preserve">    (c) inactive or sluggish -- either from low energy or in a natural resting state such as hibernation</w:t>
      </w:r>
    </w:p>
    <w:p>
      <w:pPr>
        <w:pStyle w:val="Compact"/>
        <w:numPr>
          <w:ilvl w:val="0"/>
          <w:numId w:val="1001"/>
        </w:numPr>
      </w:pPr>
      <w:r>
        <w:rPr>
          <w:b/>
          <w:bCs/>
        </w:rPr>
        <w:t xml:space="preserve">How shall I break up this numbness which</w:t>
      </w:r>
      <w:r>
        <w:rPr>
          <w:b/>
          <w:bCs/>
        </w:rPr>
        <w:t xml:space="preserve"> </w:t>
      </w:r>
      <w:r>
        <w:rPr>
          <w:b/>
          <w:bCs/>
          <w:u w:val="single"/>
        </w:rPr>
        <w:t xml:space="preserve">discredits</w:t>
      </w:r>
      <w:r>
        <w:rPr>
          <w:b/>
          <w:bCs/>
        </w:rPr>
        <w:t xml:space="preserve"> </w:t>
      </w:r>
      <w:r>
        <w:rPr>
          <w:b/>
          <w:bCs/>
        </w:rPr>
        <w:t xml:space="preserve">my sympathetic heart?</w:t>
      </w:r>
      <w:r>
        <w:br/>
      </w:r>
      <w:r>
        <w:t xml:space="preserve">    (a) changes through evolution</w:t>
      </w:r>
      <w:r>
        <w:br/>
      </w:r>
      <w:r>
        <w:t xml:space="preserve">    (b) damages the reputation of</w:t>
      </w:r>
      <w:r>
        <w:br/>
      </w:r>
      <w:r>
        <w:t xml:space="preserve">    (c) gradually adds or removes</w:t>
      </w:r>
    </w:p>
    <w:p>
      <w:pPr>
        <w:pStyle w:val="Compact"/>
        <w:numPr>
          <w:ilvl w:val="0"/>
          <w:numId w:val="1001"/>
        </w:numPr>
      </w:pPr>
      <w:r>
        <w:rPr>
          <w:b/>
          <w:bCs/>
        </w:rPr>
        <w:t xml:space="preserve">O western wind ....O western wind, you are at enmity with my mahogany table and spats, and also, alas, with the vulgarity of my mistress, the little actress, who has never been able to speak English correctly— O western wind, when wilt thou blow ....Rhoda, with her intense abstraction, with her unseeing eyes the colour of snail's flesh, does not destroy you, western wind, whether she comes at midnight when the stars blaze or at the most</w:t>
      </w:r>
      <w:r>
        <w:rPr>
          <w:b/>
          <w:bCs/>
        </w:rPr>
        <w:t xml:space="preserve"> </w:t>
      </w:r>
      <w:r>
        <w:rPr>
          <w:b/>
          <w:bCs/>
          <w:u w:val="single"/>
        </w:rPr>
        <w:t xml:space="preserve">prosaic</w:t>
      </w:r>
      <w:r>
        <w:rPr>
          <w:b/>
          <w:bCs/>
        </w:rPr>
        <w:t xml:space="preserve"> </w:t>
      </w:r>
      <w:r>
        <w:rPr>
          <w:b/>
          <w:bCs/>
        </w:rPr>
        <w:t xml:space="preserve">hour of midday.</w:t>
      </w:r>
      <w:r>
        <w:br/>
      </w:r>
      <w:r>
        <w:t xml:space="preserve">    (a) able to make clear with example, diagram, photo, etc.</w:t>
      </w:r>
      <w:r>
        <w:br/>
      </w:r>
      <w:r>
        <w:t xml:space="preserve">    (b) lacking anything unusual, interesting, or challenging</w:t>
      </w:r>
      <w:r>
        <w:br/>
      </w:r>
      <w:r>
        <w:t xml:space="preserve">    (c) not concerned with what others might think of oneself</w:t>
      </w:r>
    </w:p>
    <w:p>
      <w:pPr>
        <w:pStyle w:val="Compact"/>
        <w:numPr>
          <w:ilvl w:val="0"/>
          <w:numId w:val="1001"/>
        </w:numPr>
      </w:pPr>
      <w:r>
        <w:rPr>
          <w:b/>
          <w:bCs/>
        </w:rPr>
        <w:t xml:space="preserve">But she only tumbled the floor with dirty under-linen, and the charwoman and the shop-boys called after me a dozen times a day, mocking my prim and</w:t>
      </w:r>
      <w:r>
        <w:rPr>
          <w:b/>
          <w:bCs/>
        </w:rPr>
        <w:t xml:space="preserve"> </w:t>
      </w:r>
      <w:r>
        <w:rPr>
          <w:b/>
          <w:bCs/>
          <w:u w:val="single"/>
        </w:rPr>
        <w:t xml:space="preserve">supercilious</w:t>
      </w:r>
      <w:r>
        <w:rPr>
          <w:b/>
          <w:bCs/>
        </w:rPr>
        <w:t xml:space="preserve"> </w:t>
      </w:r>
      <w:r>
        <w:rPr>
          <w:b/>
          <w:bCs/>
        </w:rPr>
        <w:t xml:space="preserve">gait.</w:t>
      </w:r>
      <w:r>
        <w:br/>
      </w:r>
      <w:r>
        <w:t xml:space="preserve">    (a) arrogant</w:t>
      </w:r>
      <w:r>
        <w:br/>
      </w:r>
      <w:r>
        <w:t xml:space="preserve">    (b) absolute</w:t>
      </w:r>
      <w:r>
        <w:br/>
      </w:r>
      <w:r>
        <w:t xml:space="preserve">    (c) pleasing</w:t>
      </w:r>
    </w:p>
    <w:p>
      <w:pPr>
        <w:pStyle w:val="Compact"/>
        <w:numPr>
          <w:ilvl w:val="0"/>
          <w:numId w:val="1001"/>
        </w:numPr>
      </w:pPr>
      <w:r>
        <w:rPr>
          <w:b/>
          <w:bCs/>
        </w:rPr>
        <w:t xml:space="preserve">What</w:t>
      </w:r>
      <w:r>
        <w:rPr>
          <w:b/>
          <w:bCs/>
        </w:rPr>
        <w:t xml:space="preserve"> </w:t>
      </w:r>
      <w:r>
        <w:rPr>
          <w:b/>
          <w:bCs/>
          <w:u w:val="single"/>
        </w:rPr>
        <w:t xml:space="preserve">dissolution</w:t>
      </w:r>
      <w:r>
        <w:rPr>
          <w:b/>
          <w:bCs/>
        </w:rPr>
        <w:t xml:space="preserve"> </w:t>
      </w:r>
      <w:r>
        <w:rPr>
          <w:b/>
          <w:bCs/>
        </w:rPr>
        <w:t xml:space="preserve">of the soul you demanded in order to get through one day, what lies, bowings, scrapings, fluency and servility!</w:t>
      </w:r>
      <w:r>
        <w:br/>
      </w:r>
      <w:r>
        <w:t xml:space="preserve">    (a) two successive lines of poetry; usually rhymed</w:t>
      </w:r>
      <w:r>
        <w:br/>
      </w:r>
      <w:r>
        <w:t xml:space="preserve">    (b) an order issued by a court or judicial officer</w:t>
      </w:r>
      <w:r>
        <w:br/>
      </w:r>
      <w:r>
        <w:t xml:space="preserve">    (c) breaking something up or bringing it to an end</w:t>
      </w:r>
    </w:p>
    <w:p>
      <w:pPr>
        <w:pStyle w:val="Compact"/>
        <w:numPr>
          <w:ilvl w:val="0"/>
          <w:numId w:val="1001"/>
        </w:numPr>
      </w:pPr>
      <w:r>
        <w:rPr>
          <w:b/>
          <w:bCs/>
        </w:rPr>
        <w:t xml:space="preserve">I pass from house to house like the friars in the Middle Ages who cozened the wives and girls with beads and</w:t>
      </w:r>
      <w:r>
        <w:rPr>
          <w:b/>
          <w:bCs/>
        </w:rPr>
        <w:t xml:space="preserve"> </w:t>
      </w:r>
      <w:r>
        <w:rPr>
          <w:b/>
          <w:bCs/>
          <w:u w:val="single"/>
        </w:rPr>
        <w:t xml:space="preserve">ballads</w:t>
      </w:r>
      <w:r>
        <w:rPr>
          <w:b/>
          <w:bCs/>
        </w:rPr>
        <w:t xml:space="preserve">.</w:t>
      </w:r>
      <w:r>
        <w:br/>
      </w:r>
      <w:r>
        <w:t xml:space="preserve">    (a) a song (or poem) that tells a story or expresses strong feelings -- typically slow in tempo</w:t>
      </w:r>
      <w:r>
        <w:br/>
      </w:r>
      <w:r>
        <w:t xml:space="preserve">    (b) formulas (mathematical expressions--each of which describe a relationship between variables)</w:t>
      </w:r>
      <w:r>
        <w:br/>
      </w:r>
      <w:r>
        <w:t xml:space="preserve">    (c) people who believe that knowledge is acquired primarily by reason rather than by experience</w:t>
      </w:r>
    </w:p>
    <w:p>
      <w:pPr>
        <w:pStyle w:val="Compact"/>
        <w:numPr>
          <w:ilvl w:val="0"/>
          <w:numId w:val="1001"/>
        </w:numPr>
      </w:pPr>
      <w:r>
        <w:rPr>
          <w:b/>
          <w:bCs/>
        </w:rPr>
        <w:t xml:space="preserve">I like the copious, shapeless, warm, not so very clever, but extremely easy and rather coarse aspect of things; the talk of men in clubs and public-houses, of miners half naked in drawers—the forthright, perfectly</w:t>
      </w:r>
      <w:r>
        <w:rPr>
          <w:b/>
          <w:bCs/>
        </w:rPr>
        <w:t xml:space="preserve"> </w:t>
      </w:r>
      <w:r>
        <w:rPr>
          <w:b/>
          <w:bCs/>
          <w:u w:val="single"/>
        </w:rPr>
        <w:t xml:space="preserve">unassuming</w:t>
      </w:r>
      <w:r>
        <w:rPr>
          <w:b/>
          <w:bCs/>
        </w:rPr>
        <w:t xml:space="preserve">, and without end in view except dinner, love, money and getting along tolerably; that which is without great hopes, ideals or anything of that kind; what is unassuming except to make a tolerably good job of it.</w:t>
      </w:r>
      <w:r>
        <w:br/>
      </w:r>
      <w:r>
        <w:t xml:space="preserve">    (a) hidden</w:t>
      </w:r>
      <w:r>
        <w:br/>
      </w:r>
      <w:r>
        <w:t xml:space="preserve">    (b) sloped</w:t>
      </w:r>
      <w:r>
        <w:br/>
      </w:r>
      <w:r>
        <w:t xml:space="preserve">    (c) humble</w:t>
      </w:r>
    </w:p>
    <w:p>
      <w:pPr>
        <w:pStyle w:val="Compact"/>
        <w:numPr>
          <w:ilvl w:val="0"/>
          <w:numId w:val="1001"/>
        </w:numPr>
      </w:pPr>
      <w:r>
        <w:rPr>
          <w:b/>
          <w:bCs/>
        </w:rPr>
        <w:t xml:space="preserve">However, we had our bottle of wine, and under that seduction lost our</w:t>
      </w:r>
      <w:r>
        <w:rPr>
          <w:b/>
          <w:bCs/>
        </w:rPr>
        <w:t xml:space="preserve"> </w:t>
      </w:r>
      <w:r>
        <w:rPr>
          <w:b/>
          <w:bCs/>
          <w:u w:val="single"/>
        </w:rPr>
        <w:t xml:space="preserve">enmity</w:t>
      </w:r>
      <w:r>
        <w:rPr>
          <w:b/>
          <w:bCs/>
        </w:rPr>
        <w:t xml:space="preserve">, and stopped comparing.</w:t>
      </w:r>
      <w:r>
        <w:br/>
      </w:r>
      <w:r>
        <w:t xml:space="preserve">    (a) memory</w:t>
      </w:r>
      <w:r>
        <w:br/>
      </w:r>
      <w:r>
        <w:t xml:space="preserve">    (b) hatred</w:t>
      </w:r>
      <w:r>
        <w:br/>
      </w:r>
      <w:r>
        <w:t xml:space="preserve">    (c) battle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2026-07-31T16:19:01Z</dcterms:created>
  <dcterms:modified xsi:type="dcterms:W3CDTF">2026-07-31T16:19:01Z</dcterms:modified>
</cp:coreProperties>
</file>

<file path=docProps/custom.xml><?xml version="1.0" encoding="utf-8"?>
<Properties xmlns="http://schemas.openxmlformats.org/officeDocument/2006/custom-properties" xmlns:vt="http://schemas.openxmlformats.org/officeDocument/2006/docPropsVTypes"/>
</file>