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fe2c89cd3e2ce20df4e8ad4fb7706734639e7f"/>
    <w:p>
      <w:pPr>
        <w:pStyle w:val="Heading1"/>
      </w:pPr>
      <w:r>
        <w:rPr>
          <w:b/>
          <w:bCs/>
        </w:rPr>
        <w:t xml:space="preserve">The Water is Wide</w:t>
      </w:r>
      <w:r>
        <w:br/>
      </w:r>
      <w:r>
        <w:rPr>
          <w:i/>
          <w:iCs/>
        </w:rPr>
        <w:t xml:space="preserve">Pat Conroy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news the four of us argued until the late hours of night, exposing half-hidden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prejudices</w:t>
      </w:r>
      <w:r>
        <w:rPr>
          <w:b/>
          <w:bCs/>
        </w:rPr>
        <w:t xml:space="preserve">.</w:t>
      </w:r>
      <w:r>
        <w:br/>
      </w:r>
      <w:r>
        <w:t xml:space="preserve">    (a) items characterized by narrower parallel folds when closed and wider when open -- such as a door or musical instrument with that characteristic</w:t>
      </w:r>
      <w:r>
        <w:br/>
      </w:r>
      <w:r>
        <w:t xml:space="preserve">    (b) bias that prevents objective consideration -- especially an unreasonable belief that is unfair to members of a race, religion, or other group</w:t>
      </w:r>
      <w:r>
        <w:br/>
      </w:r>
      <w:r>
        <w:t xml:space="preserve">    (c) (verb) intentionally angers, challenges, or upsets someone  OR  (noun) insults or other actions intended to anger, challenge, or upset someone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have teachers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commute</w:t>
      </w:r>
      <w:r>
        <w:rPr>
          <w:b/>
          <w:bCs/>
        </w:rPr>
        <w:t xml:space="preserve"> </w:t>
      </w:r>
      <w:r>
        <w:rPr>
          <w:b/>
          <w:bCs/>
        </w:rPr>
        <w:t xml:space="preserve">to the island or to have a large boat to transport the children to the mainland.</w:t>
      </w:r>
      <w:r>
        <w:br/>
      </w:r>
      <w:r>
        <w:t xml:space="preserve">    (a) make a regular journey of some distance -- typically between home and work</w:t>
      </w:r>
      <w:r>
        <w:br/>
      </w:r>
      <w:r>
        <w:t xml:space="preserve">    (b) give an opinion of what is wrong with something</w:t>
      </w:r>
      <w:r>
        <w:br/>
      </w:r>
      <w:r>
        <w:t xml:space="preserve">    (c) mark important text; or the text that is marked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ludicrously</w:t>
      </w:r>
      <w:r>
        <w:rPr>
          <w:b/>
          <w:bCs/>
        </w:rPr>
        <w:t xml:space="preserve"> </w:t>
      </w:r>
      <w:r>
        <w:rPr>
          <w:b/>
          <w:bCs/>
        </w:rPr>
        <w:t xml:space="preserve">white.</w:t>
      </w:r>
      <w:r>
        <w:br/>
      </w:r>
      <w:r>
        <w:t xml:space="preserve">    (a) in a manner that changes</w:t>
      </w:r>
      <w:r>
        <w:br/>
      </w:r>
      <w:r>
        <w:t xml:space="preserve">    (b) in an understated manner</w:t>
      </w:r>
      <w:r>
        <w:br/>
      </w:r>
      <w:r>
        <w:t xml:space="preserve">    (c) absurd in an amusing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one of them knew my name, but all of them had prior knowledge that a white teacher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preside</w:t>
      </w:r>
      <w:r>
        <w:rPr>
          <w:b/>
          <w:bCs/>
        </w:rPr>
        <w:t xml:space="preserve"> </w:t>
      </w:r>
      <w:r>
        <w:rPr>
          <w:b/>
          <w:bCs/>
        </w:rPr>
        <w:t xml:space="preserve">over them for the year.</w:t>
      </w:r>
      <w:r>
        <w:br/>
      </w:r>
      <w:r>
        <w:t xml:space="preserve">    (a) stop (something from happening)</w:t>
      </w:r>
      <w:r>
        <w:br/>
      </w:r>
      <w:r>
        <w:t xml:space="preserve">    (b) think deeply or carefully about</w:t>
      </w:r>
      <w:r>
        <w:br/>
      </w:r>
      <w:r>
        <w:t xml:space="preserve">    (c) be in charge; or head; or chair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asked the eighth graders and the other kids who appeared the least bit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literate</w:t>
      </w:r>
      <w:r>
        <w:rPr>
          <w:b/>
          <w:bCs/>
        </w:rPr>
        <w:t xml:space="preserve"> </w:t>
      </w:r>
      <w:r>
        <w:rPr>
          <w:b/>
          <w:bCs/>
        </w:rPr>
        <w:t xml:space="preserve">to retell the story in their own words on paper.</w:t>
      </w:r>
      <w:r>
        <w:br/>
      </w:r>
      <w:r>
        <w:t xml:space="preserve">    (a) not aware of something</w:t>
      </w:r>
      <w:r>
        <w:br/>
      </w:r>
      <w:r>
        <w:t xml:space="preserve">    (b) consistent or the same</w:t>
      </w:r>
      <w:r>
        <w:br/>
      </w:r>
      <w:r>
        <w:t xml:space="preserve">    (c) able to read and write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...what has remained is an indefinable nonspeech, flavored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subtly</w:t>
      </w:r>
      <w:r>
        <w:rPr>
          <w:b/>
          <w:bCs/>
        </w:rPr>
        <w:t xml:space="preserve"> </w:t>
      </w:r>
      <w:r>
        <w:rPr>
          <w:b/>
          <w:bCs/>
        </w:rPr>
        <w:t xml:space="preserve">with a nonaccent, and decipherable to no one, black or white, on the American continent.</w:t>
      </w:r>
      <w:r>
        <w:br/>
      </w:r>
      <w:r>
        <w:t xml:space="preserve">    (a) not obvious, but noticeable</w:t>
      </w:r>
      <w:r>
        <w:br/>
      </w:r>
      <w:r>
        <w:t xml:space="preserve">    (b) in a manner like a virus (often used to indicate that something spread quickly from person-to-person in a natural, unplanned manner)</w:t>
      </w:r>
      <w:r>
        <w:br/>
      </w:r>
      <w:r>
        <w:t xml:space="preserve">    (c) in a manner related to a mental illness most commonly associated with undeveloped social abilities, language, and other communication skills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looked as though the Old South was still alive and well, a little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, without the sheets and night riders, but a force that still tolerated little deviation from the norm.</w:t>
      </w:r>
      <w:r>
        <w:br/>
      </w:r>
      <w:r>
        <w:t xml:space="preserve">    (a) inconspicuousness or trustworthiness</w:t>
      </w:r>
      <w:r>
        <w:br/>
      </w:r>
      <w:r>
        <w:t xml:space="preserve">    (b) working in an indirect or hidden way</w:t>
      </w:r>
      <w:r>
        <w:br/>
      </w:r>
      <w:r>
        <w:t xml:space="preserve">    (c) lacking a reason for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Soon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derived</w:t>
      </w:r>
      <w:r>
        <w:rPr>
          <w:b/>
          <w:bCs/>
        </w:rPr>
        <w:t xml:space="preserve"> </w:t>
      </w:r>
      <w:r>
        <w:rPr>
          <w:b/>
          <w:bCs/>
        </w:rPr>
        <w:t xml:space="preserve">a game out of it.</w:t>
      </w:r>
      <w:r>
        <w:br/>
      </w:r>
      <w:r>
        <w:t xml:space="preserve">    (a) got</w:t>
      </w:r>
      <w:r>
        <w:br/>
      </w:r>
      <w:r>
        <w:t xml:space="preserve">    (b) cut</w:t>
      </w:r>
      <w:r>
        <w:br/>
      </w:r>
      <w:r>
        <w:t xml:space="preserve">    (c) hid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 time he named a country, a new dimension or a new frame of reference was added to my class's growing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repertoire</w:t>
      </w:r>
      <w:r>
        <w:rPr>
          <w:b/>
          <w:bCs/>
        </w:rPr>
        <w:t xml:space="preserve">.</w:t>
      </w:r>
      <w:r>
        <w:br/>
      </w:r>
      <w:r>
        <w:t xml:space="preserve">    (a) a collection -- often of skills, or of works that an artist is prepared to perform</w:t>
      </w:r>
      <w:r>
        <w:br/>
      </w:r>
      <w:r>
        <w:t xml:space="preserve">    (b) officially telling someone about something; or something that contains the message</w:t>
      </w:r>
      <w:r>
        <w:br/>
      </w:r>
      <w:r>
        <w:t xml:space="preserve">    (c) formula (a mathematical expression that describe a relationship between variables)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found no area where they were remotely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proficient</w:t>
      </w:r>
      <w:r>
        <w:rPr>
          <w:b/>
          <w:bCs/>
        </w:rPr>
        <w:t xml:space="preserve">.</w:t>
      </w:r>
      <w:r>
        <w:br/>
      </w:r>
      <w:r>
        <w:t xml:space="preserve">    (a) absolute</w:t>
      </w:r>
      <w:r>
        <w:br/>
      </w:r>
      <w:r>
        <w:t xml:space="preserve">    (b) pleasing</w:t>
      </w:r>
      <w:r>
        <w:br/>
      </w:r>
      <w:r>
        <w:t xml:space="preserve">    (c) skillful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he did, I promised myself, he would be facing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 </w:t>
      </w:r>
      <w:r>
        <w:rPr>
          <w:b/>
          <w:bCs/>
        </w:rPr>
        <w:t xml:space="preserve">crazed with fear, a desire to live, and carrying a baseball bat that would remove heads if the occasion required.</w:t>
      </w:r>
      <w:r>
        <w:br/>
      </w:r>
      <w:r>
        <w:t xml:space="preserve">    (a) someone who offers opposition or is hostile</w:t>
      </w:r>
      <w:r>
        <w:br/>
      </w:r>
      <w:r>
        <w:t xml:space="preserve">    (b) someone who takes something on as their own</w:t>
      </w:r>
      <w:r>
        <w:br/>
      </w:r>
      <w:r>
        <w:t xml:space="preserve">    (c) someone who changes something (upon review)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Amicability</w:t>
      </w:r>
      <w:r>
        <w:rPr>
          <w:b/>
          <w:bCs/>
        </w:rPr>
        <w:t xml:space="preserve"> </w:t>
      </w:r>
      <w:r>
        <w:rPr>
          <w:b/>
          <w:bCs/>
        </w:rPr>
        <w:t xml:space="preserve">was not Sam's greatest virtue.</w:t>
      </w:r>
      <w:r>
        <w:br/>
      </w:r>
      <w:r>
        <w:t xml:space="preserve">    (a) activity or natural activity</w:t>
      </w:r>
      <w:r>
        <w:br/>
      </w:r>
      <w:r>
        <w:t xml:space="preserve">    (b) not working or not operating</w:t>
      </w:r>
      <w:r>
        <w:br/>
      </w:r>
      <w:r>
        <w:t xml:space="preserve">    (c) friendly or showing goodwill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impatient because I had failed to turn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illiterates</w:t>
      </w:r>
      <w:r>
        <w:rPr>
          <w:b/>
          <w:bCs/>
        </w:rPr>
        <w:t xml:space="preserve"> </w:t>
      </w:r>
      <w:r>
        <w:rPr>
          <w:b/>
          <w:bCs/>
        </w:rPr>
        <w:t xml:space="preserve">into lovers of the great classics in the span of a single month.</w:t>
      </w:r>
      <w:r>
        <w:br/>
      </w:r>
      <w:r>
        <w:t xml:space="preserve">    (a) good things or characteristics</w:t>
      </w:r>
      <w:r>
        <w:br/>
      </w:r>
      <w:r>
        <w:t xml:space="preserve">    (b) people who can't read or write</w:t>
      </w:r>
      <w:r>
        <w:br/>
      </w:r>
      <w:r>
        <w:t xml:space="preserve">    (c) acts of recognizing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masks Barbara picked out ranged from the ludicrous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macabre</w:t>
      </w:r>
      <w:r>
        <w:rPr>
          <w:b/>
          <w:bCs/>
        </w:rPr>
        <w:t xml:space="preserve">.</w:t>
      </w:r>
      <w:r>
        <w:br/>
      </w:r>
      <w:r>
        <w:t xml:space="preserve">    (a) the state of being a concept or idea not associated with any specific instance</w:t>
      </w:r>
      <w:r>
        <w:br/>
      </w:r>
      <w:r>
        <w:t xml:space="preserve">    (b) disturbing and related to death or horror -- especially in a grim or eerie way</w:t>
      </w:r>
      <w:r>
        <w:br/>
      </w:r>
      <w:r>
        <w:t xml:space="preserve">    (c) acceptance of what happens without trying to take control or reacting strongly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Mary, meanwhile, still looked dazed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to a silent, unflinching suffering.</w:t>
      </w:r>
      <w:r>
        <w:br/>
      </w:r>
      <w:r>
        <w:t xml:space="preserve">    (a) to be or to become used to (adapted to and with an expectation of)</w:t>
      </w:r>
      <w:r>
        <w:br/>
      </w:r>
      <w:r>
        <w:t xml:space="preserve">    (b) having accepted something undesired as unavoidable</w:t>
      </w:r>
      <w:r>
        <w:br/>
      </w:r>
      <w:r>
        <w:t xml:space="preserve">    (c) showed something -- such as demonstrated, expressed, or represented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Therefore I wrote to Piedmont, offered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resignation</w:t>
      </w:r>
      <w:r>
        <w:rPr>
          <w:b/>
          <w:bCs/>
        </w:rPr>
        <w:t xml:space="preserve"> </w:t>
      </w:r>
      <w:r>
        <w:rPr>
          <w:b/>
          <w:bCs/>
        </w:rPr>
        <w:t xml:space="preserve">for the following June, and offered to help find a replacement.</w:t>
      </w:r>
      <w:r>
        <w:br/>
      </w:r>
      <w:r>
        <w:t xml:space="preserve">    (a) a document expressing that someone is quitting a job</w:t>
      </w:r>
      <w:r>
        <w:br/>
      </w:r>
      <w:r>
        <w:t xml:space="preserve">    (b) to constrain in some way -- such as tie up, require, or obligate</w:t>
      </w:r>
      <w:r>
        <w:br/>
      </w:r>
      <w:r>
        <w:t xml:space="preserve">    (c) a group formed to discuss or offer insight on a particular topic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though one of the children suffered a relatively serious injury and I failed by twenty-four hours to transport the group back to the island on time, the power of the children's unanimous,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animated</w:t>
      </w:r>
      <w:r>
        <w:rPr>
          <w:b/>
          <w:bCs/>
        </w:rPr>
        <w:t xml:space="preserve"> </w:t>
      </w:r>
      <w:r>
        <w:rPr>
          <w:b/>
          <w:bCs/>
        </w:rPr>
        <w:t xml:space="preserve">support of the venture erased any reluctance the parents might have experienced.</w:t>
      </w:r>
      <w:r>
        <w:br/>
      </w:r>
      <w:r>
        <w:t xml:space="preserve">    (a) enthusiastic</w:t>
      </w:r>
      <w:r>
        <w:br/>
      </w:r>
      <w:r>
        <w:t xml:space="preserve">    (b) not happening at the same time or in a coordinated sequence; or (of watches/clocks) not set to show the same time</w:t>
      </w:r>
      <w:r>
        <w:br/>
      </w:r>
      <w:r>
        <w:t xml:space="preserve">    (c) competed in a contest to knock each other off horses with blunted lances  OR  competed in any kind of contest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youth sang the glory of books, the psalms of travel, of new faces, of the universe of Disney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animation</w:t>
      </w:r>
      <w:r>
        <w:rPr>
          <w:b/>
          <w:bCs/>
        </w:rPr>
        <w:t xml:space="preserve">, of Popsicle sticks and county fairs, of parables of war spoken by a. flight-jacketed father, of parables of love and Jesus sung by a blue-eyed mother, a renegade Baptist, a converted Catholic, a soldier of the Lord.</w:t>
      </w:r>
      <w:r>
        <w:br/>
      </w:r>
      <w:r>
        <w:t xml:space="preserve">    (a) chaotic disorder</w:t>
      </w:r>
      <w:r>
        <w:br/>
      </w:r>
      <w:r>
        <w:t xml:space="preserve">    (b) risky investment</w:t>
      </w:r>
      <w:r>
        <w:br/>
      </w:r>
      <w:r>
        <w:t xml:space="preserve">    (c) moving cartoons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boycotts</w:t>
      </w:r>
      <w:r>
        <w:rPr>
          <w:b/>
          <w:bCs/>
        </w:rPr>
        <w:t xml:space="preserve"> </w:t>
      </w:r>
      <w:r>
        <w:rPr>
          <w:b/>
          <w:bCs/>
        </w:rPr>
        <w:t xml:space="preserve">of white students soon led to a boycott of black students.</w:t>
      </w:r>
      <w:r>
        <w:br/>
      </w:r>
      <w:r>
        <w:t xml:space="preserve">    (a) enthusiastic expressions of feelings or thoughts  OR  squirts or gives off (typically under pressure such as blood or leaking gas)</w:t>
      </w:r>
      <w:r>
        <w:br/>
      </w:r>
      <w:r>
        <w:t xml:space="preserve">    (b) presents something to treat as true in order to advance a discussion or to further investigation even though it might not be true</w:t>
      </w:r>
      <w:r>
        <w:br/>
      </w:r>
      <w:r>
        <w:t xml:space="preserve">    (c) to refuse to buy things (from someone); or to refuse to participate in an activity (with someone) in order to express disapproval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 be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self-righteous</w:t>
      </w:r>
      <w:r>
        <w:rPr>
          <w:b/>
          <w:bCs/>
        </w:rPr>
        <w:t xml:space="preserve">, so inflexible when I thought that I was right or that the children had been wronged.</w:t>
      </w:r>
      <w:r>
        <w:br/>
      </w:r>
      <w:r>
        <w:t xml:space="preserve">    (a) convinced of personal moral superiority over others</w:t>
      </w:r>
      <w:r>
        <w:br/>
      </w:r>
      <w:r>
        <w:t xml:space="preserve">    (b) exceedingly important, serious, or dangerous</w:t>
      </w:r>
      <w:r>
        <w:br/>
      </w:r>
      <w:r>
        <w:t xml:space="preserve">    (c) the state of doing something unintentionally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2026-07-31T19:41:00Z</dcterms:created>
  <dcterms:modified xsi:type="dcterms:W3CDTF">2026-07-31T19:41:00Z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