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cba37485de5c8d64e4f35495841ba7c9d9a0d85"/>
    <w:p>
      <w:pPr>
        <w:pStyle w:val="Heading1"/>
      </w:pPr>
      <w:r>
        <w:rPr>
          <w:b/>
          <w:bCs/>
        </w:rPr>
        <w:t xml:space="preserve">The Waste Land</w:t>
      </w:r>
      <w:r>
        <w:br/>
      </w:r>
      <w:r>
        <w:rPr>
          <w:i/>
          <w:iCs/>
        </w:rPr>
        <w:t xml:space="preserve">T. S. Eliot</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42 Madame Sosostris, famous clairvoyante,43 Had a bad cold,</w:t>
      </w:r>
      <w:r>
        <w:rPr>
          <w:b/>
          <w:bCs/>
        </w:rPr>
        <w:t xml:space="preserve"> </w:t>
      </w:r>
      <w:r>
        <w:rPr>
          <w:b/>
          <w:bCs/>
          <w:u w:val="single"/>
        </w:rPr>
        <w:t xml:space="preserve">nevertheless</w:t>
      </w:r>
      <w:r>
        <w:rPr>
          <w:b/>
          <w:bCs/>
        </w:rPr>
        <w:t xml:space="preserve"> </w:t>
      </w:r>
      <w:r>
        <w:rPr>
          <w:b/>
          <w:bCs/>
        </w:rPr>
        <w:t xml:space="preserve">Is known to be the wisest woman in Europe, With a wicked pack of cards.</w:t>
      </w:r>
      <w:r>
        <w:br/>
      </w:r>
      <w:r>
        <w:t xml:space="preserve">    (a) therefore (for that reason)</w:t>
      </w:r>
      <w:r>
        <w:br/>
      </w:r>
      <w:r>
        <w:t xml:space="preserve">    (b) in keeping with or in agreement with what was just stated</w:t>
      </w:r>
      <w:r>
        <w:br/>
      </w:r>
      <w:r>
        <w:t xml:space="preserve">    (c) despite that (used to connect contrasting ideas)</w:t>
      </w:r>
    </w:p>
    <w:p>
      <w:pPr>
        <w:pStyle w:val="Compact"/>
        <w:numPr>
          <w:ilvl w:val="0"/>
          <w:numId w:val="1001"/>
        </w:numPr>
      </w:pPr>
      <w:r>
        <w:rPr>
          <w:b/>
          <w:bCs/>
        </w:rPr>
        <w:t xml:space="preserve">63 Sighs, short and</w:t>
      </w:r>
      <w:r>
        <w:rPr>
          <w:b/>
          <w:bCs/>
        </w:rPr>
        <w:t xml:space="preserve"> </w:t>
      </w:r>
      <w:r>
        <w:rPr>
          <w:b/>
          <w:bCs/>
          <w:u w:val="single"/>
        </w:rPr>
        <w:t xml:space="preserve">infrequent</w:t>
      </w:r>
      <w:r>
        <w:rPr>
          <w:b/>
          <w:bCs/>
        </w:rPr>
        <w:t xml:space="preserve">, were exhaled, 64 And each man fixed his eyes before his feet.</w:t>
      </w:r>
      <w:r>
        <w:br/>
      </w:r>
      <w:r>
        <w:t xml:space="preserve">    (a) not straightforward</w:t>
      </w:r>
      <w:r>
        <w:br/>
      </w:r>
      <w:r>
        <w:t xml:space="preserve">    (b) not done on purpose</w:t>
      </w:r>
      <w:r>
        <w:br/>
      </w:r>
      <w:r>
        <w:t xml:space="preserve">    (c) not happening often</w:t>
      </w:r>
    </w:p>
    <w:p>
      <w:pPr>
        <w:pStyle w:val="Compact"/>
        <w:numPr>
          <w:ilvl w:val="0"/>
          <w:numId w:val="1001"/>
        </w:numPr>
      </w:pPr>
      <w:r>
        <w:rPr>
          <w:b/>
          <w:bCs/>
          <w:u w:val="single"/>
        </w:rPr>
        <w:t xml:space="preserve">Hypocrite</w:t>
      </w:r>
      <w:r>
        <w:rPr>
          <w:b/>
          <w:bCs/>
        </w:rPr>
        <w:t xml:space="preserve"> </w:t>
      </w:r>
      <w:r>
        <w:rPr>
          <w:b/>
          <w:bCs/>
        </w:rPr>
        <w:t xml:space="preserve">lecteur!</w:t>
      </w:r>
      <w:r>
        <w:br/>
      </w:r>
      <w:r>
        <w:t xml:space="preserve">    (a) Nazi organization for children aged 10 to 18</w:t>
      </w:r>
      <w:r>
        <w:br/>
      </w:r>
      <w:r>
        <w:t xml:space="preserve">    (b) found a condition or substance to be present</w:t>
      </w:r>
      <w:r>
        <w:br/>
      </w:r>
      <w:r>
        <w:t xml:space="preserve">    (c) someone who violates claimed moral standards</w:t>
      </w:r>
    </w:p>
    <w:p>
      <w:pPr>
        <w:pStyle w:val="Compact"/>
        <w:numPr>
          <w:ilvl w:val="0"/>
          <w:numId w:val="1001"/>
        </w:numPr>
      </w:pPr>
      <w:r>
        <w:rPr>
          <w:b/>
          <w:bCs/>
        </w:rPr>
        <w:t xml:space="preserve">A Game of Chess The Chair she sat in, like a</w:t>
      </w:r>
      <w:r>
        <w:rPr>
          <w:b/>
          <w:bCs/>
        </w:rPr>
        <w:t xml:space="preserve"> </w:t>
      </w:r>
      <w:r>
        <w:rPr>
          <w:b/>
          <w:bCs/>
          <w:u w:val="single"/>
        </w:rPr>
        <w:t xml:space="preserve">burnished</w:t>
      </w:r>
      <w:r>
        <w:rPr>
          <w:b/>
          <w:bCs/>
        </w:rPr>
        <w:t xml:space="preserve"> </w:t>
      </w:r>
      <w:r>
        <w:rPr>
          <w:b/>
          <w:bCs/>
        </w:rPr>
        <w:t xml:space="preserve">throne, 77 Glowed on the marble, where the glass Held up by standards wrought with fruited vines From which a golden Cupidon peeped out (Another hid his eyes behind his wing) Doubled the flames of sevenbranched candelabra Reflecting light upon the table as The glitter of her jewels rose to meet it, From satin cases poured in rich profusion.</w:t>
      </w:r>
      <w:r>
        <w:br/>
      </w:r>
      <w:r>
        <w:t xml:space="preserve">    (a) held together (connected or united) or wrapped</w:t>
      </w:r>
      <w:r>
        <w:br/>
      </w:r>
      <w:r>
        <w:t xml:space="preserve">    (b) polished and made shiny; or improved something</w:t>
      </w:r>
      <w:r>
        <w:br/>
      </w:r>
      <w:r>
        <w:t xml:space="preserve">    (c) considered (for affect on a result or outcome)</w:t>
      </w:r>
    </w:p>
    <w:p>
      <w:pPr>
        <w:pStyle w:val="Compact"/>
        <w:numPr>
          <w:ilvl w:val="0"/>
          <w:numId w:val="1001"/>
        </w:numPr>
      </w:pPr>
      <w:r>
        <w:rPr>
          <w:b/>
          <w:bCs/>
          <w:u w:val="single"/>
        </w:rPr>
        <w:t xml:space="preserve">wrought</w:t>
      </w:r>
      <w:r>
        <w:rPr>
          <w:b/>
          <w:bCs/>
        </w:rPr>
        <w:t xml:space="preserve"> </w:t>
      </w:r>
      <w:r>
        <w:rPr>
          <w:b/>
          <w:bCs/>
        </w:rPr>
        <w:t xml:space="preserve">with fruited vines</w:t>
      </w:r>
      <w:r>
        <w:br/>
      </w:r>
      <w:r>
        <w:t xml:space="preserve">    (a) provided investment funds for something -- such as a business</w:t>
      </w:r>
      <w:r>
        <w:br/>
      </w:r>
      <w:r>
        <w:t xml:space="preserve">    (b) worked (decoratively)</w:t>
      </w:r>
      <w:r>
        <w:br/>
      </w:r>
      <w:r>
        <w:t xml:space="preserve">    (c) wanting to do something; or made someone want to do something</w:t>
      </w:r>
    </w:p>
    <w:p>
      <w:pPr>
        <w:pStyle w:val="Compact"/>
        <w:numPr>
          <w:ilvl w:val="0"/>
          <w:numId w:val="1001"/>
        </w:numPr>
      </w:pPr>
      <w:r>
        <w:rPr>
          <w:b/>
          <w:bCs/>
        </w:rPr>
        <w:t xml:space="preserve">In vials of ivory and coloured glass Unstoppered, lurked her strange</w:t>
      </w:r>
      <w:r>
        <w:rPr>
          <w:b/>
          <w:bCs/>
        </w:rPr>
        <w:t xml:space="preserve"> </w:t>
      </w:r>
      <w:r>
        <w:rPr>
          <w:b/>
          <w:bCs/>
          <w:u w:val="single"/>
        </w:rPr>
        <w:t xml:space="preserve">synthetic</w:t>
      </w:r>
      <w:r>
        <w:rPr>
          <w:b/>
          <w:bCs/>
        </w:rPr>
        <w:t xml:space="preserve"> </w:t>
      </w:r>
      <w:r>
        <w:rPr>
          <w:b/>
          <w:bCs/>
        </w:rPr>
        <w:t xml:space="preserve">perfumes, Unguent, powdered, or liquid — troubled, confused And drowned the sense in odours; stirred by the air That freshened from the window, these ascended In fattening the prolonged candle-flames, Flung their smoke into the laquearia, 92 Stirring the pattern on the coffered ceiling.</w:t>
      </w:r>
      <w:r>
        <w:br/>
      </w:r>
      <w:r>
        <w:t xml:space="preserve">    (a) artificial (man-made rather than natural); or not genuine</w:t>
      </w:r>
      <w:r>
        <w:br/>
      </w:r>
      <w:r>
        <w:t xml:space="preserve">    (b) title for the head of a government body in some countries</w:t>
      </w:r>
      <w:r>
        <w:br/>
      </w:r>
      <w:r>
        <w:t xml:space="preserve">    (c) an unborn child (or other unborn or unhatched vertebrate)</w:t>
      </w:r>
    </w:p>
    <w:p>
      <w:pPr>
        <w:pStyle w:val="Compact"/>
        <w:numPr>
          <w:ilvl w:val="0"/>
          <w:numId w:val="1001"/>
        </w:numPr>
      </w:pPr>
      <w:r>
        <w:rPr>
          <w:b/>
          <w:bCs/>
          <w:u w:val="single"/>
        </w:rPr>
        <w:t xml:space="preserve">musing</w:t>
      </w:r>
      <w:r>
        <w:rPr>
          <w:b/>
          <w:bCs/>
        </w:rPr>
        <w:t xml:space="preserve"> </w:t>
      </w:r>
      <w:r>
        <w:rPr>
          <w:b/>
          <w:bCs/>
        </w:rPr>
        <w:t xml:space="preserve">upon the king my brother's wreck</w:t>
      </w:r>
      <w:r>
        <w:br/>
      </w:r>
      <w:r>
        <w:t xml:space="preserve">    (a) making strips of hair lighter in color</w:t>
      </w:r>
      <w:r>
        <w:br/>
      </w:r>
      <w:r>
        <w:t xml:space="preserve">    (b) requiring (obligating) to do something</w:t>
      </w:r>
      <w:r>
        <w:br/>
      </w:r>
      <w:r>
        <w:t xml:space="preserve">    (c) reflecting (thinking)</w:t>
      </w:r>
    </w:p>
    <w:p>
      <w:pPr>
        <w:pStyle w:val="Compact"/>
        <w:numPr>
          <w:ilvl w:val="0"/>
          <w:numId w:val="1001"/>
        </w:numPr>
      </w:pPr>
      <w:r>
        <w:rPr>
          <w:b/>
          <w:bCs/>
        </w:rPr>
        <w:t xml:space="preserve">The time is now propitious, as he guesses, The meal is ended, she is bored and tired,</w:t>
      </w:r>
      <w:r>
        <w:rPr>
          <w:b/>
          <w:bCs/>
        </w:rPr>
        <w:t xml:space="preserve"> </w:t>
      </w:r>
      <w:r>
        <w:rPr>
          <w:b/>
          <w:bCs/>
          <w:u w:val="single"/>
        </w:rPr>
        <w:t xml:space="preserve">Endeavours</w:t>
      </w:r>
      <w:r>
        <w:rPr>
          <w:b/>
          <w:bCs/>
        </w:rPr>
        <w:t xml:space="preserve"> </w:t>
      </w:r>
      <w:r>
        <w:rPr>
          <w:b/>
          <w:bCs/>
        </w:rPr>
        <w:t xml:space="preserve">to engage her in caresses Which are still unreproved, if undesired.</w:t>
      </w:r>
      <w:r>
        <w:br/>
      </w:r>
      <w:r>
        <w:t xml:space="preserve">    (a) tells someone about something</w:t>
      </w:r>
      <w:r>
        <w:br/>
      </w:r>
      <w:r>
        <w:t xml:space="preserve">    (b) attempts; or things attempted</w:t>
      </w:r>
      <w:r>
        <w:br/>
      </w:r>
      <w:r>
        <w:t xml:space="preserve">    (c) learns, discovers, or decides</w:t>
      </w:r>
    </w:p>
    <w:p>
      <w:pPr>
        <w:pStyle w:val="Compact"/>
        <w:numPr>
          <w:ilvl w:val="0"/>
          <w:numId w:val="1001"/>
        </w:numPr>
      </w:pPr>
      <w:r>
        <w:rPr>
          <w:b/>
          <w:bCs/>
        </w:rPr>
        <w:t xml:space="preserve">The time is now propitious, as he guesses, The meal is ended, she is bored and tired, Endeavours to engage her in caresses Which are still</w:t>
      </w:r>
      <w:r>
        <w:rPr>
          <w:b/>
          <w:bCs/>
        </w:rPr>
        <w:t xml:space="preserve"> </w:t>
      </w:r>
      <w:r>
        <w:rPr>
          <w:b/>
          <w:bCs/>
          <w:u w:val="single"/>
        </w:rPr>
        <w:t xml:space="preserve">unreproved</w:t>
      </w:r>
      <w:r>
        <w:rPr>
          <w:b/>
          <w:bCs/>
        </w:rPr>
        <w:t xml:space="preserve">, if undesired.</w:t>
      </w:r>
      <w:r>
        <w:br/>
      </w:r>
      <w:r>
        <w:t xml:space="preserve">    (a) told (a story)</w:t>
      </w:r>
      <w:r>
        <w:br/>
      </w:r>
      <w:r>
        <w:t xml:space="preserve">    (b) lied or misled</w:t>
      </w:r>
      <w:r>
        <w:br/>
      </w:r>
      <w:r>
        <w:t xml:space="preserve">    (c) not criticized</w:t>
      </w:r>
    </w:p>
    <w:p>
      <w:pPr>
        <w:pStyle w:val="Compact"/>
        <w:numPr>
          <w:ilvl w:val="0"/>
          <w:numId w:val="1001"/>
        </w:numPr>
      </w:pPr>
      <w:r>
        <w:rPr>
          <w:b/>
          <w:bCs/>
        </w:rPr>
        <w:t xml:space="preserve">Flushed and decided, he assaults at once; Exploring hands encounter no defence; His vanity requires no response, And makes a welcome of</w:t>
      </w:r>
      <w:r>
        <w:rPr>
          <w:b/>
          <w:bCs/>
        </w:rPr>
        <w:t xml:space="preserve"> </w:t>
      </w:r>
      <w:r>
        <w:rPr>
          <w:b/>
          <w:bCs/>
          <w:u w:val="single"/>
        </w:rPr>
        <w:t xml:space="preserve">indifference</w:t>
      </w:r>
      <w:r>
        <w:rPr>
          <w:b/>
          <w:bCs/>
        </w:rPr>
        <w:t xml:space="preserve">.</w:t>
      </w:r>
      <w:r>
        <w:br/>
      </w:r>
      <w:r>
        <w:t xml:space="preserve">    (a) without interest</w:t>
      </w:r>
      <w:r>
        <w:br/>
      </w:r>
      <w:r>
        <w:t xml:space="preserve">    (b) risky investment</w:t>
      </w:r>
      <w:r>
        <w:br/>
      </w:r>
      <w:r>
        <w:t xml:space="preserve">    (c) chaotic disorder</w:t>
      </w:r>
    </w:p>
    <w:p>
      <w:pPr>
        <w:pStyle w:val="Compact"/>
        <w:numPr>
          <w:ilvl w:val="0"/>
          <w:numId w:val="1001"/>
        </w:numPr>
      </w:pPr>
      <w:r>
        <w:rPr>
          <w:b/>
          <w:bCs/>
          <w:u w:val="single"/>
        </w:rPr>
        <w:t xml:space="preserve">Bestows</w:t>
      </w:r>
      <w:r>
        <w:rPr>
          <w:b/>
          <w:bCs/>
        </w:rPr>
        <w:t xml:space="preserve"> </w:t>
      </w:r>
      <w:r>
        <w:rPr>
          <w:b/>
          <w:bCs/>
        </w:rPr>
        <w:t xml:space="preserve">one final patronising kiss, And gropes his way, finding the stairs unlit...She turns and looks a moment in the glass, Hardly aware of her departed lover; Her brain allows one half-formed thought to pass: 'Well now that's done: and I'm glad it's over.'</w:t>
      </w:r>
      <w:r>
        <w:br/>
      </w:r>
      <w:r>
        <w:t xml:space="preserve">    (a) gives</w:t>
      </w:r>
      <w:r>
        <w:br/>
      </w:r>
      <w:r>
        <w:t xml:space="preserve">    (b) draws</w:t>
      </w:r>
      <w:r>
        <w:br/>
      </w:r>
      <w:r>
        <w:t xml:space="preserve">    (c) quits</w:t>
      </w:r>
    </w:p>
    <w:p>
      <w:pPr>
        <w:pStyle w:val="Compact"/>
        <w:numPr>
          <w:ilvl w:val="0"/>
          <w:numId w:val="1001"/>
        </w:numPr>
      </w:pPr>
      <w:r>
        <w:rPr>
          <w:b/>
          <w:bCs/>
        </w:rPr>
        <w:t xml:space="preserve">O City city, I can sometimes hear Beside a public bar in Lower Thames Street, The pleasant whining of a mandoline And a clatter and a chatter from within Where fishmen lounge at noon: where the walls Of Magnus</w:t>
      </w:r>
      <w:r>
        <w:rPr>
          <w:b/>
          <w:bCs/>
        </w:rPr>
        <w:t xml:space="preserve"> </w:t>
      </w:r>
      <w:r>
        <w:rPr>
          <w:b/>
          <w:bCs/>
          <w:u w:val="single"/>
        </w:rPr>
        <w:t xml:space="preserve">Martyr</w:t>
      </w:r>
      <w:r>
        <w:rPr>
          <w:b/>
          <w:bCs/>
        </w:rPr>
        <w:t xml:space="preserve"> </w:t>
      </w:r>
      <w:r>
        <w:rPr>
          <w:b/>
          <w:bCs/>
        </w:rPr>
        <w:t xml:space="preserve">hold 264 Inexplicable splendour of Ionian white and gold.</w:t>
      </w:r>
      <w:r>
        <w:br/>
      </w:r>
      <w:r>
        <w:t xml:space="preserve">    (a) someone who dies or suffers to uphold principles</w:t>
      </w:r>
      <w:r>
        <w:br/>
      </w:r>
      <w:r>
        <w:t xml:space="preserve">    (b) move again into position to work; or start again</w:t>
      </w:r>
      <w:r>
        <w:br/>
      </w:r>
      <w:r>
        <w:t xml:space="preserve">    (c) control in advance (how something will turn out)</w:t>
      </w:r>
    </w:p>
    <w:p>
      <w:pPr>
        <w:pStyle w:val="Compact"/>
        <w:numPr>
          <w:ilvl w:val="0"/>
          <w:numId w:val="1001"/>
        </w:numPr>
      </w:pPr>
      <w:r>
        <w:rPr>
          <w:b/>
          <w:bCs/>
        </w:rPr>
        <w:t xml:space="preserve">By Richmond I raised my knees</w:t>
      </w:r>
      <w:r>
        <w:br/>
      </w:r>
      <w:r>
        <w:rPr>
          <w:b/>
          <w:bCs/>
          <w:u w:val="single"/>
        </w:rPr>
        <w:t xml:space="preserve">Supine</w:t>
      </w:r>
      <w:r>
        <w:rPr>
          <w:b/>
          <w:bCs/>
        </w:rPr>
        <w:t xml:space="preserve"> </w:t>
      </w:r>
      <w:r>
        <w:rPr>
          <w:b/>
          <w:bCs/>
        </w:rPr>
        <w:t xml:space="preserve">on the floor of a narrow canoe.</w:t>
      </w:r>
      <w:r>
        <w:br/>
      </w:r>
      <w:r>
        <w:t xml:space="preserve">    (a) consistent or the same</w:t>
      </w:r>
      <w:r>
        <w:br/>
      </w:r>
      <w:r>
        <w:t xml:space="preserve">    (b) lying down face upward</w:t>
      </w:r>
      <w:r>
        <w:br/>
      </w:r>
      <w:r>
        <w:t xml:space="preserve">    (c) not aware of something</w:t>
      </w:r>
    </w:p>
    <w:p>
      <w:pPr>
        <w:pStyle w:val="Compact"/>
        <w:numPr>
          <w:ilvl w:val="0"/>
          <w:numId w:val="1001"/>
        </w:numPr>
      </w:pPr>
      <w:r>
        <w:rPr>
          <w:b/>
          <w:bCs/>
        </w:rPr>
        <w:t xml:space="preserve">What should I</w:t>
      </w:r>
      <w:r>
        <w:rPr>
          <w:b/>
          <w:bCs/>
        </w:rPr>
        <w:t xml:space="preserve"> </w:t>
      </w:r>
      <w:r>
        <w:rPr>
          <w:b/>
          <w:bCs/>
          <w:u w:val="single"/>
        </w:rPr>
        <w:t xml:space="preserve">resent</w:t>
      </w:r>
      <w:r>
        <w:rPr>
          <w:b/>
          <w:bCs/>
        </w:rPr>
        <w:t xml:space="preserve">?</w:t>
      </w:r>
      <w:r>
        <w:br/>
      </w:r>
      <w:r>
        <w:t xml:space="preserve">    (a) accept something undesired as unavoidable or the lesser of evils</w:t>
      </w:r>
      <w:r>
        <w:br/>
      </w:r>
      <w:r>
        <w:t xml:space="preserve">    (b) feel angry or unhappy about having to accept something not liked</w:t>
      </w:r>
      <w:r>
        <w:br/>
      </w:r>
      <w:r>
        <w:t xml:space="preserve">    (c) to manipulate voting district boundaries for political advantage</w:t>
      </w:r>
    </w:p>
    <w:p>
      <w:pPr>
        <w:pStyle w:val="Compact"/>
        <w:numPr>
          <w:ilvl w:val="0"/>
          <w:numId w:val="1001"/>
        </w:numPr>
      </w:pPr>
      <w:r>
        <w:rPr>
          <w:b/>
          <w:bCs/>
        </w:rPr>
        <w:t xml:space="preserve">la la To</w:t>
      </w:r>
      <w:r>
        <w:rPr>
          <w:b/>
          <w:bCs/>
        </w:rPr>
        <w:t xml:space="preserve"> </w:t>
      </w:r>
      <w:r>
        <w:rPr>
          <w:b/>
          <w:bCs/>
          <w:u w:val="single"/>
        </w:rPr>
        <w:t xml:space="preserve">Carthage</w:t>
      </w:r>
      <w:r>
        <w:rPr>
          <w:b/>
          <w:bCs/>
        </w:rPr>
        <w:t xml:space="preserve"> </w:t>
      </w:r>
      <w:r>
        <w:rPr>
          <w:b/>
          <w:bCs/>
        </w:rPr>
        <w:t xml:space="preserve">then I came</w:t>
      </w:r>
      <w:r>
        <w:br/>
      </w:r>
      <w:r>
        <w:t xml:space="preserve">    (a) related to the German philosopher, Immanuel Kant</w:t>
      </w:r>
      <w:r>
        <w:br/>
      </w:r>
      <w:r>
        <w:t xml:space="preserve">    (b) an ancient city state on the north African coast</w:t>
      </w:r>
      <w:r>
        <w:br/>
      </w:r>
      <w:r>
        <w:t xml:space="preserve">    (c) most famous surviving building of Ancient Greece</w:t>
      </w:r>
    </w:p>
    <w:p>
      <w:pPr>
        <w:pStyle w:val="Compact"/>
        <w:numPr>
          <w:ilvl w:val="0"/>
          <w:numId w:val="1001"/>
        </w:numPr>
      </w:pPr>
      <w:r>
        <w:rPr>
          <w:b/>
          <w:bCs/>
        </w:rPr>
        <w:t xml:space="preserve">Gentile or Jew O you who turn the wheel and look</w:t>
      </w:r>
      <w:r>
        <w:rPr>
          <w:b/>
          <w:bCs/>
        </w:rPr>
        <w:t xml:space="preserve"> </w:t>
      </w:r>
      <w:r>
        <w:rPr>
          <w:b/>
          <w:bCs/>
          <w:u w:val="single"/>
        </w:rPr>
        <w:t xml:space="preserve">windward</w:t>
      </w:r>
      <w:r>
        <w:rPr>
          <w:b/>
          <w:bCs/>
        </w:rPr>
        <w:t xml:space="preserve">, Consider Phlebas, who was once handsome and tall as you.</w:t>
      </w:r>
      <w:r>
        <w:br/>
      </w:r>
      <w:r>
        <w:t xml:space="preserve">    (a) increasing reason or general desire to do something</w:t>
      </w:r>
      <w:r>
        <w:br/>
      </w:r>
      <w:r>
        <w:t xml:space="preserve">    (b) the state of being unaware of one's mental activity</w:t>
      </w:r>
      <w:r>
        <w:br/>
      </w:r>
      <w:r>
        <w:t xml:space="preserve">    (c) the direction or side from which the wind is coming</w:t>
      </w:r>
    </w:p>
    <w:p>
      <w:pPr>
        <w:pStyle w:val="Compact"/>
        <w:numPr>
          <w:ilvl w:val="0"/>
          <w:numId w:val="1001"/>
        </w:numPr>
      </w:pPr>
      <w:r>
        <w:rPr>
          <w:b/>
          <w:bCs/>
        </w:rPr>
        <w:t xml:space="preserve">What is that sound high in the air 366 Murmur of maternal</w:t>
      </w:r>
      <w:r>
        <w:rPr>
          <w:b/>
          <w:bCs/>
        </w:rPr>
        <w:t xml:space="preserve"> </w:t>
      </w:r>
      <w:r>
        <w:rPr>
          <w:b/>
          <w:bCs/>
          <w:u w:val="single"/>
        </w:rPr>
        <w:t xml:space="preserve">lamentation</w:t>
      </w:r>
      <w:r>
        <w:rPr>
          <w:b/>
          <w:bCs/>
        </w:rPr>
        <w:t xml:space="preserve"> </w:t>
      </w:r>
      <w:r>
        <w:rPr>
          <w:b/>
          <w:bCs/>
        </w:rPr>
        <w:t xml:space="preserve">Who are those hooded hordes swarming Over endless plains, stumbling in cracked earth Ringed by the flat horizon only What is the city over the mountains Cracks and reforms and bursts in the violet air Falling towers Jerusalem Athens Alexandria Vienna London Unreal A woman drew her long black hair out tight And fiddled whisper music on those strings And bats with baby faces in the violet light Whistled, and beat their wings And crawled head downward down a blackened wall And upside down in air were towers Tolling reminiscent bells, that kept the hours And voices singing out of empty cisterns and exhausted wells.</w:t>
      </w:r>
      <w:r>
        <w:br/>
      </w:r>
      <w:r>
        <w:t xml:space="preserve">    (a) passionate expression of grief or sorrow</w:t>
      </w:r>
      <w:r>
        <w:br/>
      </w:r>
      <w:r>
        <w:t xml:space="preserve">    (b) dreamlike state of altered consciousness</w:t>
      </w:r>
      <w:r>
        <w:br/>
      </w:r>
      <w:r>
        <w:t xml:space="preserve">    (c) a range of things between two boundaries</w:t>
      </w:r>
    </w:p>
    <w:p>
      <w:pPr>
        <w:pStyle w:val="Compact"/>
        <w:numPr>
          <w:ilvl w:val="0"/>
          <w:numId w:val="1001"/>
        </w:numPr>
      </w:pPr>
      <w:r>
        <w:rPr>
          <w:b/>
          <w:bCs/>
        </w:rPr>
        <w:t xml:space="preserve">What is that sound high in the air 366 Murmur of maternal lamentation Who are those hooded</w:t>
      </w:r>
      <w:r>
        <w:rPr>
          <w:b/>
          <w:bCs/>
        </w:rPr>
        <w:t xml:space="preserve"> </w:t>
      </w:r>
      <w:r>
        <w:rPr>
          <w:b/>
          <w:bCs/>
          <w:u w:val="single"/>
        </w:rPr>
        <w:t xml:space="preserve">hordes</w:t>
      </w:r>
      <w:r>
        <w:rPr>
          <w:b/>
          <w:bCs/>
        </w:rPr>
        <w:t xml:space="preserve"> </w:t>
      </w:r>
      <w:r>
        <w:rPr>
          <w:b/>
          <w:bCs/>
        </w:rPr>
        <w:t xml:space="preserve">swarming Over endless plains, stumbling in cracked earth Ringed by the flat horizon only What is the city over the mountains Cracks and reforms and bursts in the violet air Falling towers Jerusalem Athens Alexandria Vienna London Unreal A woman drew her long black hair out tight And fiddled whisper music on those strings And bats with baby faces in the violet light Whistled, and beat their wings And crawled head downward down a blackened wall And upside down in air were towers Tolling reminiscent bells, that kept the hours And voices singing out of empty cisterns and exhausted wells.</w:t>
      </w:r>
      <w:r>
        <w:br/>
      </w:r>
      <w:r>
        <w:t xml:space="preserve">    (a) large numbers</w:t>
      </w:r>
      <w:r>
        <w:br/>
      </w:r>
      <w:r>
        <w:t xml:space="preserve">    (b) fat compounds</w:t>
      </w:r>
      <w:r>
        <w:br/>
      </w:r>
      <w:r>
        <w:t xml:space="preserve">    (c) psychiatrists</w:t>
      </w:r>
    </w:p>
    <w:p>
      <w:pPr>
        <w:pStyle w:val="Compact"/>
        <w:numPr>
          <w:ilvl w:val="0"/>
          <w:numId w:val="1001"/>
        </w:numPr>
      </w:pPr>
      <w:r>
        <w:rPr>
          <w:b/>
          <w:bCs/>
        </w:rPr>
        <w:t xml:space="preserve">401 My friend, blood shaking my heart The awful daring of a moment's surrender Which an age of</w:t>
      </w:r>
      <w:r>
        <w:rPr>
          <w:b/>
          <w:bCs/>
        </w:rPr>
        <w:t xml:space="preserve"> </w:t>
      </w:r>
      <w:r>
        <w:rPr>
          <w:b/>
          <w:bCs/>
          <w:u w:val="single"/>
        </w:rPr>
        <w:t xml:space="preserve">prudence</w:t>
      </w:r>
      <w:r>
        <w:rPr>
          <w:b/>
          <w:bCs/>
        </w:rPr>
        <w:t xml:space="preserve"> </w:t>
      </w:r>
      <w:r>
        <w:rPr>
          <w:b/>
          <w:bCs/>
        </w:rPr>
        <w:t xml:space="preserve">can never retract By this, and this only, we have existed Which is not to be found in our obituaries Or in memories draped by the beneficent spider 407 Or under seals broken by the lean solicitor In our empty rooms DA Dayadhvam: I have heard the key Turn in the door once and turn once only 411 We think of the key, each in his prison thinking of the key, each confirms a prison Only at nightfall, aethereal rumours Revive for a moment a broken Coriolanus DA Damyata: The boat responded Gaily, to the hand expert with sail and oar The sea was calm, your heart would have responded Gaily, when inv</w:t>
      </w:r>
      <w:r>
        <w:br/>
      </w:r>
      <w:r>
        <w:t xml:space="preserve">    (a) good sense and caution</w:t>
      </w:r>
      <w:r>
        <w:br/>
      </w:r>
      <w:r>
        <w:t xml:space="preserve">    (b) not easily set on fire</w:t>
      </w:r>
      <w:r>
        <w:br/>
      </w:r>
      <w:r>
        <w:t xml:space="preserve">    (c) surrounding conditions</w:t>
      </w:r>
    </w:p>
    <w:p>
      <w:pPr>
        <w:pStyle w:val="Compact"/>
        <w:numPr>
          <w:ilvl w:val="0"/>
          <w:numId w:val="1001"/>
        </w:numPr>
      </w:pPr>
      <w:r>
        <w:rPr>
          <w:b/>
          <w:bCs/>
        </w:rPr>
        <w:t xml:space="preserve">401 My friend, blood shaking my heart The awful daring of a moment's surrender Which an age of prudence can never retract By this, and this only, we have existed Which is not to be found in our</w:t>
      </w:r>
      <w:r>
        <w:rPr>
          <w:b/>
          <w:bCs/>
        </w:rPr>
        <w:t xml:space="preserve"> </w:t>
      </w:r>
      <w:r>
        <w:rPr>
          <w:b/>
          <w:bCs/>
          <w:u w:val="single"/>
        </w:rPr>
        <w:t xml:space="preserve">obituaries</w:t>
      </w:r>
      <w:r>
        <w:rPr>
          <w:b/>
          <w:bCs/>
        </w:rPr>
        <w:t xml:space="preserve"> </w:t>
      </w:r>
      <w:r>
        <w:rPr>
          <w:b/>
          <w:bCs/>
        </w:rPr>
        <w:t xml:space="preserve">Or in memories draped by the beneficent spider 407 Or under seals broken by the lean solicitor In our empty rooms DA Dayadhvam: I have heard the key Turn in the door once and turn once only 411 We think of the key, each in his prison thinking of the key, each confirms a prison Only at nightfall, aethereal rumours Revive for a moment a broken Coriolanus DA Damyata: The boat responded Gaily, to the hand expert with sail and oar The sea was calm, your heart would have responded Gaily, when inv</w:t>
      </w:r>
      <w:r>
        <w:br/>
      </w:r>
      <w:r>
        <w:t xml:space="preserve">    (a) published death notices with short biographies</w:t>
      </w:r>
      <w:r>
        <w:br/>
      </w:r>
      <w:r>
        <w:t xml:space="preserve">    (b) processes of controlling (how things turn out)</w:t>
      </w:r>
      <w:r>
        <w:br/>
      </w:r>
      <w:r>
        <w:t xml:space="preserve">    (c) partial payments made at the time of purchases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2026-07-31T16:05:46Z</dcterms:created>
  <dcterms:modified xsi:type="dcterms:W3CDTF">2026-07-31T16:05:46Z</dcterms:modified>
</cp:coreProperties>
</file>

<file path=docProps/custom.xml><?xml version="1.0" encoding="utf-8"?>
<Properties xmlns="http://schemas.openxmlformats.org/officeDocument/2006/custom-properties" xmlns:vt="http://schemas.openxmlformats.org/officeDocument/2006/docPropsVTypes"/>
</file>