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347f55aaecafbb1ec52fe8832bc3f766ca52f6"/>
    <w:p>
      <w:pPr>
        <w:pStyle w:val="Heading1"/>
      </w:pPr>
      <w:r>
        <w:rPr>
          <w:b/>
          <w:bCs/>
        </w:rPr>
        <w:t xml:space="preserve">The War of the Worlds</w:t>
      </w:r>
      <w:r>
        <w:br/>
      </w:r>
      <w:r>
        <w:rPr>
          <w:i/>
          <w:iCs/>
        </w:rPr>
        <w:t xml:space="preserve">H. G. Wells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friend</w:t>
      </w:r>
      <w:r>
        <w:br/>
      </w:r>
      <w:r>
        <w:t xml:space="preserve">    (b) enemy</w:t>
      </w:r>
      <w:r>
        <w:br/>
      </w:r>
      <w:r>
        <w:t xml:space="preserve">    (c) partner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typical underlying beliefs of pro-life and pro-choice supporters.</w:t>
      </w:r>
      <w:r>
        <w:br/>
      </w:r>
      <w:r>
        <w:t xml:space="preserve">    (a) describe</w:t>
      </w:r>
      <w:r>
        <w:br/>
      </w:r>
      <w:r>
        <w:t xml:space="preserve">    (b) study</w:t>
      </w:r>
      <w:r>
        <w:br/>
      </w:r>
      <w:r>
        <w:t xml:space="preserve">    (c) compare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quite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styles of the two teachers.</w:t>
      </w:r>
      <w:r>
        <w:br/>
      </w:r>
      <w:r>
        <w:t xml:space="preserve">    (a) notable difference</w:t>
      </w:r>
      <w:r>
        <w:br/>
      </w:r>
      <w:r>
        <w:t xml:space="preserve">    (b) notable similarity</w:t>
      </w:r>
      <w:r>
        <w:br/>
      </w:r>
      <w:r>
        <w:t xml:space="preserve">    (c) covering of all styles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accept</w:t>
      </w:r>
      <w:r>
        <w:br/>
      </w:r>
      <w:r>
        <w:t xml:space="preserve">    (b) understand</w:t>
      </w:r>
      <w:r>
        <w:br/>
      </w:r>
      <w:r>
        <w:t xml:space="preserve">    (c)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explain</w:t>
      </w:r>
      <w:r>
        <w:br/>
      </w:r>
      <w:r>
        <w:t xml:space="preserve">    (b) transport</w:t>
      </w:r>
      <w:r>
        <w:br/>
      </w:r>
      <w:r>
        <w:t xml:space="preserve">    (c) give service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publicly</w:t>
      </w:r>
      <w:r>
        <w:br/>
      </w:r>
      <w:r>
        <w:t xml:space="preserve">    (b) immediately</w:t>
      </w:r>
      <w:r>
        <w:br/>
      </w:r>
      <w:r>
        <w:t xml:space="preserve">    (c)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fugitive</w:t>
      </w:r>
      <w:r>
        <w:rPr>
          <w:b/>
          <w:bCs/>
        </w:rPr>
        <w:t xml:space="preserve"> </w:t>
      </w:r>
      <w:r>
        <w:rPr>
          <w:b/>
          <w:bCs/>
        </w:rPr>
        <w:t xml:space="preserve">fled to Venezuela.</w:t>
      </w:r>
      <w:r>
        <w:br/>
      </w:r>
      <w:r>
        <w:t xml:space="preserve">    (a) person on vacation</w:t>
      </w:r>
      <w:r>
        <w:br/>
      </w:r>
      <w:r>
        <w:t xml:space="preserve">    (b) person running from the law</w:t>
      </w:r>
      <w:r>
        <w:br/>
      </w:r>
      <w:r>
        <w:t xml:space="preserve">    (c) rebel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hear what they were saying or see their faces, but by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gesticulations</w:t>
      </w:r>
      <w:r>
        <w:rPr>
          <w:b/>
          <w:bCs/>
        </w:rPr>
        <w:t xml:space="preserve">, I'm sure they were angry at each other.</w:t>
      </w:r>
      <w:r>
        <w:br/>
      </w:r>
      <w:r>
        <w:t xml:space="preserve">    (a) tones of voice</w:t>
      </w:r>
      <w:r>
        <w:br/>
      </w:r>
      <w:r>
        <w:t xml:space="preserve">    (b) facial expressions</w:t>
      </w:r>
      <w:r>
        <w:br/>
      </w:r>
      <w:r>
        <w:t xml:space="preserve">    (c) gestures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also</w:t>
      </w:r>
      <w:r>
        <w:br/>
      </w:r>
      <w:r>
        <w:t xml:space="preserve">    (b) but</w:t>
      </w:r>
      <w:r>
        <w:br/>
      </w:r>
      <w:r>
        <w:t xml:space="preserve">    (c)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we get there, the main thing is to be absolutely sure we're not late.</w:t>
      </w:r>
      <w:r>
        <w:br/>
      </w:r>
      <w:r>
        <w:t xml:space="preserve">    (a) whatever way</w:t>
      </w:r>
      <w:r>
        <w:br/>
      </w:r>
      <w:r>
        <w:t xml:space="preserve">    (b) even if in a non-standard manner</w:t>
      </w:r>
      <w:r>
        <w:br/>
      </w:r>
      <w:r>
        <w:t xml:space="preserve">    (c) to whatever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seemed uninformed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inarticulate</w:t>
      </w:r>
      <w:r>
        <w:rPr>
          <w:b/>
          <w:bCs/>
        </w:rPr>
        <w:t xml:space="preserve"> </w:t>
      </w:r>
      <w:r>
        <w:rPr>
          <w:b/>
          <w:bCs/>
        </w:rPr>
        <w:t xml:space="preserve">compared to her opponent in the debate.</w:t>
      </w:r>
      <w:r>
        <w:br/>
      </w:r>
      <w:r>
        <w:t xml:space="preserve">    (a) without empathy</w:t>
      </w:r>
      <w:r>
        <w:br/>
      </w:r>
      <w:r>
        <w:t xml:space="preserve">    (b) biased</w:t>
      </w:r>
      <w:r>
        <w:br/>
      </w:r>
      <w:r>
        <w:t xml:space="preserve">    (c) poorly spoken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afraid</w:t>
      </w:r>
      <w:r>
        <w:br/>
      </w:r>
      <w:r>
        <w:t xml:space="preserve">    (b) disinclined</w:t>
      </w:r>
      <w:r>
        <w:br/>
      </w:r>
      <w:r>
        <w:t xml:space="preserve">    (c) tending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 ramp has a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.</w:t>
      </w:r>
      <w:r>
        <w:br/>
      </w:r>
      <w:r>
        <w:t xml:space="preserve">    (a) price</w:t>
      </w:r>
      <w:r>
        <w:br/>
      </w:r>
      <w:r>
        <w:t xml:space="preserve">    (b) danger</w:t>
      </w:r>
      <w:r>
        <w:br/>
      </w:r>
      <w:r>
        <w:t xml:space="preserve">    (c) slope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lead can be harmful to children.</w:t>
      </w:r>
      <w:r>
        <w:br/>
      </w:r>
      <w:r>
        <w:t xml:space="preserve">    (a) large</w:t>
      </w:r>
      <w:r>
        <w:br/>
      </w:r>
      <w:r>
        <w:t xml:space="preserve">    (b) tiny</w:t>
      </w:r>
      <w:r>
        <w:br/>
      </w:r>
      <w:r>
        <w:t xml:space="preserve">    (c) 60 seconds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thrives at sifting through that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detail.</w:t>
      </w:r>
      <w:r>
        <w:br/>
      </w:r>
      <w:r>
        <w:t xml:space="preserve">    (a) including even small considerations</w:t>
      </w:r>
      <w:r>
        <w:br/>
      </w:r>
      <w:r>
        <w:t xml:space="preserve">    (b) available from prior research</w:t>
      </w:r>
      <w:r>
        <w:br/>
      </w:r>
      <w:r>
        <w:t xml:space="preserve">    (c) quickly eliminated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view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obscured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smoke.</w:t>
      </w:r>
      <w:r>
        <w:br/>
      </w:r>
      <w:r>
        <w:t xml:space="preserve">    (a) blocked</w:t>
      </w:r>
      <w:r>
        <w:br/>
      </w:r>
      <w:r>
        <w:t xml:space="preserve">    (b) made frightening</w:t>
      </w:r>
      <w:r>
        <w:br/>
      </w:r>
      <w:r>
        <w:t xml:space="preserve">    (c) enhanced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jungle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obscure</w:t>
      </w:r>
      <w:r>
        <w:rPr>
          <w:b/>
          <w:bCs/>
        </w:rPr>
        <w:t xml:space="preserve"> </w:t>
      </w:r>
      <w:r>
        <w:rPr>
          <w:b/>
          <w:bCs/>
        </w:rPr>
        <w:t xml:space="preserve">as the sun set.</w:t>
      </w:r>
      <w:r>
        <w:br/>
      </w:r>
      <w:r>
        <w:t xml:space="preserve">    (a) dark or dingy</w:t>
      </w:r>
      <w:r>
        <w:br/>
      </w:r>
      <w:r>
        <w:t xml:space="preserve">    (b) cold</w:t>
      </w:r>
      <w:r>
        <w:br/>
      </w:r>
      <w:r>
        <w:t xml:space="preserve">    (c) scary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never drink again.</w:t>
      </w:r>
      <w:r>
        <w:br/>
      </w:r>
      <w:r>
        <w:t xml:space="preserve">    (a) firmly decided</w:t>
      </w:r>
      <w:r>
        <w:br/>
      </w:r>
      <w:r>
        <w:t xml:space="preserve">    (b) was encouraged</w:t>
      </w:r>
      <w:r>
        <w:br/>
      </w:r>
      <w:r>
        <w:t xml:space="preserve">    (c) was 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testing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to keep a good attitude.</w:t>
      </w:r>
      <w:r>
        <w:br/>
      </w:r>
      <w:r>
        <w:t xml:space="preserve">    (a) ability</w:t>
      </w:r>
      <w:r>
        <w:br/>
      </w:r>
      <w:r>
        <w:t xml:space="preserve">    (b) optimism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lucky to survive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tumultuous</w:t>
      </w:r>
      <w:r>
        <w:rPr>
          <w:b/>
          <w:bCs/>
        </w:rPr>
        <w:t xml:space="preserve"> </w:t>
      </w:r>
      <w:r>
        <w:rPr>
          <w:b/>
          <w:bCs/>
        </w:rPr>
        <w:t xml:space="preserve">years of my youth.</w:t>
      </w:r>
      <w:r>
        <w:br/>
      </w:r>
      <w:r>
        <w:t xml:space="preserve">    (a) innocent</w:t>
      </w:r>
      <w:r>
        <w:br/>
      </w:r>
      <w:r>
        <w:t xml:space="preserve">    (b) strict</w:t>
      </w:r>
      <w:r>
        <w:br/>
      </w:r>
      <w:r>
        <w:t xml:space="preserve">    (c) turbulent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2026-07-31T14:57:47Z</dcterms:created>
  <dcterms:modified xsi:type="dcterms:W3CDTF">2026-07-31T14:57:47Z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