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5e9fee487aa2d612dd3253337e3feaff18136d"/>
    <w:p>
      <w:pPr>
        <w:pStyle w:val="Heading1"/>
      </w:pPr>
      <w:r>
        <w:rPr>
          <w:b/>
          <w:bCs/>
        </w:rPr>
        <w:t xml:space="preserve">The War of the Worlds</w:t>
      </w:r>
      <w:r>
        <w:br/>
      </w:r>
      <w:r>
        <w:rPr>
          <w:i/>
          <w:iCs/>
        </w:rPr>
        <w:t xml:space="preserve">H. G. Wells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recorded the song 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apex</w:t>
      </w:r>
      <w:r>
        <w:rPr>
          <w:b/>
          <w:bCs/>
        </w:rPr>
        <w:t xml:space="preserve"> </w:t>
      </w:r>
      <w:r>
        <w:rPr>
          <w:b/>
          <w:bCs/>
        </w:rPr>
        <w:t xml:space="preserve">of her popularity.</w:t>
      </w:r>
      <w:r>
        <w:br/>
      </w:r>
      <w:r>
        <w:t xml:space="preserve">    (a) highest point</w:t>
      </w:r>
      <w:r>
        <w:br/>
      </w:r>
      <w:r>
        <w:t xml:space="preserve">    (b) beginning</w:t>
      </w:r>
      <w:r>
        <w:br/>
      </w:r>
      <w:r>
        <w:t xml:space="preserve">    (c) lowest point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expert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authenticated</w:t>
      </w:r>
      <w:r>
        <w:rPr>
          <w:b/>
          <w:bCs/>
        </w:rPr>
        <w:t xml:space="preserve"> </w:t>
      </w:r>
      <w:r>
        <w:rPr>
          <w:b/>
          <w:bCs/>
        </w:rPr>
        <w:t xml:space="preserve">her signature.</w:t>
      </w:r>
      <w:r>
        <w:br/>
      </w:r>
      <w:r>
        <w:t xml:space="preserve">    (a) verified as real</w:t>
      </w:r>
      <w:r>
        <w:br/>
      </w:r>
      <w:r>
        <w:t xml:space="preserve">    (b) forged (copied)</w:t>
      </w:r>
      <w:r>
        <w:br/>
      </w:r>
      <w:r>
        <w:t xml:space="preserve">    (c) verified as fake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like Twitter for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brevity</w:t>
      </w:r>
      <w:r>
        <w:rPr>
          <w:b/>
          <w:bCs/>
        </w:rPr>
        <w:t xml:space="preserve">.</w:t>
      </w:r>
      <w:r>
        <w:br/>
      </w:r>
      <w:r>
        <w:t xml:space="preserve">    (a) clever texts</w:t>
      </w:r>
      <w:r>
        <w:br/>
      </w:r>
      <w:r>
        <w:t xml:space="preserve">    (b) short texts</w:t>
      </w:r>
      <w:r>
        <w:br/>
      </w:r>
      <w:r>
        <w:t xml:space="preserve">    (c) varied texts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chef served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copious</w:t>
      </w:r>
      <w:r>
        <w:rPr>
          <w:b/>
          <w:bCs/>
        </w:rPr>
        <w:t xml:space="preserve"> </w:t>
      </w:r>
      <w:r>
        <w:rPr>
          <w:b/>
          <w:bCs/>
        </w:rPr>
        <w:t xml:space="preserve">amounts of food at the wedding reception.</w:t>
      </w:r>
      <w:r>
        <w:br/>
      </w:r>
      <w:r>
        <w:t xml:space="preserve">    (a) small in amount</w:t>
      </w:r>
      <w:r>
        <w:br/>
      </w:r>
      <w:r>
        <w:t xml:space="preserve">    (b) rare and unusual</w:t>
      </w:r>
      <w:r>
        <w:br/>
      </w:r>
      <w:r>
        <w:t xml:space="preserve">    (c) large in quantity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new company was halted in their tracks when the city had a cease-and-</w:t>
      </w:r>
      <w:r>
        <w:rPr>
          <w:b/>
          <w:bCs/>
          <w:u w:val="single"/>
        </w:rPr>
        <w:t xml:space="preserve">desist</w:t>
      </w:r>
      <w:r>
        <w:rPr>
          <w:b/>
          <w:bCs/>
        </w:rPr>
        <w:t xml:space="preserve"> </w:t>
      </w:r>
      <w:r>
        <w:rPr>
          <w:b/>
          <w:bCs/>
        </w:rPr>
        <w:t xml:space="preserve">order issued.</w:t>
      </w:r>
      <w:r>
        <w:br/>
      </w:r>
      <w:r>
        <w:t xml:space="preserve">    (a) gain advantage from</w:t>
      </w:r>
      <w:r>
        <w:br/>
      </w:r>
      <w:r>
        <w:t xml:space="preserve">    (b) influence or effect</w:t>
      </w:r>
      <w:r>
        <w:br/>
      </w:r>
      <w:r>
        <w:t xml:space="preserve">    (c) to not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armies fought over the region for years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desolated</w:t>
      </w:r>
      <w:r>
        <w:rPr>
          <w:b/>
          <w:bCs/>
        </w:rPr>
        <w:t xml:space="preserve"> </w:t>
      </w:r>
      <w:r>
        <w:rPr>
          <w:b/>
          <w:bCs/>
        </w:rPr>
        <w:t xml:space="preserve">it in the process.</w:t>
      </w:r>
      <w:r>
        <w:br/>
      </w:r>
      <w:r>
        <w:t xml:space="preserve">    (a) thoroughly understood</w:t>
      </w:r>
      <w:r>
        <w:br/>
      </w:r>
      <w:r>
        <w:t xml:space="preserve">    (b) took control of</w:t>
      </w:r>
      <w:r>
        <w:br/>
      </w:r>
      <w:r>
        <w:t xml:space="preserve">    (c) destroyed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considers our political system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inert</w:t>
      </w:r>
      <w:r>
        <w:rPr>
          <w:b/>
          <w:bCs/>
        </w:rPr>
        <w:t xml:space="preserve"> </w:t>
      </w:r>
      <w:r>
        <w:rPr>
          <w:b/>
          <w:bCs/>
        </w:rPr>
        <w:t xml:space="preserve">and calls for violent revolution as the path to change.</w:t>
      </w:r>
      <w:r>
        <w:br/>
      </w:r>
      <w:r>
        <w:t xml:space="preserve">    (a) unmoving</w:t>
      </w:r>
      <w:r>
        <w:br/>
      </w:r>
      <w:r>
        <w:t xml:space="preserve">    (b) energetic</w:t>
      </w:r>
      <w:r>
        <w:br/>
      </w:r>
      <w:r>
        <w:t xml:space="preserve">    (c) corrupt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university invited some of the greatest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intellects</w:t>
      </w:r>
      <w:r>
        <w:rPr>
          <w:b/>
          <w:bCs/>
        </w:rPr>
        <w:t xml:space="preserve"> </w:t>
      </w:r>
      <w:r>
        <w:rPr>
          <w:b/>
          <w:bCs/>
        </w:rPr>
        <w:t xml:space="preserve">to speak at the symposium.</w:t>
      </w:r>
      <w:r>
        <w:br/>
      </w:r>
      <w:r>
        <w:t xml:space="preserve">    (a) high-level thinkers</w:t>
      </w:r>
      <w:r>
        <w:br/>
      </w:r>
      <w:r>
        <w:t xml:space="preserve">    (b) famous speakers</w:t>
      </w:r>
      <w:r>
        <w:br/>
      </w:r>
      <w:r>
        <w:t xml:space="preserve">    (c) popular personalities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hilltop fortress looked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invulnerable</w:t>
      </w:r>
      <w:r>
        <w:rPr>
          <w:b/>
          <w:bCs/>
        </w:rPr>
        <w:t xml:space="preserve"> </w:t>
      </w:r>
      <w:r>
        <w:rPr>
          <w:b/>
          <w:bCs/>
        </w:rPr>
        <w:t xml:space="preserve">behind its cliffs and thick walls.</w:t>
      </w:r>
      <w:r>
        <w:br/>
      </w:r>
      <w:r>
        <w:t xml:space="preserve">    (a) easy to attack</w:t>
      </w:r>
      <w:r>
        <w:br/>
      </w:r>
      <w:r>
        <w:t xml:space="preserve">    (b) unable to be harmed</w:t>
      </w:r>
      <w:r>
        <w:br/>
      </w:r>
      <w:r>
        <w:t xml:space="preserve">    (c) likely to surrender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Stretching every morning keeps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limber</w:t>
      </w:r>
      <w:r>
        <w:rPr>
          <w:b/>
          <w:bCs/>
        </w:rPr>
        <w:t xml:space="preserve"> </w:t>
      </w:r>
      <w:r>
        <w:rPr>
          <w:b/>
          <w:bCs/>
        </w:rPr>
        <w:t xml:space="preserve">enough to do the splits.</w:t>
      </w:r>
      <w:r>
        <w:br/>
      </w:r>
      <w:r>
        <w:t xml:space="preserve">    (a) weak and tired</w:t>
      </w:r>
      <w:r>
        <w:br/>
      </w:r>
      <w:r>
        <w:t xml:space="preserve">    (b) stiff and sore</w:t>
      </w:r>
      <w:r>
        <w:br/>
      </w:r>
      <w:r>
        <w:t xml:space="preserve">    (c) flexible and loose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actions conflict with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maxim</w:t>
      </w:r>
      <w:r>
        <w:rPr>
          <w:b/>
          <w:bCs/>
        </w:rPr>
        <w:t xml:space="preserve"> </w:t>
      </w:r>
      <w:r>
        <w:rPr>
          <w:b/>
          <w:bCs/>
        </w:rPr>
        <w:t xml:space="preserve">that we don't negotiate with terrorists.</w:t>
      </w:r>
      <w:r>
        <w:br/>
      </w:r>
      <w:r>
        <w:t xml:space="preserve">    (a) goal</w:t>
      </w:r>
      <w:r>
        <w:br/>
      </w:r>
      <w:r>
        <w:t xml:space="preserve">    (b) observation</w:t>
      </w:r>
      <w:r>
        <w:br/>
      </w:r>
      <w:r>
        <w:t xml:space="preserve">    (c) saying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Mean</w:t>
      </w:r>
      <w:r>
        <w:rPr>
          <w:b/>
          <w:bCs/>
        </w:rPr>
        <w:t xml:space="preserve"> </w:t>
      </w:r>
      <w:r>
        <w:rPr>
          <w:b/>
          <w:bCs/>
        </w:rPr>
        <w:t xml:space="preserve">income is distorted by a small number of people with very high income. I suggest looking at median income instead.</w:t>
      </w:r>
      <w:r>
        <w:br/>
      </w:r>
      <w:r>
        <w:t xml:space="preserve">    (a) average</w:t>
      </w:r>
      <w:r>
        <w:br/>
      </w:r>
      <w:r>
        <w:t xml:space="preserve">    (b) wise and insightful</w:t>
      </w:r>
      <w:r>
        <w:br/>
      </w:r>
      <w:r>
        <w:t xml:space="preserve">    (c) promoting health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Natural selection</w:t>
      </w:r>
      <w:r>
        <w:rPr>
          <w:b/>
          <w:bCs/>
        </w:rPr>
        <w:t xml:space="preserve"> </w:t>
      </w:r>
      <w:r>
        <w:rPr>
          <w:b/>
          <w:bCs/>
        </w:rPr>
        <w:t xml:space="preserve">is the central mechanism of Charles Darwin's theory of evolution.</w:t>
      </w:r>
      <w:r>
        <w:br/>
      </w:r>
      <w:r>
        <w:t xml:space="preserve">    (a) 1950s literary and cultural movement that rejected conformity</w:t>
      </w:r>
      <w:r>
        <w:br/>
      </w:r>
      <w:r>
        <w:t xml:space="preserve">    (b) the process through which species adapt to their environments</w:t>
      </w:r>
      <w:r>
        <w:br/>
      </w:r>
      <w:r>
        <w:t xml:space="preserve">    (c) day of the year with the longest daylight (in one hemisphere)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agency recommended against taking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precipitate</w:t>
      </w:r>
      <w:r>
        <w:rPr>
          <w:b/>
          <w:bCs/>
        </w:rPr>
        <w:t xml:space="preserve"> </w:t>
      </w:r>
      <w:r>
        <w:rPr>
          <w:b/>
          <w:bCs/>
        </w:rPr>
        <w:t xml:space="preserve">action.</w:t>
      </w:r>
      <w:r>
        <w:br/>
      </w:r>
      <w:r>
        <w:t xml:space="preserve">    (a) quick</w:t>
      </w:r>
      <w:r>
        <w:br/>
      </w:r>
      <w:r>
        <w:t xml:space="preserve">    (b) dramatic</w:t>
      </w:r>
      <w:r>
        <w:br/>
      </w:r>
      <w:r>
        <w:t xml:space="preserve">    (c) hidden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spasmodic</w:t>
      </w:r>
      <w:r>
        <w:rPr>
          <w:b/>
          <w:bCs/>
        </w:rPr>
        <w:t xml:space="preserve"> </w:t>
      </w:r>
      <w:r>
        <w:rPr>
          <w:b/>
          <w:bCs/>
        </w:rPr>
        <w:t xml:space="preserve">nature of the economy has made it difficult for businesses to plan for the future.</w:t>
      </w:r>
      <w:r>
        <w:br/>
      </w:r>
      <w:r>
        <w:t xml:space="preserve">    (a) long cycles</w:t>
      </w:r>
      <w:r>
        <w:br/>
      </w:r>
      <w:r>
        <w:t xml:space="preserve">    (b) happening with short irregular bursts</w:t>
      </w:r>
      <w:r>
        <w:br/>
      </w:r>
      <w:r>
        <w:t xml:space="preserve">    (c) politically charged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Stephen Hawking said, "I'd rather be right than rigorous," as he transitioned to becoming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speculative</w:t>
      </w:r>
      <w:r>
        <w:rPr>
          <w:b/>
          <w:bCs/>
        </w:rPr>
        <w:t xml:space="preserve"> </w:t>
      </w:r>
      <w:r>
        <w:rPr>
          <w:b/>
          <w:bCs/>
        </w:rPr>
        <w:t xml:space="preserve">in his thinking rather than insisting on mathematical proofs.</w:t>
      </w:r>
      <w:r>
        <w:br/>
      </w:r>
      <w:r>
        <w:t xml:space="preserve">    (a) based on unproven thought or theory</w:t>
      </w:r>
      <w:r>
        <w:br/>
      </w:r>
      <w:r>
        <w:t xml:space="preserve">    (b) subject to or caused by an earthquake or earth vibration</w:t>
      </w:r>
      <w:r>
        <w:br/>
      </w:r>
      <w:r>
        <w:t xml:space="preserve">    (c) worthy of entry -- especially evidence allowable in court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too old to invest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speculative</w:t>
      </w:r>
      <w:r>
        <w:rPr>
          <w:b/>
          <w:bCs/>
        </w:rPr>
        <w:t xml:space="preserve"> </w:t>
      </w:r>
      <w:r>
        <w:rPr>
          <w:b/>
          <w:bCs/>
        </w:rPr>
        <w:t xml:space="preserve">business enterprises.</w:t>
      </w:r>
      <w:r>
        <w:br/>
      </w:r>
      <w:r>
        <w:t xml:space="preserve">    (a) thoughtful</w:t>
      </w:r>
      <w:r>
        <w:br/>
      </w:r>
      <w:r>
        <w:t xml:space="preserve">    (b) risky</w:t>
      </w:r>
      <w:r>
        <w:br/>
      </w:r>
      <w:r>
        <w:t xml:space="preserve">    (c) long-term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new student answered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timorous</w:t>
      </w:r>
      <w:r>
        <w:rPr>
          <w:b/>
          <w:bCs/>
        </w:rPr>
        <w:t xml:space="preserve"> </w:t>
      </w:r>
      <w:r>
        <w:rPr>
          <w:b/>
          <w:bCs/>
        </w:rPr>
        <w:t xml:space="preserve">voice barely above a whisper.</w:t>
      </w:r>
      <w:r>
        <w:br/>
      </w:r>
      <w:r>
        <w:t xml:space="preserve">    (a) angry</w:t>
      </w:r>
      <w:r>
        <w:br/>
      </w:r>
      <w:r>
        <w:t xml:space="preserve">    (b) timid</w:t>
      </w:r>
      <w:r>
        <w:br/>
      </w:r>
      <w:r>
        <w:t xml:space="preserve">    (c) loud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snapped out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torpor</w:t>
      </w:r>
      <w:r>
        <w:rPr>
          <w:b/>
          <w:bCs/>
        </w:rPr>
        <w:t xml:space="preserve"> </w:t>
      </w:r>
      <w:r>
        <w:rPr>
          <w:b/>
          <w:bCs/>
        </w:rPr>
        <w:t xml:space="preserve">and began living life again.</w:t>
      </w:r>
      <w:r>
        <w:br/>
      </w:r>
      <w:r>
        <w:t xml:space="preserve">    (a) a state of low-energy and inactivity</w:t>
      </w:r>
      <w:r>
        <w:br/>
      </w:r>
      <w:r>
        <w:t xml:space="preserve">    (b) a state of working all the time</w:t>
      </w:r>
      <w:r>
        <w:br/>
      </w:r>
      <w:r>
        <w:t xml:space="preserve">    (c) a state of intoxication and irrationality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bandits planned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waylay</w:t>
      </w:r>
      <w:r>
        <w:rPr>
          <w:b/>
          <w:bCs/>
        </w:rPr>
        <w:t xml:space="preserve"> </w:t>
      </w:r>
      <w:r>
        <w:rPr>
          <w:b/>
          <w:bCs/>
        </w:rPr>
        <w:t xml:space="preserve">travelers on the narrow mountain path.</w:t>
      </w:r>
      <w:r>
        <w:br/>
      </w:r>
      <w:r>
        <w:t xml:space="preserve">    (a) follow quietly</w:t>
      </w:r>
      <w:r>
        <w:br/>
      </w:r>
      <w:r>
        <w:t xml:space="preserve">    (b) spy upon</w:t>
      </w:r>
      <w:r>
        <w:br/>
      </w:r>
      <w:r>
        <w:t xml:space="preserve">    (c) stop unexpectedly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2026-07-31T14:57:48Z</dcterms:created>
  <dcterms:modified xsi:type="dcterms:W3CDTF">2026-07-31T14:57:48Z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