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01dfd20e72154d6573de5d51f5cf6caa60b4b4"/>
    <w:p>
      <w:pPr>
        <w:pStyle w:val="Heading1"/>
      </w:pPr>
      <w:r>
        <w:rPr>
          <w:b/>
          <w:bCs/>
        </w:rPr>
        <w:t xml:space="preserve">The War of the Worlds</w:t>
      </w:r>
      <w:r>
        <w:br/>
      </w:r>
      <w:r>
        <w:rPr>
          <w:i/>
          <w:iCs/>
        </w:rPr>
        <w:t xml:space="preserve">H. G. Wells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planet Mars, I scarcely need remind the reader, revolves about the sun 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mean</w:t>
      </w:r>
      <w:r>
        <w:rPr>
          <w:b/>
          <w:bCs/>
        </w:rPr>
        <w:t xml:space="preserve"> </w:t>
      </w:r>
      <w:r>
        <w:rPr>
          <w:b/>
          <w:bCs/>
        </w:rPr>
        <w:t xml:space="preserve">distance of 140,000,000 miles, and the light and heat it receives from the sun is barely half of that received by this world.</w:t>
      </w:r>
      <w:r>
        <w:br/>
      </w:r>
      <w:r>
        <w:t xml:space="preserve">    (a) certain</w:t>
      </w:r>
      <w:r>
        <w:br/>
      </w:r>
      <w:r>
        <w:t xml:space="preserve">    (b) outside</w:t>
      </w:r>
      <w:r>
        <w:br/>
      </w:r>
      <w:r>
        <w:t xml:space="preserve">    (c) average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immediate pressure of necessity has brightened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intellects</w:t>
      </w:r>
      <w:r>
        <w:rPr>
          <w:b/>
          <w:bCs/>
        </w:rPr>
        <w:t xml:space="preserve">, enlarged their powers, and hardened their hearts.</w:t>
      </w:r>
      <w:r>
        <w:br/>
      </w:r>
      <w:r>
        <w:t xml:space="preserve">    (a) aka analysis -- psychiatric treatment; or a theory of psychiatric treatment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to whatever degree (regardless of how much; or whatever unspecified amount)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failed to find Lord Hilton at his house, but I was told he was expected from London by the six o'clock train from Waterloo; and as it was then about a quarter past five, I went home, had some tea, and walked up to the station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tile designed to affect noise -- typically to decrease noise</w:t>
      </w:r>
      <w:r>
        <w:br/>
      </w:r>
      <w:r>
        <w:t xml:space="preserve">    (b) to stop someone unexpectedly -- usually to attack or to talk</w:t>
      </w:r>
      <w:r>
        <w:br/>
      </w:r>
      <w:r>
        <w:t xml:space="preserve">    (c) relating to an ancient city state on the north African coast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Beyond the pit stood the little wedge of people with the white flag at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, arrested by these phenomena, a little knot of small vertical black shapes upon the black ground.</w:t>
      </w:r>
      <w:r>
        <w:br/>
      </w:r>
      <w:r>
        <w:t xml:space="preserve">    (a) highest point</w:t>
      </w:r>
      <w:r>
        <w:br/>
      </w:r>
      <w:r>
        <w:t xml:space="preserve">    (b) determination</w:t>
      </w:r>
      <w:r>
        <w:br/>
      </w:r>
      <w:r>
        <w:t xml:space="preserve">    (c) use of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London that night poor Henderson's telegram describing the gradual unscrewing of the shot was judged to be a canard, and his evening paper, after wiring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authentication</w:t>
      </w:r>
      <w:r>
        <w:rPr>
          <w:b/>
          <w:bCs/>
        </w:rPr>
        <w:t xml:space="preserve"> </w:t>
      </w:r>
      <w:r>
        <w:rPr>
          <w:b/>
          <w:bCs/>
        </w:rPr>
        <w:t xml:space="preserve">from him and receiving no reply—the man was killed—decided not to print a special edition.</w:t>
      </w:r>
      <w:r>
        <w:br/>
      </w:r>
      <w:r>
        <w:t xml:space="preserve">    (a) the state or character of being greater than zero</w:t>
      </w:r>
      <w:r>
        <w:br/>
      </w:r>
      <w:r>
        <w:t xml:space="preserve">    (b) in a state where something cannot be seen clearly</w:t>
      </w:r>
      <w:r>
        <w:br/>
      </w:r>
      <w:r>
        <w:t xml:space="preserve">    (c) to establish that something is real or legitimate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within the five-mile circle the great majority of people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.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unmoving, inactive, or unable to move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slow, lethargic, or without interest</w:t>
      </w:r>
      <w:r>
        <w:br/>
      </w:r>
      <w:r>
        <w:br/>
      </w:r>
      <w:r>
        <w:t xml:space="preserve">or (in chemistry/medicine):</w:t>
      </w:r>
      <w:r>
        <w:br/>
      </w:r>
      <w:r>
        <w:br/>
      </w:r>
      <w:r>
        <w:t xml:space="preserve">chemically inactive (not having an effect)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About eleven, the next morning's papers were able to say, a squadron of hussars,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Maxims</w:t>
      </w:r>
      <w:r>
        <w:rPr>
          <w:b/>
          <w:bCs/>
        </w:rPr>
        <w:t xml:space="preserve">, and about four hundred men of the Cardigan regiment started from Aldershot.</w:t>
      </w:r>
      <w:r>
        <w:br/>
      </w:r>
      <w:r>
        <w:t xml:space="preserve">    (a) members of Nazi organization for children aged 10 to 18</w:t>
      </w:r>
      <w:r>
        <w:br/>
      </w:r>
      <w:r>
        <w:t xml:space="preserve">    (b) harmful software that spreads from computer to computer</w:t>
      </w:r>
      <w:r>
        <w:br/>
      </w:r>
      <w:r>
        <w:t xml:space="preserve">    (c) short sayings that express general truths or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hammered at the door, but I could not make the people hear (if there were any people inside), and after a time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desisted</w:t>
      </w:r>
      <w:r>
        <w:rPr>
          <w:b/>
          <w:bCs/>
        </w:rPr>
        <w:t xml:space="preserve">, and, availing myself of a ditch for the greater part of the way, succeeded in crawling, unobserved by these monstrous machines, into the pine woods towards Maybury.</w:t>
      </w:r>
      <w:r>
        <w:br/>
      </w:r>
      <w:r>
        <w:t xml:space="preserve">    (a) stopped</w:t>
      </w:r>
      <w:r>
        <w:br/>
      </w:r>
      <w:r>
        <w:t xml:space="preserve">    (b) adapted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sight of another human being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torpor</w:t>
      </w:r>
      <w:r>
        <w:rPr>
          <w:b/>
          <w:bCs/>
        </w:rPr>
        <w:t xml:space="preserve"> </w:t>
      </w:r>
      <w:r>
        <w:rPr>
          <w:b/>
          <w:bCs/>
        </w:rPr>
        <w:t xml:space="preserve">passed, and I leaned out of the window eagerly.</w:t>
      </w:r>
      <w:r>
        <w:br/>
      </w:r>
      <w:r>
        <w:t xml:space="preserve">    (a) state of low-energy and inactivity</w:t>
      </w:r>
      <w:r>
        <w:br/>
      </w:r>
      <w:r>
        <w:t xml:space="preserve">    (b) forces into an undesired activity or situation -- such as legally sentencing someone to punishment  OR  finds guilty -- especially in court  OR  provides the means of finding guilty</w:t>
      </w:r>
      <w:r>
        <w:br/>
      </w:r>
      <w:r>
        <w:t xml:space="preserve">    (c) a technique of showing events faster than they happen by taking a series of pictures, one after each passing of some time period, and then combing the pictures into a quick video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</w:t>
      </w:r>
      <w:r>
        <w:rPr>
          <w:b/>
          <w:bCs/>
        </w:rPr>
        <w:t xml:space="preserve"> </w:t>
      </w:r>
      <w:r>
        <w:rPr>
          <w:b/>
          <w:bCs/>
        </w:rPr>
        <w:t xml:space="preserve">gunners went to the rear, his horse trod in a rabbit hole and came down, throwing him into a depression of the ground.</w:t>
      </w:r>
      <w:r>
        <w:br/>
      </w:r>
      <w:r>
        <w:t xml:space="preserve">    (a) make possible</w:t>
      </w:r>
      <w:r>
        <w:br/>
      </w:r>
      <w:r>
        <w:t xml:space="preserve">    (b) make flexible</w:t>
      </w:r>
      <w:r>
        <w:br/>
      </w:r>
      <w:r>
        <w:t xml:space="preserve">    (c) stop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invulnerable</w:t>
      </w:r>
      <w:r>
        <w:rPr>
          <w:b/>
          <w:bCs/>
        </w:rPr>
        <w:t xml:space="preserve">, they are pitiless.</w:t>
      </w:r>
      <w:r>
        <w:br/>
      </w:r>
      <w:r>
        <w:t xml:space="preserve">    (a) good or beneficial</w:t>
      </w:r>
      <w:r>
        <w:br/>
      </w:r>
      <w:r>
        <w:t xml:space="preserve">    (b) impossible to harm</w:t>
      </w:r>
      <w:r>
        <w:br/>
      </w:r>
      <w:r>
        <w:t xml:space="preserve">    (c) not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morning papers on Saturday contained, in addition to lengthy special articles on the planet Mars, on life in the planets, and so forth, a brief and vaguely worded telegram, all the more striking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the ability to take or adopt power or responsibility</w:t>
      </w:r>
      <w:r>
        <w:br/>
      </w:r>
      <w:r>
        <w:t xml:space="preserve">    (b) the process of excessive encouragement or excitement</w:t>
      </w:r>
      <w:r>
        <w:br/>
      </w:r>
      <w:r>
        <w:t xml:space="preserve">    (c) the use of just a few words; or lasting a short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only offensive operation men ventured upon after that night was the preparation of mines and pitfalls, and even in that their energies were frantic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spasmodic</w:t>
      </w:r>
      <w:r>
        <w:rPr>
          <w:b/>
          <w:bCs/>
        </w:rPr>
        <w:t xml:space="preserve">.</w:t>
      </w:r>
      <w:r>
        <w:br/>
      </w:r>
      <w:r>
        <w:t xml:space="preserve">    (a) someone who believes in doing things the way they have generally been done in the past</w:t>
      </w:r>
      <w:r>
        <w:br/>
      </w:r>
      <w:r>
        <w:t xml:space="preserve">    (b) related to the branch of medicine concerned with the treatment of infants and children</w:t>
      </w:r>
      <w:r>
        <w:br/>
      </w:r>
      <w:r>
        <w:t xml:space="preserve">    (c) happening for short periods and not in a regular pattern; or relating to muscle spasms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worthy of remark that a certain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speculative</w:t>
      </w:r>
      <w:r>
        <w:rPr>
          <w:b/>
          <w:bCs/>
        </w:rPr>
        <w:t xml:space="preserve"> </w:t>
      </w:r>
      <w:r>
        <w:rPr>
          <w:b/>
          <w:bCs/>
        </w:rPr>
        <w:t xml:space="preserve">writer of quasi-scientific repute, writing long before the Martian invasion, did forecast for man a final structure not unlike the actual Martian condition.</w:t>
      </w:r>
      <w:r>
        <w:br/>
      </w:r>
      <w:r>
        <w:t xml:space="preserve">    (a) without certainty of payment</w:t>
      </w:r>
      <w:r>
        <w:br/>
      </w:r>
      <w:r>
        <w:t xml:space="preserve">    (b) in a manner of accepting something as true (without proof)</w:t>
      </w:r>
      <w:r>
        <w:br/>
      </w:r>
      <w:r>
        <w:t xml:space="preserve">    (c) relating separately to the people or things just mentioned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particular province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speculative</w:t>
      </w:r>
      <w:r>
        <w:rPr>
          <w:b/>
          <w:bCs/>
        </w:rPr>
        <w:t xml:space="preserve"> </w:t>
      </w:r>
      <w:r>
        <w:rPr>
          <w:b/>
          <w:bCs/>
        </w:rPr>
        <w:t xml:space="preserve">philosophy.</w:t>
      </w:r>
      <w:r>
        <w:br/>
      </w:r>
      <w:r>
        <w:t xml:space="preserve">    (a) based on thought that is not provable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was one of those weak creatures, void of pride,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timorous</w:t>
      </w:r>
      <w:r>
        <w:rPr>
          <w:b/>
          <w:bCs/>
        </w:rPr>
        <w:t xml:space="preserve">, anaemic, hateful souls, full of shifty cunning, who face neither God nor man, who face not even themselves.</w:t>
      </w:r>
      <w:r>
        <w:br/>
      </w:r>
      <w:r>
        <w:t xml:space="preserve">    (a) not aware of something</w:t>
      </w:r>
      <w:r>
        <w:br/>
      </w:r>
      <w:r>
        <w:t xml:space="preserve">    (b) timid</w:t>
      </w:r>
      <w:r>
        <w:br/>
      </w:r>
      <w:r>
        <w:t xml:space="preserve">    (c) consistent or the same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prayed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copiously</w:t>
      </w:r>
      <w:r>
        <w:rPr>
          <w:b/>
          <w:bCs/>
        </w:rPr>
        <w:t xml:space="preserve">.</w:t>
      </w:r>
      <w:r>
        <w:br/>
      </w:r>
      <w:r>
        <w:t xml:space="preserve">    (a) in a manner that is not easily noticed</w:t>
      </w:r>
      <w:r>
        <w:br/>
      </w:r>
      <w:r>
        <w:t xml:space="preserve">    (b) in a disrespectful or rejecting manner</w:t>
      </w:r>
      <w:r>
        <w:br/>
      </w:r>
      <w:r>
        <w:t xml:space="preserve">    (c) a lot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by the action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natural selection</w:t>
      </w:r>
      <w:r>
        <w:rPr>
          <w:b/>
          <w:bCs/>
        </w:rPr>
        <w:t xml:space="preserve">, all terrestrial plants have acquired a resisting power against bacterial diseases—they never succumb without a severe struggle, but the red weed rotted like a thing already dead.</w:t>
      </w:r>
      <w:r>
        <w:br/>
      </w:r>
      <w:r>
        <w:t xml:space="preserve">    (a) day of the year with the longest daylight (in one hemisphere)</w:t>
      </w:r>
      <w:r>
        <w:br/>
      </w:r>
      <w:r>
        <w:t xml:space="preserve">    (b) the process through which species adapt to their environments</w:t>
      </w:r>
      <w:r>
        <w:br/>
      </w:r>
      <w:r>
        <w:t xml:space="preserve">    (c) 1950s literary and cultural movement that rejected conformity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Martians, I thought, had gone on and left the country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desolated</w:t>
      </w:r>
      <w:r>
        <w:rPr>
          <w:b/>
          <w:bCs/>
        </w:rPr>
        <w:t xml:space="preserve">, seeking food elsewhere.</w:t>
      </w:r>
      <w:r>
        <w:br/>
      </w:r>
      <w:r>
        <w:t xml:space="preserve">    (a) began fighting again</w:t>
      </w:r>
      <w:r>
        <w:br/>
      </w:r>
      <w:r>
        <w:t xml:space="preserve">    (b) destroyed or emptied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now that I was beginning to understand something of his quality, I could divine the stress he laid on doing nothing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precipitately</w:t>
      </w:r>
      <w:r>
        <w:rPr>
          <w:b/>
          <w:bCs/>
        </w:rPr>
        <w:t xml:space="preserve">.</w:t>
      </w:r>
      <w:r>
        <w:br/>
      </w:r>
      <w:r>
        <w:t xml:space="preserve">    (a) done while awake</w:t>
      </w:r>
      <w:r>
        <w:br/>
      </w:r>
      <w:r>
        <w:t xml:space="preserve">    (b) done with excess</w:t>
      </w:r>
      <w:r>
        <w:br/>
      </w:r>
      <w:r>
        <w:t xml:space="preserve">    (c) with great haste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2026-07-31T14:57:48Z</dcterms:created>
  <dcterms:modified xsi:type="dcterms:W3CDTF">2026-07-31T14:57:48Z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