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09b197a4f7eba053e63b1a5d78804a787e114f0"/>
    <w:p>
      <w:pPr>
        <w:pStyle w:val="Heading1"/>
      </w:pPr>
      <w:r>
        <w:rPr>
          <w:b/>
          <w:bCs/>
        </w:rPr>
        <w:t xml:space="preserve">The Wanderers</w:t>
      </w:r>
      <w:r>
        <w:br/>
      </w:r>
      <w:r>
        <w:rPr>
          <w:i/>
          <w:iCs/>
        </w:rPr>
        <w:t xml:space="preserve">Eudora Welty</w:t>
      </w:r>
      <w:r>
        <w:br/>
      </w:r>
      <w:r>
        <w:rPr>
          <w:b/>
          <w:bCs/>
        </w:rPr>
        <w:t xml:space="preserve">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gets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agitated</w:t>
      </w:r>
      <w:r>
        <w:rPr>
          <w:b/>
          <w:bCs/>
        </w:rPr>
        <w:t xml:space="preserve"> </w:t>
      </w:r>
      <w:r>
        <w:rPr>
          <w:b/>
          <w:bCs/>
        </w:rPr>
        <w:t xml:space="preserve">whenever the topic comes up.</w:t>
      </w:r>
      <w:r>
        <w:br/>
      </w:r>
      <w:r>
        <w:t xml:space="preserve">    (a) calm and thoughtful</w:t>
      </w:r>
      <w:r>
        <w:br/>
      </w:r>
      <w:r>
        <w:t xml:space="preserve">    (b) gloomy (sad)</w:t>
      </w:r>
      <w:r>
        <w:br/>
      </w:r>
      <w:r>
        <w:t xml:space="preserve">    (c) emotionally disturbed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understands the shifting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alliances</w:t>
      </w:r>
      <w:r>
        <w:rPr>
          <w:b/>
          <w:bCs/>
        </w:rPr>
        <w:t xml:space="preserve"> </w:t>
      </w:r>
      <w:r>
        <w:rPr>
          <w:b/>
          <w:bCs/>
        </w:rPr>
        <w:t xml:space="preserve">in the Middle East.</w:t>
      </w:r>
      <w:r>
        <w:br/>
      </w:r>
      <w:r>
        <w:t xml:space="preserve">    (a) borders between countries</w:t>
      </w:r>
      <w:r>
        <w:br/>
      </w:r>
      <w:r>
        <w:t xml:space="preserve">    (b) sets of competing interests amongst neighbors</w:t>
      </w:r>
      <w:r>
        <w:br/>
      </w:r>
      <w:r>
        <w:t xml:space="preserve">    (c) associations formed to support common interests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ambiguous</w:t>
      </w:r>
      <w:r>
        <w:rPr>
          <w:b/>
          <w:bCs/>
        </w:rPr>
        <w:t xml:space="preserve"> </w:t>
      </w:r>
      <w:r>
        <w:rPr>
          <w:b/>
          <w:bCs/>
        </w:rPr>
        <w:t xml:space="preserve">smile left him wondering whether she was amused or annoyed.</w:t>
      </w:r>
      <w:r>
        <w:br/>
      </w:r>
      <w:r>
        <w:t xml:space="preserve">    (a) easy to read clearly</w:t>
      </w:r>
      <w:r>
        <w:br/>
      </w:r>
      <w:r>
        <w:t xml:space="preserve">    (b) open to interpretation</w:t>
      </w:r>
      <w:r>
        <w:br/>
      </w:r>
      <w:r>
        <w:t xml:space="preserve">    (c) obviously sarcastic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 guilt led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anguish</w:t>
      </w:r>
      <w:r>
        <w:rPr>
          <w:b/>
          <w:bCs/>
        </w:rPr>
        <w:t xml:space="preserve"> </w:t>
      </w:r>
      <w:r>
        <w:rPr>
          <w:b/>
          <w:bCs/>
        </w:rPr>
        <w:t xml:space="preserve">until she committed her life to good.</w:t>
      </w:r>
      <w:r>
        <w:br/>
      </w:r>
      <w:r>
        <w:t xml:space="preserve">    (a) extreme solitude</w:t>
      </w:r>
      <w:r>
        <w:br/>
      </w:r>
      <w:r>
        <w:t xml:space="preserve">    (b) extreme distress</w:t>
      </w:r>
      <w:r>
        <w:br/>
      </w:r>
      <w:r>
        <w:t xml:space="preserve">    (c) extreme depression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Does the sentence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contradict</w:t>
      </w:r>
      <w:r>
        <w:rPr>
          <w:b/>
          <w:bCs/>
        </w:rPr>
        <w:t xml:space="preserve"> </w:t>
      </w:r>
      <w:r>
        <w:rPr>
          <w:b/>
          <w:bCs/>
        </w:rPr>
        <w:t xml:space="preserve">what is said in the previous paragraph?</w:t>
      </w:r>
      <w:r>
        <w:br/>
      </w:r>
      <w:r>
        <w:t xml:space="preserve">    (a) reinforce</w:t>
      </w:r>
      <w:r>
        <w:br/>
      </w:r>
      <w:r>
        <w:t xml:space="preserve">    (b) expand upon</w:t>
      </w:r>
      <w:r>
        <w:br/>
      </w:r>
      <w:r>
        <w:t xml:space="preserve">    (c) disagree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bakery filled the window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delectable</w:t>
      </w:r>
      <w:r>
        <w:rPr>
          <w:b/>
          <w:bCs/>
        </w:rPr>
        <w:t xml:space="preserve"> </w:t>
      </w:r>
      <w:r>
        <w:rPr>
          <w:b/>
          <w:bCs/>
        </w:rPr>
        <w:t xml:space="preserve">pastries and cakes.</w:t>
      </w:r>
      <w:r>
        <w:br/>
      </w:r>
      <w:r>
        <w:t xml:space="preserve">    (a) delicious</w:t>
      </w:r>
      <w:r>
        <w:br/>
      </w:r>
      <w:r>
        <w:t xml:space="preserve">    (b) expensive</w:t>
      </w:r>
      <w:r>
        <w:br/>
      </w:r>
      <w:r>
        <w:t xml:space="preserve">    (c) ordinary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despises</w:t>
      </w:r>
      <w:r>
        <w:rPr>
          <w:b/>
          <w:bCs/>
        </w:rPr>
        <w:t xml:space="preserve"> </w:t>
      </w:r>
      <w:r>
        <w:rPr>
          <w:b/>
          <w:bCs/>
        </w:rPr>
        <w:t xml:space="preserve">his lifestyle.</w:t>
      </w:r>
      <w:r>
        <w:br/>
      </w:r>
      <w:r>
        <w:t xml:space="preserve">    (a) hates</w:t>
      </w:r>
      <w:r>
        <w:br/>
      </w:r>
      <w:r>
        <w:t xml:space="preserve">    (b) wants</w:t>
      </w:r>
      <w:r>
        <w:br/>
      </w:r>
      <w:r>
        <w:t xml:space="preserve">    (c) admires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 had a lot in common when we were younger, but then our interests began to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diverge</w:t>
      </w:r>
      <w:r>
        <w:rPr>
          <w:b/>
          <w:bCs/>
        </w:rPr>
        <w:t xml:space="preserve">.</w:t>
      </w:r>
      <w:r>
        <w:br/>
      </w:r>
      <w:r>
        <w:t xml:space="preserve">    (a) move apart or become different</w:t>
      </w:r>
      <w:r>
        <w:br/>
      </w:r>
      <w:r>
        <w:t xml:space="preserve">    (b) get weaker or less enthusiastic</w:t>
      </w:r>
      <w:r>
        <w:br/>
      </w:r>
      <w:r>
        <w:t xml:space="preserve">    (c) move in opposition to each other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appreciate your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forbearance</w:t>
      </w:r>
      <w:r>
        <w:rPr>
          <w:b/>
          <w:bCs/>
        </w:rPr>
        <w:t xml:space="preserve">.</w:t>
      </w:r>
      <w:r>
        <w:br/>
      </w:r>
      <w:r>
        <w:t xml:space="preserve">    (a) financial loan</w:t>
      </w:r>
      <w:r>
        <w:br/>
      </w:r>
      <w:r>
        <w:t xml:space="preserve">    (b) family concerns</w:t>
      </w:r>
      <w:r>
        <w:br/>
      </w:r>
      <w:r>
        <w:t xml:space="preserve">    (c) patience or tolerance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hideous</w:t>
      </w:r>
      <w:r>
        <w:rPr>
          <w:b/>
          <w:bCs/>
        </w:rPr>
        <w:t xml:space="preserve"> </w:t>
      </w:r>
      <w:r>
        <w:rPr>
          <w:b/>
          <w:bCs/>
        </w:rPr>
        <w:t xml:space="preserve">scar running from his forehead to his jaw.</w:t>
      </w:r>
      <w:r>
        <w:br/>
      </w:r>
      <w:r>
        <w:t xml:space="preserve">    (a) barely noticeable</w:t>
      </w:r>
      <w:r>
        <w:br/>
      </w:r>
      <w:r>
        <w:t xml:space="preserve">    (b) extremely ugly</w:t>
      </w:r>
      <w:r>
        <w:br/>
      </w:r>
      <w:r>
        <w:t xml:space="preserve">    (c) perfectly healed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thought to be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impregnable</w:t>
      </w:r>
      <w:r>
        <w:rPr>
          <w:b/>
          <w:bCs/>
        </w:rPr>
        <w:t xml:space="preserve"> </w:t>
      </w:r>
      <w:r>
        <w:rPr>
          <w:b/>
          <w:bCs/>
        </w:rPr>
        <w:t xml:space="preserve">fortress.</w:t>
      </w:r>
      <w:r>
        <w:br/>
      </w:r>
      <w:r>
        <w:t xml:space="preserve">    (a) able to withstand attack</w:t>
      </w:r>
      <w:r>
        <w:br/>
      </w:r>
      <w:r>
        <w:t xml:space="preserve">    (b) lacking strong defenses</w:t>
      </w:r>
      <w:r>
        <w:br/>
      </w:r>
      <w:r>
        <w:t xml:space="preserve">    (c) susceptible to attack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That teacher made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indelible</w:t>
      </w:r>
      <w:r>
        <w:rPr>
          <w:b/>
          <w:bCs/>
        </w:rPr>
        <w:t xml:space="preserve"> </w:t>
      </w:r>
      <w:r>
        <w:rPr>
          <w:b/>
          <w:bCs/>
        </w:rPr>
        <w:t xml:space="preserve">impression on her students.</w:t>
      </w:r>
      <w:r>
        <w:br/>
      </w:r>
      <w:r>
        <w:t xml:space="preserve">    (a) lasting</w:t>
      </w:r>
      <w:r>
        <w:br/>
      </w:r>
      <w:r>
        <w:t xml:space="preserve">    (b) ordinary</w:t>
      </w:r>
      <w:r>
        <w:br/>
      </w:r>
      <w:r>
        <w:t xml:space="preserve">    (c) confusing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indifferent</w:t>
      </w:r>
      <w:r>
        <w:rPr>
          <w:b/>
          <w:bCs/>
        </w:rPr>
        <w:t xml:space="preserve"> </w:t>
      </w:r>
      <w:r>
        <w:rPr>
          <w:b/>
          <w:bCs/>
        </w:rPr>
        <w:t xml:space="preserve">to his anger.</w:t>
      </w:r>
      <w:r>
        <w:br/>
      </w:r>
      <w:r>
        <w:t xml:space="preserve">    (a) with fear</w:t>
      </w:r>
      <w:r>
        <w:br/>
      </w:r>
      <w:r>
        <w:t xml:space="preserve">    (b) without interest</w:t>
      </w:r>
      <w:r>
        <w:br/>
      </w:r>
      <w:r>
        <w:t xml:space="preserve">    (c) with anger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Vines climbed the wooden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lattice</w:t>
      </w:r>
      <w:r>
        <w:rPr>
          <w:b/>
          <w:bCs/>
        </w:rPr>
        <w:t xml:space="preserve"> </w:t>
      </w:r>
      <w:r>
        <w:rPr>
          <w:b/>
          <w:bCs/>
        </w:rPr>
        <w:t xml:space="preserve">beside the garden gate.</w:t>
      </w:r>
      <w:r>
        <w:br/>
      </w:r>
      <w:r>
        <w:t xml:space="preserve">    (a) deep water ditch</w:t>
      </w:r>
      <w:r>
        <w:br/>
      </w:r>
      <w:r>
        <w:t xml:space="preserve">    (b) crisscross frame</w:t>
      </w:r>
      <w:r>
        <w:br/>
      </w:r>
      <w:r>
        <w:t xml:space="preserve">    (c) smooth stone wall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snow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luminous</w:t>
      </w:r>
      <w:r>
        <w:rPr>
          <w:b/>
          <w:bCs/>
        </w:rPr>
        <w:t xml:space="preserve"> </w:t>
      </w:r>
      <w:r>
        <w:rPr>
          <w:b/>
          <w:bCs/>
        </w:rPr>
        <w:t xml:space="preserve">from the moonlight.</w:t>
      </w:r>
      <w:r>
        <w:br/>
      </w:r>
      <w:r>
        <w:t xml:space="preserve">    (a) soft and silent</w:t>
      </w:r>
      <w:r>
        <w:br/>
      </w:r>
      <w:r>
        <w:t xml:space="preserve">    (b) bright and glowing</w:t>
      </w:r>
      <w:r>
        <w:br/>
      </w:r>
      <w:r>
        <w:t xml:space="preserve">    (c) wet and slushy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don't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recollect</w:t>
      </w:r>
      <w:r>
        <w:rPr>
          <w:b/>
          <w:bCs/>
        </w:rPr>
        <w:t xml:space="preserve"> </w:t>
      </w:r>
      <w:r>
        <w:rPr>
          <w:b/>
          <w:bCs/>
        </w:rPr>
        <w:t xml:space="preserve">her name, but I'd recognize her.</w:t>
      </w:r>
      <w:r>
        <w:br/>
      </w:r>
      <w:r>
        <w:t xml:space="preserve">    (a) remember</w:t>
      </w:r>
      <w:r>
        <w:br/>
      </w:r>
      <w:r>
        <w:t xml:space="preserve">    (b) spell properly</w:t>
      </w:r>
      <w:r>
        <w:br/>
      </w:r>
      <w:r>
        <w:t xml:space="preserve">    (c) pronounce properly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reveres</w:t>
      </w:r>
      <w:r>
        <w:rPr>
          <w:b/>
          <w:bCs/>
        </w:rPr>
        <w:t xml:space="preserve"> </w:t>
      </w:r>
      <w:r>
        <w:rPr>
          <w:b/>
          <w:bCs/>
        </w:rPr>
        <w:t xml:space="preserve">nature and all that is natural.</w:t>
      </w:r>
      <w:r>
        <w:br/>
      </w:r>
      <w:r>
        <w:t xml:space="preserve">    (a) thoroughly enjoys</w:t>
      </w:r>
      <w:r>
        <w:br/>
      </w:r>
      <w:r>
        <w:t xml:space="preserve">    (b) deeply respects</w:t>
      </w:r>
      <w:r>
        <w:br/>
      </w:r>
      <w:r>
        <w:t xml:space="preserve">    (c) dislikes and avoids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new policy faced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scrutiny</w:t>
      </w:r>
      <w:r>
        <w:rPr>
          <w:b/>
          <w:bCs/>
        </w:rPr>
        <w:t xml:space="preserve"> </w:t>
      </w:r>
      <w:r>
        <w:rPr>
          <w:b/>
          <w:bCs/>
        </w:rPr>
        <w:t xml:space="preserve">from independent reviewers.</w:t>
      </w:r>
      <w:r>
        <w:br/>
      </w:r>
      <w:r>
        <w:t xml:space="preserve">    (a) careful examination</w:t>
      </w:r>
      <w:r>
        <w:br/>
      </w:r>
      <w:r>
        <w:t xml:space="preserve">    (b) quick approval</w:t>
      </w:r>
      <w:r>
        <w:br/>
      </w:r>
      <w:r>
        <w:t xml:space="preserve">    (c) strong support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movie, there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sinister</w:t>
      </w:r>
      <w:r>
        <w:rPr>
          <w:b/>
          <w:bCs/>
        </w:rPr>
        <w:t xml:space="preserve"> </w:t>
      </w:r>
      <w:r>
        <w:rPr>
          <w:b/>
          <w:bCs/>
        </w:rPr>
        <w:t xml:space="preserve">plot to kill people and harvest their organs.</w:t>
      </w:r>
      <w:r>
        <w:br/>
      </w:r>
      <w:r>
        <w:t xml:space="preserve">    (a) complicated</w:t>
      </w:r>
      <w:r>
        <w:br/>
      </w:r>
      <w:r>
        <w:t xml:space="preserve">    (b) clever</w:t>
      </w:r>
      <w:r>
        <w:br/>
      </w:r>
      <w:r>
        <w:t xml:space="preserve">    (c) evil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She's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vivacious</w:t>
      </w:r>
      <w:r>
        <w:rPr>
          <w:b/>
          <w:bCs/>
        </w:rPr>
        <w:t xml:space="preserve"> </w:t>
      </w:r>
      <w:r>
        <w:rPr>
          <w:b/>
          <w:bCs/>
        </w:rPr>
        <w:t xml:space="preserve">high school senior who has captured the nations heart.</w:t>
      </w:r>
      <w:r>
        <w:br/>
      </w:r>
      <w:r>
        <w:t xml:space="preserve">    (a) kind and attractive</w:t>
      </w:r>
      <w:r>
        <w:br/>
      </w:r>
      <w:r>
        <w:t xml:space="preserve">    (b) engaging and lively</w:t>
      </w:r>
      <w:r>
        <w:br/>
      </w:r>
      <w:r>
        <w:t xml:space="preserve">    (c) smart and well-spoken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2026-07-31T18:23:15Z</dcterms:created>
  <dcterms:modified xsi:type="dcterms:W3CDTF">2026-07-31T18:23:15Z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