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8d66ea6a18169e4a23e7257c1917adffe366a8"/>
    <w:p>
      <w:pPr>
        <w:pStyle w:val="Heading1"/>
      </w:pPr>
      <w:r>
        <w:rPr>
          <w:b/>
          <w:bCs/>
        </w:rPr>
        <w:t xml:space="preserve">The Wanderers</w:t>
      </w:r>
      <w:r>
        <w:br/>
      </w:r>
      <w:r>
        <w:rPr>
          <w:i/>
          <w:iCs/>
        </w:rPr>
        <w:t xml:space="preserve">Eudora Welty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not worried that she might appear insecure. I'm worried that she might appear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arrogant</w:t>
      </w:r>
      <w:r>
        <w:rPr>
          <w:b/>
          <w:bCs/>
        </w:rPr>
        <w:t xml:space="preserve">.</w:t>
      </w:r>
      <w:r>
        <w:br/>
      </w:r>
      <w:r>
        <w:t xml:space="preserve">    (a) shy and uncertain</w:t>
      </w:r>
      <w:r>
        <w:br/>
      </w:r>
      <w:r>
        <w:t xml:space="preserve">    (b) warm and welcoming</w:t>
      </w:r>
      <w:r>
        <w:br/>
      </w:r>
      <w:r>
        <w:t xml:space="preserve">    (c) overly self-important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long conflict became a war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attrition</w:t>
      </w:r>
      <w:r>
        <w:rPr>
          <w:b/>
          <w:bCs/>
        </w:rPr>
        <w:t xml:space="preserve">, with both sides slowly wearing each other down.</w:t>
      </w:r>
      <w:r>
        <w:br/>
      </w:r>
      <w:r>
        <w:t xml:space="preserve">    (a) gradual loss</w:t>
      </w:r>
      <w:r>
        <w:br/>
      </w:r>
      <w:r>
        <w:t xml:space="preserve">    (b) rapid victory</w:t>
      </w:r>
      <w:r>
        <w:br/>
      </w:r>
      <w:r>
        <w:t xml:space="preserve">    (c) steady growth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leader’s desire for absolute power led to the establishment of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autocracy</w:t>
      </w:r>
      <w:r>
        <w:rPr>
          <w:b/>
          <w:bCs/>
        </w:rPr>
        <w:t xml:space="preserve">.</w:t>
      </w:r>
      <w:r>
        <w:br/>
      </w:r>
      <w:r>
        <w:t xml:space="preserve">    (a) a government controlled by a small group</w:t>
      </w:r>
      <w:r>
        <w:br/>
      </w:r>
      <w:r>
        <w:t xml:space="preserve">    (b) a strict police force</w:t>
      </w:r>
      <w:r>
        <w:br/>
      </w:r>
      <w:r>
        <w:t xml:space="preserve">    (c) a government controlled by one person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calls himself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bard</w:t>
      </w:r>
      <w:r>
        <w:rPr>
          <w:b/>
          <w:bCs/>
        </w:rPr>
        <w:t xml:space="preserve"> </w:t>
      </w:r>
      <w:r>
        <w:rPr>
          <w:b/>
          <w:bCs/>
        </w:rPr>
        <w:t xml:space="preserve">from Brooklyn.</w:t>
      </w:r>
      <w:r>
        <w:br/>
      </w:r>
      <w:r>
        <w:t xml:space="preserve">    (a) someone who knows everything about everyone</w:t>
      </w:r>
      <w:r>
        <w:br/>
      </w:r>
      <w:r>
        <w:t xml:space="preserve">    (b) someone who composes and shares poems about important events and people</w:t>
      </w:r>
      <w:r>
        <w:br/>
      </w:r>
      <w:r>
        <w:t xml:space="preserve">    (c) someone who protects the weak and delivers justice to those who are evil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Beethoven</w:t>
      </w:r>
      <w:r>
        <w:rPr>
          <w:b/>
          <w:bCs/>
        </w:rPr>
        <w:t xml:space="preserve"> </w:t>
      </w:r>
      <w:r>
        <w:rPr>
          <w:b/>
          <w:bCs/>
        </w:rPr>
        <w:t xml:space="preserve">continued to compose masterpieces after he lost his hearing.</w:t>
      </w:r>
      <w:r>
        <w:br/>
      </w:r>
      <w:r>
        <w:t xml:space="preserve">    (a) Italian Renaissance painter</w:t>
      </w:r>
      <w:r>
        <w:br/>
      </w:r>
      <w:r>
        <w:t xml:space="preserve">    (b) German classical composer</w:t>
      </w:r>
      <w:r>
        <w:br/>
      </w:r>
      <w:r>
        <w:t xml:space="preserve">    (c) British romantic poet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philosopher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contemplated</w:t>
      </w:r>
      <w:r>
        <w:rPr>
          <w:b/>
          <w:bCs/>
        </w:rPr>
        <w:t xml:space="preserve"> </w:t>
      </w:r>
      <w:r>
        <w:rPr>
          <w:b/>
          <w:bCs/>
        </w:rPr>
        <w:t xml:space="preserve">the meaning of life, pondering the big questions of existence.</w:t>
      </w:r>
      <w:r>
        <w:br/>
      </w:r>
      <w:r>
        <w:t xml:space="preserve">    (a) wrote about</w:t>
      </w:r>
      <w:r>
        <w:br/>
      </w:r>
      <w:r>
        <w:t xml:space="preserve">    (b) thought about</w:t>
      </w:r>
      <w:r>
        <w:br/>
      </w:r>
      <w:r>
        <w:t xml:space="preserve">    (c) read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her behavior does not improve, she could face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expulsion</w:t>
      </w:r>
      <w:r>
        <w:rPr>
          <w:b/>
          <w:bCs/>
        </w:rPr>
        <w:t xml:space="preserve"> </w:t>
      </w:r>
      <w:r>
        <w:rPr>
          <w:b/>
          <w:bCs/>
        </w:rPr>
        <w:t xml:space="preserve">from school.</w:t>
      </w:r>
      <w:r>
        <w:br/>
      </w:r>
      <w:r>
        <w:t xml:space="preserve">    (a) being forcing to leave</w:t>
      </w:r>
      <w:r>
        <w:br/>
      </w:r>
      <w:r>
        <w:t xml:space="preserve">    (b) serious punishment</w:t>
      </w:r>
      <w:r>
        <w:br/>
      </w:r>
      <w:r>
        <w:t xml:space="preserve">    (c) having to repeat a grade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insolent</w:t>
      </w:r>
      <w:r>
        <w:rPr>
          <w:b/>
          <w:bCs/>
        </w:rPr>
        <w:t xml:space="preserve"> </w:t>
      </w:r>
      <w:r>
        <w:rPr>
          <w:b/>
          <w:bCs/>
        </w:rPr>
        <w:t xml:space="preserve">waiter rolled his eyes when the customer asked for more water.</w:t>
      </w:r>
      <w:r>
        <w:br/>
      </w:r>
      <w:r>
        <w:t xml:space="preserve">    (a) boldly disrespectful</w:t>
      </w:r>
      <w:r>
        <w:br/>
      </w:r>
      <w:r>
        <w:t xml:space="preserve">    (b) kindly helpful</w:t>
      </w:r>
      <w:r>
        <w:br/>
      </w:r>
      <w:r>
        <w:t xml:space="preserve">    (c) shyly quiet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law in that area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intricate</w:t>
      </w:r>
      <w:r>
        <w:rPr>
          <w:b/>
          <w:bCs/>
        </w:rPr>
        <w:t xml:space="preserve">. I suggest you talk with a lawyer.</w:t>
      </w:r>
      <w:r>
        <w:br/>
      </w:r>
      <w:r>
        <w:t xml:space="preserve">    (a) outdated</w:t>
      </w:r>
      <w:r>
        <w:br/>
      </w:r>
      <w:r>
        <w:t xml:space="preserve">    (b) complicated</w:t>
      </w:r>
      <w:r>
        <w:br/>
      </w:r>
      <w:r>
        <w:t xml:space="preserve">    (c) predictable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stories tell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King Arthur</w:t>
      </w:r>
      <w:r>
        <w:rPr>
          <w:b/>
          <w:bCs/>
        </w:rPr>
        <w:t xml:space="preserve"> </w:t>
      </w:r>
      <w:r>
        <w:rPr>
          <w:b/>
          <w:bCs/>
        </w:rPr>
        <w:t xml:space="preserve">and his Knights of the Round Table.</w:t>
      </w:r>
      <w:r>
        <w:br/>
      </w:r>
      <w:r>
        <w:t xml:space="preserve">    (a) mythical Greek hero</w:t>
      </w:r>
      <w:r>
        <w:br/>
      </w:r>
      <w:r>
        <w:t xml:space="preserve">    (b) Viking warrior chief</w:t>
      </w:r>
      <w:r>
        <w:br/>
      </w:r>
      <w:r>
        <w:t xml:space="preserve">    (c) legendary British 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greeted us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languid</w:t>
      </w:r>
      <w:r>
        <w:rPr>
          <w:b/>
          <w:bCs/>
        </w:rPr>
        <w:t xml:space="preserve"> </w:t>
      </w:r>
      <w:r>
        <w:rPr>
          <w:b/>
          <w:bCs/>
        </w:rPr>
        <w:t xml:space="preserve">wave of the hand.</w:t>
      </w:r>
      <w:r>
        <w:br/>
      </w:r>
      <w:r>
        <w:t xml:space="preserve">    (a) slow and relaxed</w:t>
      </w:r>
      <w:r>
        <w:br/>
      </w:r>
      <w:r>
        <w:t xml:space="preserve">    (b) quick and sharp</w:t>
      </w:r>
      <w:r>
        <w:br/>
      </w:r>
      <w:r>
        <w:t xml:space="preserve">    (c) stiff and formal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were away from the city lights where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meteors</w:t>
      </w:r>
      <w:r>
        <w:rPr>
          <w:b/>
          <w:bCs/>
        </w:rPr>
        <w:t xml:space="preserve"> </w:t>
      </w:r>
      <w:r>
        <w:rPr>
          <w:b/>
          <w:bCs/>
        </w:rPr>
        <w:t xml:space="preserve">are easier to see.</w:t>
      </w:r>
      <w:r>
        <w:br/>
      </w:r>
      <w:r>
        <w:t xml:space="preserve">    (a) tall trees</w:t>
      </w:r>
      <w:r>
        <w:br/>
      </w:r>
      <w:r>
        <w:t xml:space="preserve">    (b) shooting stars</w:t>
      </w:r>
      <w:r>
        <w:br/>
      </w:r>
      <w:r>
        <w:t xml:space="preserve">    (c) low clouds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politician’s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nebulous</w:t>
      </w:r>
      <w:r>
        <w:rPr>
          <w:b/>
          <w:bCs/>
        </w:rPr>
        <w:t xml:space="preserve"> </w:t>
      </w:r>
      <w:r>
        <w:rPr>
          <w:b/>
          <w:bCs/>
        </w:rPr>
        <w:t xml:space="preserve">statements left the audience confused about his stance on the issue.</w:t>
      </w:r>
      <w:r>
        <w:br/>
      </w:r>
      <w:r>
        <w:t xml:space="preserve">    (a) vague or unclear</w:t>
      </w:r>
      <w:r>
        <w:br/>
      </w:r>
      <w:r>
        <w:t xml:space="preserve">    (b) confident or assertive</w:t>
      </w:r>
      <w:r>
        <w:br/>
      </w:r>
      <w:r>
        <w:t xml:space="preserve">    (c) concise or brief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renovation, the old house was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pristine</w:t>
      </w:r>
      <w:r>
        <w:rPr>
          <w:b/>
          <w:bCs/>
        </w:rPr>
        <w:t xml:space="preserve"> </w:t>
      </w:r>
      <w:r>
        <w:rPr>
          <w:b/>
          <w:bCs/>
        </w:rPr>
        <w:t xml:space="preserve">condition.</w:t>
      </w:r>
      <w:r>
        <w:br/>
      </w:r>
      <w:r>
        <w:t xml:space="preserve">    (a) spoiled or dirty</w:t>
      </w:r>
      <w:r>
        <w:br/>
      </w:r>
      <w:r>
        <w:t xml:space="preserve">    (b) unspoiled or immaculately clean</w:t>
      </w:r>
      <w:r>
        <w:br/>
      </w:r>
      <w:r>
        <w:t xml:space="preserve">    (c) adequate but not exceptional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reproach</w:t>
      </w:r>
      <w:r>
        <w:rPr>
          <w:b/>
          <w:bCs/>
        </w:rPr>
        <w:t xml:space="preserve"> </w:t>
      </w:r>
      <w:r>
        <w:rPr>
          <w:b/>
          <w:bCs/>
        </w:rPr>
        <w:t xml:space="preserve">yourself for things beyond your control.</w:t>
      </w:r>
      <w:r>
        <w:br/>
      </w:r>
      <w:r>
        <w:t xml:space="preserve">    (a) criticize</w:t>
      </w:r>
      <w:r>
        <w:br/>
      </w:r>
      <w:r>
        <w:t xml:space="preserve">    (b) accept honor for</w:t>
      </w:r>
      <w:r>
        <w:br/>
      </w:r>
      <w:r>
        <w:t xml:space="preserve">    (c) congratulate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leaning toward voting for her, but her stance on education policy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revelation</w:t>
      </w:r>
      <w:r>
        <w:rPr>
          <w:b/>
          <w:bCs/>
        </w:rPr>
        <w:t xml:space="preserve"> </w:t>
      </w:r>
      <w:r>
        <w:rPr>
          <w:b/>
          <w:bCs/>
        </w:rPr>
        <w:t xml:space="preserve">to me.</w:t>
      </w:r>
      <w:r>
        <w:br/>
      </w:r>
      <w:r>
        <w:t xml:space="preserve">    (a) something surprising and previously unknown</w:t>
      </w:r>
      <w:r>
        <w:br/>
      </w:r>
      <w:r>
        <w:t xml:space="preserve">    (b) something that reversed a previous decision</w:t>
      </w:r>
      <w:r>
        <w:br/>
      </w:r>
      <w:r>
        <w:t xml:space="preserve">    (c) something that made a decision easy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remained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serene</w:t>
      </w:r>
      <w:r>
        <w:rPr>
          <w:b/>
          <w:bCs/>
        </w:rPr>
        <w:t xml:space="preserve"> </w:t>
      </w:r>
      <w:r>
        <w:rPr>
          <w:b/>
          <w:bCs/>
        </w:rPr>
        <w:t xml:space="preserve">even when he was yelling at her.</w:t>
      </w:r>
      <w:r>
        <w:br/>
      </w:r>
      <w:r>
        <w:t xml:space="preserve">    (a) unmoved</w:t>
      </w:r>
      <w:r>
        <w:br/>
      </w:r>
      <w:r>
        <w:t xml:space="preserve">    (b) aggressive</w:t>
      </w:r>
      <w:r>
        <w:br/>
      </w:r>
      <w:r>
        <w:t xml:space="preserve">    (c) calm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Since she posted that tweet, she's received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torrent</w:t>
      </w:r>
      <w:r>
        <w:rPr>
          <w:b/>
          <w:bCs/>
        </w:rPr>
        <w:t xml:space="preserve"> </w:t>
      </w:r>
      <w:r>
        <w:rPr>
          <w:b/>
          <w:bCs/>
        </w:rPr>
        <w:t xml:space="preserve">of abuse.</w:t>
      </w:r>
      <w:r>
        <w:br/>
      </w:r>
      <w:r>
        <w:t xml:space="preserve">    (a) overwhelming amount</w:t>
      </w:r>
      <w:r>
        <w:br/>
      </w:r>
      <w:r>
        <w:t xml:space="preserve">    (b) increasing amount</w:t>
      </w:r>
      <w:r>
        <w:br/>
      </w:r>
      <w:r>
        <w:t xml:space="preserve">    (c) warning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determined and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vacillate</w:t>
      </w:r>
      <w:r>
        <w:rPr>
          <w:b/>
          <w:bCs/>
        </w:rPr>
        <w:t xml:space="preserve"> </w:t>
      </w:r>
      <w:r>
        <w:rPr>
          <w:b/>
          <w:bCs/>
        </w:rPr>
        <w:t xml:space="preserve">in the least.</w:t>
      </w:r>
      <w:r>
        <w:br/>
      </w:r>
      <w:r>
        <w:t xml:space="preserve">    (a) waver</w:t>
      </w:r>
      <w:r>
        <w:br/>
      </w:r>
      <w:r>
        <w:t xml:space="preserve">    (b) forget</w:t>
      </w:r>
      <w:r>
        <w:br/>
      </w:r>
      <w:r>
        <w:t xml:space="preserve">    (c) celebrate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chef's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vaunted</w:t>
      </w:r>
      <w:r>
        <w:rPr>
          <w:b/>
          <w:bCs/>
        </w:rPr>
        <w:t xml:space="preserve"> </w:t>
      </w:r>
      <w:r>
        <w:rPr>
          <w:b/>
          <w:bCs/>
        </w:rPr>
        <w:t xml:space="preserve">signature dish is a must-try for any foodie.</w:t>
      </w:r>
      <w:r>
        <w:br/>
      </w:r>
      <w:r>
        <w:t xml:space="preserve">    (a) extravagantly praised</w:t>
      </w:r>
      <w:r>
        <w:br/>
      </w:r>
      <w:r>
        <w:t xml:space="preserve">    (b) difficult to make</w:t>
      </w:r>
      <w:r>
        <w:br/>
      </w:r>
      <w:r>
        <w:t xml:space="preserve">    (c) rare or expensive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2026-07-31T18:23:16Z</dcterms:created>
  <dcterms:modified xsi:type="dcterms:W3CDTF">2026-07-31T18:23:16Z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