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2c9c8561ef956a993b6338da539115bb1e07d7"/>
    <w:p>
      <w:pPr>
        <w:pStyle w:val="Heading1"/>
      </w:pPr>
      <w:r>
        <w:rPr>
          <w:b/>
          <w:bCs/>
        </w:rPr>
        <w:t xml:space="preserve">The Wanderers</w:t>
      </w:r>
      <w:r>
        <w:br/>
      </w:r>
      <w:r>
        <w:rPr>
          <w:i/>
          <w:iCs/>
        </w:rPr>
        <w:t xml:space="preserve">Eudora Welty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As she looked out from her hill in the creeping shade, Miss Katie Rainey might have liked to be argued with and prevailed upon to go back in the house; at the last she might have suffered</w:t>
      </w:r>
      <w:r>
        <w:rPr>
          <w:b/>
          <w:bCs/>
        </w:rPr>
        <w:t xml:space="preserve"> </w:t>
      </w:r>
      <w:r>
        <w:rPr>
          <w:b/>
          <w:bCs/>
          <w:u w:val="single"/>
        </w:rPr>
        <w:t xml:space="preserve">contradiction</w:t>
      </w:r>
      <w:r>
        <w:rPr>
          <w:b/>
          <w:bCs/>
        </w:rPr>
        <w:t xml:space="preserve">, but from whom?</w:t>
      </w:r>
      <w:r>
        <w:br/>
      </w:r>
      <w:r>
        <w:t xml:space="preserve">    (a) something made of the brownish metal with the same name -- such as a sculpture or a third place medal</w:t>
      </w:r>
      <w:r>
        <w:br/>
      </w:r>
      <w:r>
        <w:t xml:space="preserve">    (b) nerve cells running from the base of the skull to the lower back and enclosed by vertebrae in adults</w:t>
      </w:r>
      <w:r>
        <w:br/>
      </w:r>
      <w:r>
        <w:t xml:space="preserve">    (c) something (typically a statement) that disagrees with itself; or (more rarely) the act of disagreeing</w:t>
      </w:r>
    </w:p>
    <w:p>
      <w:pPr>
        <w:pStyle w:val="Compact"/>
        <w:numPr>
          <w:ilvl w:val="0"/>
          <w:numId w:val="1001"/>
        </w:numPr>
      </w:pPr>
      <w:r>
        <w:rPr>
          <w:b/>
          <w:bCs/>
        </w:rPr>
        <w:t xml:space="preserve">She made the steps of the walk they had to watch, head, breasts, and hips in their helpless</w:t>
      </w:r>
      <w:r>
        <w:rPr>
          <w:b/>
          <w:bCs/>
        </w:rPr>
        <w:t xml:space="preserve"> </w:t>
      </w:r>
      <w:r>
        <w:rPr>
          <w:b/>
          <w:bCs/>
          <w:u w:val="single"/>
        </w:rPr>
        <w:t xml:space="preserve">agitation</w:t>
      </w:r>
      <w:r>
        <w:rPr>
          <w:b/>
          <w:bCs/>
        </w:rPr>
        <w:t xml:space="preserve">, like a rope of bells she started in their ears.</w:t>
      </w:r>
      <w:r>
        <w:br/>
      </w:r>
      <w:r>
        <w:t xml:space="preserve">    (a) formula (a mathematical expression that describe a relationship between variables)</w:t>
      </w:r>
      <w:r>
        <w:br/>
      </w:r>
      <w:r>
        <w:t xml:space="preserve">    (b) officially telling someone about something; or something that contains the message</w:t>
      </w:r>
      <w:r>
        <w:br/>
      </w:r>
      <w:r>
        <w:t xml:space="preserve">    (c) the act of stirring up (emotionally or physically); or a state of emotional unrest</w:t>
      </w:r>
    </w:p>
    <w:p>
      <w:pPr>
        <w:pStyle w:val="Compact"/>
        <w:numPr>
          <w:ilvl w:val="0"/>
          <w:numId w:val="1001"/>
        </w:numPr>
      </w:pPr>
      <w:r>
        <w:rPr>
          <w:b/>
          <w:bCs/>
        </w:rPr>
        <w:t xml:space="preserve">Nina Carmichael, Mrs. Junior Nesbitt heavy with child, was seated where he could see her, head fine and</w:t>
      </w:r>
      <w:r>
        <w:rPr>
          <w:b/>
          <w:bCs/>
        </w:rPr>
        <w:t xml:space="preserve"> </w:t>
      </w:r>
      <w:r>
        <w:rPr>
          <w:b/>
          <w:bCs/>
          <w:u w:val="single"/>
        </w:rPr>
        <w:t xml:space="preserve">indifferent</w:t>
      </w:r>
      <w:r>
        <w:rPr>
          <w:b/>
          <w:bCs/>
        </w:rPr>
        <w:t xml:space="preserve">, one puffed white arm stretched along the sewing machine.</w:t>
      </w:r>
      <w:r>
        <w:br/>
      </w:r>
      <w:r>
        <w:t xml:space="preserve">    (a) likely to change</w:t>
      </w:r>
      <w:r>
        <w:br/>
      </w:r>
      <w:r>
        <w:t xml:space="preserve">    (b) without interest</w:t>
      </w:r>
      <w:r>
        <w:br/>
      </w:r>
      <w:r>
        <w:t xml:space="preserve">    (c) able to be found</w:t>
      </w:r>
    </w:p>
    <w:p>
      <w:pPr>
        <w:pStyle w:val="Compact"/>
        <w:numPr>
          <w:ilvl w:val="0"/>
          <w:numId w:val="1001"/>
        </w:numPr>
      </w:pPr>
      <w:r>
        <w:rPr>
          <w:b/>
          <w:bCs/>
        </w:rPr>
        <w:t xml:space="preserve">Virgie had a sudden</w:t>
      </w:r>
      <w:r>
        <w:rPr>
          <w:b/>
          <w:bCs/>
        </w:rPr>
        <w:t xml:space="preserve"> </w:t>
      </w:r>
      <w:r>
        <w:rPr>
          <w:b/>
          <w:bCs/>
          <w:u w:val="single"/>
        </w:rPr>
        <w:t xml:space="preserve">recollection</w:t>
      </w:r>
      <w:r>
        <w:rPr>
          <w:b/>
          <w:bCs/>
        </w:rPr>
        <w:t xml:space="preserve"> </w:t>
      </w:r>
      <w:r>
        <w:rPr>
          <w:b/>
          <w:bCs/>
        </w:rPr>
        <w:t xml:space="preserve">of recital night at Miss Eckhart's—the moment when she was to be called out.</w:t>
      </w:r>
      <w:r>
        <w:br/>
      </w:r>
      <w:r>
        <w:t xml:space="preserve">    (a) result</w:t>
      </w:r>
      <w:r>
        <w:br/>
      </w:r>
      <w:r>
        <w:t xml:space="preserve">    (b) battle</w:t>
      </w:r>
      <w:r>
        <w:br/>
      </w:r>
      <w:r>
        <w:t xml:space="preserve">    (c) memory</w:t>
      </w:r>
    </w:p>
    <w:p>
      <w:pPr>
        <w:pStyle w:val="Compact"/>
        <w:numPr>
          <w:ilvl w:val="0"/>
          <w:numId w:val="1001"/>
        </w:numPr>
      </w:pPr>
      <w:r>
        <w:rPr>
          <w:b/>
          <w:bCs/>
        </w:rPr>
        <w:t xml:space="preserve">The old summer-house was still back there,</w:t>
      </w:r>
      <w:r>
        <w:rPr>
          <w:b/>
          <w:bCs/>
        </w:rPr>
        <w:t xml:space="preserve"> </w:t>
      </w:r>
      <w:r>
        <w:rPr>
          <w:b/>
          <w:bCs/>
          <w:u w:val="single"/>
        </w:rPr>
        <w:t xml:space="preserve">lattices</w:t>
      </w:r>
      <w:r>
        <w:rPr>
          <w:b/>
          <w:bCs/>
        </w:rPr>
        <w:t xml:space="preserve"> </w:t>
      </w:r>
      <w:r>
        <w:rPr>
          <w:b/>
          <w:bCs/>
        </w:rPr>
        <w:t xml:space="preserve">leaning inward and not matching at the joinings, in the shadow like a place where long ago something had been kept that could peep out now; in the sun like a little temple raised to it.</w:t>
      </w:r>
      <w:r>
        <w:br/>
      </w:r>
      <w:r>
        <w:t xml:space="preserve">    (a) regular crisscross pattern of lines or points that forms a repeating grid of squares or diamonds</w:t>
      </w:r>
      <w:r>
        <w:br/>
      </w:r>
      <w:r>
        <w:t xml:space="preserve">    (b) (noun) strips of hair that are lighter in color  OR  (verb) makes strips of hair lighter in color</w:t>
      </w:r>
      <w:r>
        <w:br/>
      </w:r>
      <w:r>
        <w:t xml:space="preserve">    (c) changes the direction of a light wave (or other wave) by passing an opaque edge or narrow opening</w:t>
      </w:r>
    </w:p>
    <w:p>
      <w:pPr>
        <w:pStyle w:val="Compact"/>
        <w:numPr>
          <w:ilvl w:val="0"/>
          <w:numId w:val="1001"/>
        </w:numPr>
      </w:pPr>
      <w:r>
        <w:rPr>
          <w:b/>
          <w:bCs/>
        </w:rPr>
        <w:t xml:space="preserve">Her busyness gave Missie an air of abandon, quite</w:t>
      </w:r>
      <w:r>
        <w:rPr>
          <w:b/>
          <w:bCs/>
        </w:rPr>
        <w:t xml:space="preserve"> </w:t>
      </w:r>
      <w:r>
        <w:rPr>
          <w:b/>
          <w:bCs/>
          <w:u w:val="single"/>
        </w:rPr>
        <w:t xml:space="preserve">impregnable</w:t>
      </w:r>
      <w:r>
        <w:rPr>
          <w:b/>
          <w:bCs/>
        </w:rPr>
        <w:t xml:space="preserve">.</w:t>
      </w:r>
      <w:r>
        <w:br/>
      </w:r>
      <w:r>
        <w:t xml:space="preserve">    (a) able to take on or adopt</w:t>
      </w:r>
      <w:r>
        <w:br/>
      </w:r>
      <w:r>
        <w:t xml:space="preserve">    (b) able to withstand attack</w:t>
      </w:r>
      <w:r>
        <w:br/>
      </w:r>
      <w:r>
        <w:t xml:space="preserve">    (c) the state of being awake</w:t>
      </w:r>
    </w:p>
    <w:p>
      <w:pPr>
        <w:pStyle w:val="Compact"/>
        <w:numPr>
          <w:ilvl w:val="0"/>
          <w:numId w:val="1001"/>
        </w:numPr>
      </w:pPr>
      <w:r>
        <w:rPr>
          <w:b/>
          <w:bCs/>
        </w:rPr>
        <w:t xml:space="preserve">She slept in the bedroom rocker, in the</w:t>
      </w:r>
      <w:r>
        <w:rPr>
          <w:b/>
          <w:bCs/>
        </w:rPr>
        <w:t xml:space="preserve"> </w:t>
      </w:r>
      <w:r>
        <w:rPr>
          <w:b/>
          <w:bCs/>
          <w:u w:val="single"/>
        </w:rPr>
        <w:t xml:space="preserve">luminous</w:t>
      </w:r>
      <w:r>
        <w:rPr>
          <w:b/>
          <w:bCs/>
        </w:rPr>
        <w:t xml:space="preserve"> </w:t>
      </w:r>
      <w:r>
        <w:rPr>
          <w:b/>
          <w:bCs/>
        </w:rPr>
        <w:t xml:space="preserve">veil of her dress, the cocoon of her head hanging upon it, and the fan let fall from her fingers.</w:t>
      </w:r>
      <w:r>
        <w:br/>
      </w:r>
      <w:r>
        <w:t xml:space="preserve">    (a) able to be persuaded to do something by tempting with pleasure or something desired</w:t>
      </w:r>
      <w:r>
        <w:br/>
      </w:r>
      <w:r>
        <w:t xml:space="preserve">    (b) relating to one-sided information that is purposefully spread to influence opinions</w:t>
      </w:r>
      <w:r>
        <w:br/>
      </w:r>
      <w:r>
        <w:t xml:space="preserve">    (c) glowing or shining</w:t>
      </w:r>
      <w:r>
        <w:br/>
      </w:r>
      <w:r>
        <w:br/>
      </w:r>
      <w:r>
        <w:t xml:space="preserve">(also used metaphorically to describe beauty or intelligence)</w:t>
      </w:r>
    </w:p>
    <w:p>
      <w:pPr>
        <w:pStyle w:val="Compact"/>
        <w:numPr>
          <w:ilvl w:val="0"/>
          <w:numId w:val="1001"/>
        </w:numPr>
      </w:pPr>
      <w:r>
        <w:rPr>
          <w:b/>
          <w:bCs/>
        </w:rPr>
        <w:t xml:space="preserve">Gradually other children, Loomis and Maloney, attracted by the magnetic MacLains, played there too, all drunk with the attractions of an untried place, and a place</w:t>
      </w:r>
      <w:r>
        <w:rPr>
          <w:b/>
          <w:bCs/>
        </w:rPr>
        <w:t xml:space="preserve"> </w:t>
      </w:r>
      <w:r>
        <w:rPr>
          <w:b/>
          <w:bCs/>
          <w:u w:val="single"/>
        </w:rPr>
        <w:t xml:space="preserve">sinister</w:t>
      </w:r>
      <w:r>
        <w:rPr>
          <w:b/>
          <w:bCs/>
        </w:rPr>
        <w:t xml:space="preserve"> </w:t>
      </w:r>
      <w:r>
        <w:rPr>
          <w:b/>
          <w:bCs/>
        </w:rPr>
        <w:t xml:space="preserve">for the day.</w:t>
      </w:r>
      <w:r>
        <w:br/>
      </w:r>
      <w:r>
        <w:t xml:space="preserve">    (a) evil, harmful, or frightening</w:t>
      </w:r>
      <w:r>
        <w:br/>
      </w:r>
      <w:r>
        <w:t xml:space="preserve">    (b) not able to be disagreed with</w:t>
      </w:r>
      <w:r>
        <w:br/>
      </w:r>
      <w:r>
        <w:t xml:space="preserve">    (c) not thoughtful about the past</w:t>
      </w:r>
    </w:p>
    <w:p>
      <w:pPr>
        <w:pStyle w:val="Compact"/>
        <w:numPr>
          <w:ilvl w:val="0"/>
          <w:numId w:val="1001"/>
        </w:numPr>
      </w:pPr>
      <w:r>
        <w:rPr>
          <w:b/>
          <w:bCs/>
        </w:rPr>
        <w:t xml:space="preserve">There was a tuning fork in his shirt pocket that showed when he walked sideways back of the coffin and leaned over it full front to</w:t>
      </w:r>
      <w:r>
        <w:rPr>
          <w:b/>
          <w:bCs/>
        </w:rPr>
        <w:t xml:space="preserve"> </w:t>
      </w:r>
      <w:r>
        <w:rPr>
          <w:b/>
          <w:bCs/>
          <w:u w:val="single"/>
        </w:rPr>
        <w:t xml:space="preserve">scrutinize</w:t>
      </w:r>
      <w:r>
        <w:rPr>
          <w:b/>
          <w:bCs/>
        </w:rPr>
        <w:t xml:space="preserve"> </w:t>
      </w:r>
      <w:r>
        <w:rPr>
          <w:b/>
          <w:bCs/>
        </w:rPr>
        <w:t xml:space="preserve">the body.</w:t>
      </w:r>
      <w:r>
        <w:br/>
      </w:r>
      <w:r>
        <w:t xml:space="preserve">    (a) to look at very carefully</w:t>
      </w:r>
      <w:r>
        <w:br/>
      </w:r>
      <w:r>
        <w:t xml:space="preserve">    (b) being a boundary or limit</w:t>
      </w:r>
      <w:r>
        <w:br/>
      </w:r>
      <w:r>
        <w:t xml:space="preserve">    (c) find, search, or research</w:t>
      </w:r>
    </w:p>
    <w:p>
      <w:pPr>
        <w:pStyle w:val="Compact"/>
        <w:numPr>
          <w:ilvl w:val="0"/>
          <w:numId w:val="1001"/>
        </w:numPr>
      </w:pPr>
      <w:r>
        <w:rPr>
          <w:b/>
          <w:bCs/>
        </w:rPr>
        <w:t xml:space="preserve">Then he made a</w:t>
      </w:r>
      <w:r>
        <w:rPr>
          <w:b/>
          <w:bCs/>
        </w:rPr>
        <w:t xml:space="preserve"> </w:t>
      </w:r>
      <w:r>
        <w:rPr>
          <w:b/>
          <w:bCs/>
          <w:u w:val="single"/>
        </w:rPr>
        <w:t xml:space="preserve">hideous</w:t>
      </w:r>
      <w:r>
        <w:rPr>
          <w:b/>
          <w:bCs/>
        </w:rPr>
        <w:t xml:space="preserve"> </w:t>
      </w:r>
      <w:r>
        <w:rPr>
          <w:b/>
          <w:bCs/>
        </w:rPr>
        <w:t xml:space="preserve">face at Virgie, like a silent yell.</w:t>
      </w:r>
      <w:r>
        <w:br/>
      </w:r>
      <w:r>
        <w:t xml:space="preserve">    (a) extremely ugly, offensive, and/or frightening</w:t>
      </w:r>
      <w:r>
        <w:br/>
      </w:r>
      <w:r>
        <w:t xml:space="preserve">    (b) the quality of not being sensible and careful</w:t>
      </w:r>
      <w:r>
        <w:br/>
      </w:r>
      <w:r>
        <w:t xml:space="preserve">    (c) the characteristic of demonstrating something</w:t>
      </w:r>
    </w:p>
    <w:p>
      <w:pPr>
        <w:pStyle w:val="Compact"/>
        <w:numPr>
          <w:ilvl w:val="0"/>
          <w:numId w:val="1001"/>
        </w:numPr>
      </w:pPr>
      <w:r>
        <w:rPr>
          <w:b/>
          <w:bCs/>
        </w:rPr>
        <w:t xml:space="preserve">Turning her head, looking out of the one bright window through which came the cries of the little MacLains playing in the yard, she knew another moment of</w:t>
      </w:r>
      <w:r>
        <w:rPr>
          <w:b/>
          <w:bCs/>
        </w:rPr>
        <w:t xml:space="preserve"> </w:t>
      </w:r>
      <w:r>
        <w:rPr>
          <w:b/>
          <w:bCs/>
          <w:u w:val="single"/>
        </w:rPr>
        <w:t xml:space="preserve">alliance</w:t>
      </w:r>
      <w:r>
        <w:rPr>
          <w:b/>
          <w:bCs/>
        </w:rPr>
        <w:t xml:space="preserve">.</w:t>
      </w:r>
      <w:r>
        <w:br/>
      </w:r>
      <w:r>
        <w:t xml:space="preserve">    (a) sense of isolation due to competing interests</w:t>
      </w:r>
      <w:r>
        <w:br/>
      </w:r>
      <w:r>
        <w:t xml:space="preserve">    (b) association formed to support common interests</w:t>
      </w:r>
      <w:r>
        <w:br/>
      </w:r>
      <w:r>
        <w:t xml:space="preserve">    (c) set of competing interests amongst neighbors</w:t>
      </w:r>
    </w:p>
    <w:p>
      <w:pPr>
        <w:pStyle w:val="Compact"/>
        <w:numPr>
          <w:ilvl w:val="0"/>
          <w:numId w:val="1001"/>
        </w:numPr>
      </w:pPr>
      <w:r>
        <w:rPr>
          <w:b/>
          <w:bCs/>
        </w:rPr>
        <w:t xml:space="preserve">But she knew the kinship for what it was, whomever it settled upon, an</w:t>
      </w:r>
      <w:r>
        <w:rPr>
          <w:b/>
          <w:bCs/>
        </w:rPr>
        <w:t xml:space="preserve"> </w:t>
      </w:r>
      <w:r>
        <w:rPr>
          <w:b/>
          <w:bCs/>
          <w:u w:val="single"/>
        </w:rPr>
        <w:t xml:space="preserve">indelible</w:t>
      </w:r>
      <w:r>
        <w:rPr>
          <w:b/>
          <w:bCs/>
        </w:rPr>
        <w:t xml:space="preserve"> </w:t>
      </w:r>
      <w:r>
        <w:rPr>
          <w:b/>
          <w:bCs/>
        </w:rPr>
        <w:t xml:space="preserve">thing which may come without friendship or even too early an identity, may come even despisingly, in rudeness, intruding in the middle of sorrow.</w:t>
      </w:r>
      <w:r>
        <w:br/>
      </w:r>
      <w:r>
        <w:t xml:space="preserve">    (a) impossible to remove, forget, or erase -- can refer to physical marks or lasting memories</w:t>
      </w:r>
      <w:r>
        <w:br/>
      </w:r>
      <w:r>
        <w:t xml:space="preserve">    (b) a hollow muscular organ in the pelvic cavity of females which can hold a developing fetus</w:t>
      </w:r>
      <w:r>
        <w:br/>
      </w:r>
      <w:r>
        <w:t xml:space="preserve">    (c) one who believes that knowledge is acquired primarily by reason rather than by experience</w:t>
      </w:r>
    </w:p>
    <w:p>
      <w:pPr>
        <w:pStyle w:val="Compact"/>
        <w:numPr>
          <w:ilvl w:val="0"/>
          <w:numId w:val="1001"/>
        </w:numPr>
      </w:pPr>
      <w:r>
        <w:rPr>
          <w:b/>
          <w:bCs/>
        </w:rPr>
        <w:t xml:space="preserve">"But mainly, Mr. MacLain, you should remember to keep off rich food," Miss Snowdie said, leading her husband down a</w:t>
      </w:r>
      <w:r>
        <w:rPr>
          <w:b/>
          <w:bCs/>
        </w:rPr>
        <w:t xml:space="preserve"> </w:t>
      </w:r>
      <w:r>
        <w:rPr>
          <w:b/>
          <w:bCs/>
          <w:u w:val="single"/>
        </w:rPr>
        <w:t xml:space="preserve">divergent</w:t>
      </w:r>
      <w:r>
        <w:rPr>
          <w:b/>
          <w:bCs/>
        </w:rPr>
        <w:t xml:space="preserve"> </w:t>
      </w:r>
      <w:r>
        <w:rPr>
          <w:b/>
          <w:bCs/>
        </w:rPr>
        <w:t xml:space="preserve">path.</w:t>
      </w:r>
      <w:r>
        <w:br/>
      </w:r>
      <w:r>
        <w:t xml:space="preserve">    (a) lacking a tendency to be full of thought</w:t>
      </w:r>
      <w:r>
        <w:br/>
      </w:r>
      <w:r>
        <w:t xml:space="preserve">    (b) to move apart; or be or become different</w:t>
      </w:r>
      <w:r>
        <w:br/>
      </w:r>
      <w:r>
        <w:t xml:space="preserve">    (c) without a tendency to be full of thought</w:t>
      </w:r>
    </w:p>
    <w:p>
      <w:pPr>
        <w:pStyle w:val="Compact"/>
        <w:numPr>
          <w:ilvl w:val="0"/>
          <w:numId w:val="1001"/>
        </w:numPr>
      </w:pPr>
      <w:r>
        <w:rPr>
          <w:b/>
          <w:bCs/>
        </w:rPr>
        <w:t xml:space="preserve">After Dr. Williams' prayer, little crumbs and clods ran down the mound, pellmell; the earth grew immediately</w:t>
      </w:r>
      <w:r>
        <w:rPr>
          <w:b/>
          <w:bCs/>
        </w:rPr>
        <w:t xml:space="preserve"> </w:t>
      </w:r>
      <w:r>
        <w:rPr>
          <w:b/>
          <w:bCs/>
          <w:u w:val="single"/>
        </w:rPr>
        <w:t xml:space="preserve">vivacious</w:t>
      </w:r>
      <w:r>
        <w:rPr>
          <w:b/>
          <w:bCs/>
        </w:rPr>
        <w:t xml:space="preserve"> </w:t>
      </w:r>
      <w:r>
        <w:rPr>
          <w:b/>
          <w:bCs/>
        </w:rPr>
        <w:t xml:space="preserve">and wild as a creature.</w:t>
      </w:r>
      <w:r>
        <w:br/>
      </w:r>
      <w:r>
        <w:t xml:space="preserve">    (a) the quality of feeling angry or unhappy about having to accept something not liked</w:t>
      </w:r>
      <w:r>
        <w:br/>
      </w:r>
      <w:r>
        <w:t xml:space="preserve">    (b) an argument attributed to one's opponent that is weaker than their actual argument</w:t>
      </w:r>
      <w:r>
        <w:br/>
      </w:r>
      <w:r>
        <w:t xml:space="preserve">    (c) having an engaging liveliness -- when said of a person, typically said of a female</w:t>
      </w:r>
    </w:p>
    <w:p>
      <w:pPr>
        <w:pStyle w:val="Compact"/>
        <w:numPr>
          <w:ilvl w:val="0"/>
          <w:numId w:val="1001"/>
        </w:numPr>
      </w:pPr>
      <w:r>
        <w:rPr>
          <w:b/>
          <w:bCs/>
        </w:rPr>
        <w:t xml:space="preserve">Her fingers set, after coming back, set half-closed; the strength in her hands she used up to type in the office but most consciously to pull the udders of the succeeding cows, as if she would hunt, hunt, hunt daily for the blindness that lay inside the beast, inside where she could have a real and living wall for beating on, a solid prison to get out of, the most real stupidity of flesh, a mindless and careless and calling body, to respond flesh for flesh,</w:t>
      </w:r>
      <w:r>
        <w:rPr>
          <w:b/>
          <w:bCs/>
        </w:rPr>
        <w:t xml:space="preserve"> </w:t>
      </w:r>
      <w:r>
        <w:rPr>
          <w:b/>
          <w:bCs/>
          <w:u w:val="single"/>
        </w:rPr>
        <w:t xml:space="preserve">anguish</w:t>
      </w:r>
      <w:r>
        <w:rPr>
          <w:b/>
          <w:bCs/>
        </w:rPr>
        <w:t xml:space="preserve"> </w:t>
      </w:r>
      <w:r>
        <w:rPr>
          <w:b/>
          <w:bCs/>
        </w:rPr>
        <w:t xml:space="preserve">for anguish.</w:t>
      </w:r>
      <w:r>
        <w:br/>
      </w:r>
      <w:r>
        <w:t xml:space="preserve">    (a) extreme depression</w:t>
      </w:r>
      <w:r>
        <w:br/>
      </w:r>
      <w:r>
        <w:t xml:space="preserve">    (b) extreme introversion</w:t>
      </w:r>
      <w:r>
        <w:br/>
      </w:r>
      <w:r>
        <w:t xml:space="preserve">    (c) extreme pain, suffering, or distress</w:t>
      </w:r>
    </w:p>
    <w:p>
      <w:pPr>
        <w:pStyle w:val="Compact"/>
        <w:numPr>
          <w:ilvl w:val="0"/>
          <w:numId w:val="1001"/>
        </w:numPr>
      </w:pPr>
      <w:r>
        <w:rPr>
          <w:b/>
          <w:bCs/>
        </w:rPr>
        <w:t xml:space="preserve">My night-blooming cereus throwed a flower tonight, and I couldn't</w:t>
      </w:r>
      <w:r>
        <w:rPr>
          <w:b/>
          <w:bCs/>
        </w:rPr>
        <w:t xml:space="preserve"> </w:t>
      </w:r>
      <w:r>
        <w:rPr>
          <w:b/>
          <w:bCs/>
          <w:u w:val="single"/>
        </w:rPr>
        <w:t xml:space="preserve">forbear</w:t>
      </w:r>
      <w:r>
        <w:rPr>
          <w:b/>
          <w:bCs/>
        </w:rPr>
        <w:t xml:space="preserve"> </w:t>
      </w:r>
      <w:r>
        <w:rPr>
          <w:b/>
          <w:bCs/>
        </w:rPr>
        <w:t xml:space="preserve">to bring you it.</w:t>
      </w:r>
      <w:r>
        <w:br/>
      </w:r>
      <w:r>
        <w:t xml:space="preserve">    (a) the ability to take on or adopt</w:t>
      </w:r>
      <w:r>
        <w:br/>
      </w:r>
      <w:r>
        <w:t xml:space="preserve">    (b) where attention is concentrated</w:t>
      </w:r>
      <w:r>
        <w:br/>
      </w:r>
      <w:r>
        <w:t xml:space="preserve">    (c) refrain (hold back) from acting</w:t>
      </w:r>
    </w:p>
    <w:p>
      <w:pPr>
        <w:pStyle w:val="Compact"/>
        <w:numPr>
          <w:ilvl w:val="0"/>
          <w:numId w:val="1001"/>
        </w:numPr>
      </w:pPr>
      <w:r>
        <w:rPr>
          <w:b/>
          <w:bCs/>
        </w:rPr>
        <w:t xml:space="preserve">Miss Virgie must</w:t>
      </w:r>
      <w:r>
        <w:rPr>
          <w:b/>
          <w:bCs/>
        </w:rPr>
        <w:t xml:space="preserve"> </w:t>
      </w:r>
      <w:r>
        <w:rPr>
          <w:b/>
          <w:bCs/>
          <w:u w:val="single"/>
        </w:rPr>
        <w:t xml:space="preserve">despise</w:t>
      </w:r>
      <w:r>
        <w:rPr>
          <w:b/>
          <w:bCs/>
        </w:rPr>
        <w:t xml:space="preserve"> </w:t>
      </w:r>
      <w:r>
        <w:rPr>
          <w:b/>
          <w:bCs/>
        </w:rPr>
        <w:t xml:space="preserve">things more than the meanest people, more than any throwing ghosts.</w:t>
      </w:r>
      <w:r>
        <w:br/>
      </w:r>
      <w:r>
        <w:t xml:space="preserve">    (a) to be overly unhappy and unsociable</w:t>
      </w:r>
      <w:r>
        <w:br/>
      </w:r>
      <w:r>
        <w:t xml:space="preserve">    (b) dislike strongly and look down upon</w:t>
      </w:r>
      <w:r>
        <w:br/>
      </w:r>
      <w:r>
        <w:t xml:space="preserve">    (c) technical:  center or concentration</w:t>
      </w:r>
    </w:p>
    <w:p>
      <w:pPr>
        <w:pStyle w:val="Compact"/>
        <w:numPr>
          <w:ilvl w:val="0"/>
          <w:numId w:val="1001"/>
        </w:numPr>
      </w:pPr>
      <w:r>
        <w:rPr>
          <w:b/>
          <w:bCs/>
        </w:rPr>
        <w:t xml:space="preserve">Cassie's voice, growing louder, grew at the same time more anxious and more</w:t>
      </w:r>
      <w:r>
        <w:rPr>
          <w:b/>
          <w:bCs/>
        </w:rPr>
        <w:t xml:space="preserve"> </w:t>
      </w:r>
      <w:r>
        <w:rPr>
          <w:b/>
          <w:bCs/>
          <w:u w:val="single"/>
        </w:rPr>
        <w:t xml:space="preserve">reverent</w:t>
      </w:r>
      <w:r>
        <w:rPr>
          <w:b/>
          <w:bCs/>
        </w:rPr>
        <w:t xml:space="preserve">.</w:t>
      </w:r>
      <w:r>
        <w:br/>
      </w:r>
      <w:r>
        <w:t xml:space="preserve">    (a) the quality of being sensible and careful</w:t>
      </w:r>
      <w:r>
        <w:br/>
      </w:r>
      <w:r>
        <w:t xml:space="preserve">    (b) without purpose, job, or natural activity</w:t>
      </w:r>
      <w:r>
        <w:br/>
      </w:r>
      <w:r>
        <w:t xml:space="preserve">    (c) feeling or showing respect and admiration</w:t>
      </w:r>
    </w:p>
    <w:p>
      <w:pPr>
        <w:pStyle w:val="Compact"/>
        <w:numPr>
          <w:ilvl w:val="0"/>
          <w:numId w:val="1001"/>
        </w:numPr>
      </w:pPr>
      <w:r>
        <w:rPr>
          <w:b/>
          <w:bCs/>
        </w:rPr>
        <w:t xml:space="preserve">Sometimes he looked up in the town where he was young and said something strangely spiteful or</w:t>
      </w:r>
      <w:r>
        <w:rPr>
          <w:b/>
          <w:bCs/>
        </w:rPr>
        <w:t xml:space="preserve"> </w:t>
      </w:r>
      <w:r>
        <w:rPr>
          <w:b/>
          <w:bCs/>
          <w:u w:val="single"/>
        </w:rPr>
        <w:t xml:space="preserve">ambiguous</w:t>
      </w:r>
      <w:r>
        <w:rPr>
          <w:b/>
          <w:bCs/>
        </w:rPr>
        <w:t xml:space="preserve"> </w:t>
      </w:r>
      <w:r>
        <w:rPr>
          <w:b/>
          <w:bCs/>
        </w:rPr>
        <w:t xml:space="preserve">(he was never reconciled to his father, they said, was sarcastic to the old man—all he loved was Miss Snowdie and flowers) but he bothered ho one.</w:t>
      </w:r>
      <w:r>
        <w:br/>
      </w:r>
      <w:r>
        <w:t xml:space="preserve">    (a) unclear -- because there could be two or more interpretations</w:t>
      </w:r>
      <w:r>
        <w:br/>
      </w:r>
      <w:r>
        <w:t xml:space="preserve">    (b) related to the setting or situation in which something occurs</w:t>
      </w:r>
      <w:r>
        <w:br/>
      </w:r>
      <w:r>
        <w:t xml:space="preserve">    (c) trustworthy with secrets or subtle (not attracting attention)</w:t>
      </w:r>
    </w:p>
    <w:p>
      <w:pPr>
        <w:pStyle w:val="Compact"/>
        <w:numPr>
          <w:ilvl w:val="0"/>
          <w:numId w:val="1001"/>
        </w:numPr>
      </w:pPr>
      <w:r>
        <w:rPr>
          <w:b/>
          <w:bCs/>
        </w:rPr>
        <w:t xml:space="preserve">She smiled once, seeing before her, screenlike, the hideous and</w:t>
      </w:r>
      <w:r>
        <w:rPr>
          <w:b/>
          <w:bCs/>
        </w:rPr>
        <w:t xml:space="preserve"> </w:t>
      </w:r>
      <w:r>
        <w:rPr>
          <w:b/>
          <w:bCs/>
          <w:u w:val="single"/>
        </w:rPr>
        <w:t xml:space="preserve">delectable</w:t>
      </w:r>
      <w:r>
        <w:rPr>
          <w:b/>
          <w:bCs/>
        </w:rPr>
        <w:t xml:space="preserve"> </w:t>
      </w:r>
      <w:r>
        <w:rPr>
          <w:b/>
          <w:bCs/>
        </w:rPr>
        <w:t xml:space="preserve">face Mr. King MacLain had made at the funeral, and when they all knew he was next—even he.</w:t>
      </w:r>
      <w:r>
        <w:br/>
      </w:r>
      <w:r>
        <w:t xml:space="preserve">    (a) extremely pleasing -- especially to the sense of taste or to the eye</w:t>
      </w:r>
      <w:r>
        <w:br/>
      </w:r>
      <w:r>
        <w:t xml:space="preserve">    (b) relating to logical examination of something to better understand it</w:t>
      </w:r>
      <w:r>
        <w:br/>
      </w:r>
      <w:r>
        <w:t xml:space="preserve">    (c) lack of interest; or the process of stopping interaction or interest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2026-07-31T18:23:15Z</dcterms:created>
  <dcterms:modified xsi:type="dcterms:W3CDTF">2026-07-31T18:23:15Z</dcterms:modified>
</cp:coreProperties>
</file>

<file path=docProps/custom.xml><?xml version="1.0" encoding="utf-8"?>
<Properties xmlns="http://schemas.openxmlformats.org/officeDocument/2006/custom-properties" xmlns:vt="http://schemas.openxmlformats.org/officeDocument/2006/docPropsVTypes"/>
</file>