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115cc1e302f7a8b5d81001c222056b0bf95b4d9"/>
    <w:p>
      <w:pPr>
        <w:pStyle w:val="Heading1"/>
      </w:pPr>
      <w:r>
        <w:rPr>
          <w:b/>
          <w:bCs/>
        </w:rPr>
        <w:t xml:space="preserve">The Voyage of the Dawn Trader</w:t>
      </w:r>
      <w:r>
        <w:br/>
      </w:r>
      <w:r>
        <w:rPr>
          <w:i/>
          <w:iCs/>
        </w:rPr>
        <w:t xml:space="preserve">C. S. Lewis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has scheduled a news conference to respond to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appalling</w:t>
      </w:r>
      <w:r>
        <w:rPr>
          <w:b/>
          <w:bCs/>
        </w:rPr>
        <w:t xml:space="preserve"> </w:t>
      </w:r>
      <w:r>
        <w:rPr>
          <w:b/>
          <w:bCs/>
        </w:rPr>
        <w:t xml:space="preserve">accusations.</w:t>
      </w:r>
      <w:r>
        <w:br/>
      </w:r>
      <w:r>
        <w:t xml:space="preserve">    (a) false</w:t>
      </w:r>
      <w:r>
        <w:br/>
      </w:r>
      <w:r>
        <w:t xml:space="preserve">    (b) foolish</w:t>
      </w:r>
      <w:r>
        <w:br/>
      </w:r>
      <w:r>
        <w:t xml:space="preserve">    (c) horrible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hero set out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avenge</w:t>
      </w:r>
      <w:r>
        <w:rPr>
          <w:b/>
          <w:bCs/>
        </w:rPr>
        <w:t xml:space="preserve"> </w:t>
      </w:r>
      <w:r>
        <w:rPr>
          <w:b/>
          <w:bCs/>
        </w:rPr>
        <w:t xml:space="preserve">the cruel treatment of his village by the bandits.</w:t>
      </w:r>
      <w:r>
        <w:br/>
      </w:r>
      <w:r>
        <w:t xml:space="preserve">    (a) kindly forgive</w:t>
      </w:r>
      <w:r>
        <w:br/>
      </w:r>
      <w:r>
        <w:t xml:space="preserve">    (b) quietly forget</w:t>
      </w:r>
      <w:r>
        <w:br/>
      </w:r>
      <w:r>
        <w:t xml:space="preserve">    (c) take revenge for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 aunt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bequeathed</w:t>
      </w:r>
      <w:r>
        <w:rPr>
          <w:b/>
          <w:bCs/>
        </w:rPr>
        <w:t xml:space="preserve"> </w:t>
      </w:r>
      <w:r>
        <w:rPr>
          <w:b/>
          <w:bCs/>
        </w:rPr>
        <w:t xml:space="preserve">me her pearl necklace.</w:t>
      </w:r>
      <w:r>
        <w:br/>
      </w:r>
      <w:r>
        <w:t xml:space="preserve">    (a) took</w:t>
      </w:r>
      <w:r>
        <w:br/>
      </w:r>
      <w:r>
        <w:t xml:space="preserve">    (b) loaned</w:t>
      </w:r>
      <w:r>
        <w:br/>
      </w:r>
      <w:r>
        <w:t xml:space="preserve">    (c) gave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will not allow members to act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contrary to</w:t>
      </w:r>
      <w:r>
        <w:rPr>
          <w:b/>
          <w:bCs/>
        </w:rPr>
        <w:t xml:space="preserve"> </w:t>
      </w:r>
      <w:r>
        <w:rPr>
          <w:b/>
          <w:bCs/>
        </w:rPr>
        <w:t xml:space="preserve">our code of ethics.</w:t>
      </w:r>
      <w:r>
        <w:br/>
      </w:r>
      <w:r>
        <w:t xml:space="preserve">    (a) in opposition to</w:t>
      </w:r>
      <w:r>
        <w:br/>
      </w:r>
      <w:r>
        <w:t xml:space="preserve">    (b) without understanding</w:t>
      </w:r>
      <w:r>
        <w:br/>
      </w:r>
      <w:r>
        <w:t xml:space="preserve">    (c) prior to creating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will not pay you for the work.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On the contrary</w:t>
      </w:r>
      <w:r>
        <w:rPr>
          <w:b/>
          <w:bCs/>
        </w:rPr>
        <w:t xml:space="preserve">, I may sue you for damages.</w:t>
      </w:r>
      <w:r>
        <w:br/>
      </w:r>
      <w:r>
        <w:t xml:space="preserve">    (a) not only that (strengthening denial of payment)</w:t>
      </w:r>
      <w:r>
        <w:br/>
      </w:r>
      <w:r>
        <w:t xml:space="preserve">    (b) in spite of that (even though not paying)</w:t>
      </w:r>
      <w:r>
        <w:br/>
      </w:r>
      <w:r>
        <w:t xml:space="preserve">    (c) regardless of that (unrelated to not paying)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fake article was written to attract attention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deceive</w:t>
      </w:r>
      <w:r>
        <w:rPr>
          <w:b/>
          <w:bCs/>
        </w:rPr>
        <w:t xml:space="preserve"> </w:t>
      </w:r>
      <w:r>
        <w:rPr>
          <w:b/>
          <w:bCs/>
        </w:rPr>
        <w:t xml:space="preserve">readers.</w:t>
      </w:r>
      <w:r>
        <w:br/>
      </w:r>
      <w:r>
        <w:t xml:space="preserve">    (a) entertain</w:t>
      </w:r>
      <w:r>
        <w:br/>
      </w:r>
      <w:r>
        <w:t xml:space="preserve">    (b) lie to or mislead</w:t>
      </w:r>
      <w:r>
        <w:br/>
      </w:r>
      <w:r>
        <w:t xml:space="preserve">    (c) attract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harbors no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enmity</w:t>
      </w:r>
      <w:r>
        <w:rPr>
          <w:b/>
          <w:bCs/>
        </w:rPr>
        <w:t xml:space="preserve"> </w:t>
      </w:r>
      <w:r>
        <w:rPr>
          <w:b/>
          <w:bCs/>
        </w:rPr>
        <w:t xml:space="preserve">towards her ex-husband.</w:t>
      </w:r>
      <w:r>
        <w:br/>
      </w:r>
      <w:r>
        <w:t xml:space="preserve">    (a) love</w:t>
      </w:r>
      <w:r>
        <w:br/>
      </w:r>
      <w:r>
        <w:t xml:space="preserve">    (b) hatred</w:t>
      </w:r>
      <w:r>
        <w:br/>
      </w:r>
      <w:r>
        <w:t xml:space="preserve">    (c) disrespect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brushed the horse's tangled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mane</w:t>
      </w:r>
      <w:r>
        <w:rPr>
          <w:b/>
          <w:bCs/>
        </w:rPr>
        <w:t xml:space="preserve"> </w:t>
      </w:r>
      <w:r>
        <w:rPr>
          <w:b/>
          <w:bCs/>
        </w:rPr>
        <w:t xml:space="preserve">until it flowed smoothly down its neck.</w:t>
      </w:r>
      <w:r>
        <w:br/>
      </w:r>
      <w:r>
        <w:t xml:space="preserve">    (a) sharp pointed hoof</w:t>
      </w:r>
      <w:r>
        <w:br/>
      </w:r>
      <w:r>
        <w:t xml:space="preserve">    (b) long curved tail</w:t>
      </w:r>
      <w:r>
        <w:br/>
      </w:r>
      <w:r>
        <w:t xml:space="preserve">    (c) thick neck hair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new factory is building privacy walls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mitigate</w:t>
      </w:r>
      <w:r>
        <w:rPr>
          <w:b/>
          <w:bCs/>
        </w:rPr>
        <w:t xml:space="preserve"> </w:t>
      </w:r>
      <w:r>
        <w:rPr>
          <w:b/>
          <w:bCs/>
        </w:rPr>
        <w:t xml:space="preserve">its impact on neighbors.</w:t>
      </w:r>
      <w:r>
        <w:br/>
      </w:r>
      <w:r>
        <w:t xml:space="preserve">    (a) make less harmful or unpleasant</w:t>
      </w:r>
      <w:r>
        <w:br/>
      </w:r>
      <w:r>
        <w:t xml:space="preserve">    (b) make a bad situation worse</w:t>
      </w:r>
      <w:r>
        <w:br/>
      </w:r>
      <w:r>
        <w:t xml:space="preserve">    (c) change the subject from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the story, she was neither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mortal</w:t>
      </w:r>
      <w:r>
        <w:rPr>
          <w:b/>
          <w:bCs/>
        </w:rPr>
        <w:t xml:space="preserve"> </w:t>
      </w:r>
      <w:r>
        <w:rPr>
          <w:b/>
          <w:bCs/>
        </w:rPr>
        <w:t xml:space="preserve">nor a god. She was a demi-god.</w:t>
      </w:r>
      <w:r>
        <w:br/>
      </w:r>
      <w:r>
        <w:t xml:space="preserve">    (a) type of bird</w:t>
      </w:r>
      <w:r>
        <w:br/>
      </w:r>
      <w:r>
        <w:t xml:space="preserve">    (b) human</w:t>
      </w:r>
      <w:r>
        <w:br/>
      </w:r>
      <w:r>
        <w:t xml:space="preserve">    (c) lucky survivor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are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mortal</w:t>
      </w:r>
      <w:r>
        <w:rPr>
          <w:b/>
          <w:bCs/>
        </w:rPr>
        <w:t xml:space="preserve"> </w:t>
      </w:r>
      <w:r>
        <w:rPr>
          <w:b/>
          <w:bCs/>
        </w:rPr>
        <w:t xml:space="preserve">enemies.</w:t>
      </w:r>
      <w:r>
        <w:br/>
      </w:r>
      <w:r>
        <w:t xml:space="preserve">    (a) human</w:t>
      </w:r>
      <w:r>
        <w:br/>
      </w:r>
      <w:r>
        <w:t xml:space="preserve">    (b) long-time</w:t>
      </w:r>
      <w:r>
        <w:br/>
      </w:r>
      <w:r>
        <w:t xml:space="preserve">    (c) intense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loves him.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Nevertheless</w:t>
      </w:r>
      <w:r>
        <w:rPr>
          <w:b/>
          <w:bCs/>
        </w:rPr>
        <w:t xml:space="preserve">, she is determined to stop seeing him unless he stops drinking.</w:t>
      </w:r>
      <w:r>
        <w:br/>
      </w:r>
      <w:r>
        <w:t xml:space="preserve">    (a) also</w:t>
      </w:r>
      <w:r>
        <w:br/>
      </w:r>
      <w:r>
        <w:t xml:space="preserve">    (b) despite that</w:t>
      </w:r>
      <w:r>
        <w:br/>
      </w:r>
      <w:r>
        <w:t xml:space="preserve">    (c) in addition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poll tax was designed as a particularly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odious</w:t>
      </w:r>
      <w:r>
        <w:rPr>
          <w:b/>
          <w:bCs/>
        </w:rPr>
        <w:t xml:space="preserve"> </w:t>
      </w:r>
      <w:r>
        <w:rPr>
          <w:b/>
          <w:bCs/>
        </w:rPr>
        <w:t xml:space="preserve">violation of civil rights.</w:t>
      </w:r>
      <w:r>
        <w:br/>
      </w:r>
      <w:r>
        <w:t xml:space="preserve">    (a) extremely devious</w:t>
      </w:r>
      <w:r>
        <w:br/>
      </w:r>
      <w:r>
        <w:t xml:space="preserve">    (b) extremely dislikable</w:t>
      </w:r>
      <w:r>
        <w:br/>
      </w:r>
      <w:r>
        <w:t xml:space="preserve">    (c) harmful and hidden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skied off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precipice</w:t>
      </w:r>
      <w:r>
        <w:rPr>
          <w:b/>
          <w:bCs/>
        </w:rPr>
        <w:t xml:space="preserve">, dropped her skis in midair, and then opened a parachute.</w:t>
      </w:r>
      <w:r>
        <w:br/>
      </w:r>
      <w:r>
        <w:t xml:space="preserve">    (a) airplane</w:t>
      </w:r>
      <w:r>
        <w:br/>
      </w:r>
      <w:r>
        <w:t xml:space="preserve">    (b) ramp</w:t>
      </w:r>
      <w:r>
        <w:br/>
      </w:r>
      <w:r>
        <w:t xml:space="preserve">    (c) steep cliff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During the Second World War, products such as food and gasoline were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rationed</w:t>
      </w:r>
      <w:r>
        <w:rPr>
          <w:b/>
          <w:bCs/>
        </w:rPr>
        <w:t xml:space="preserve"> </w:t>
      </w:r>
      <w:r>
        <w:rPr>
          <w:b/>
          <w:bCs/>
        </w:rPr>
        <w:t xml:space="preserve">in the United States, so more resources could be devoted to the war effort.</w:t>
      </w:r>
      <w:r>
        <w:br/>
      </w:r>
      <w:r>
        <w:t xml:space="preserve">    (a) set at a high price only the military could afford</w:t>
      </w:r>
      <w:r>
        <w:br/>
      </w:r>
      <w:r>
        <w:t xml:space="preserve">    (b) imported in small amounts from many countries</w:t>
      </w:r>
      <w:r>
        <w:br/>
      </w:r>
      <w:r>
        <w:t xml:space="preserve">    (c) restricted in the amount each person could have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While the young king was ill, his uncle served 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regent</w:t>
      </w:r>
      <w:r>
        <w:rPr>
          <w:b/>
          <w:bCs/>
        </w:rPr>
        <w:t xml:space="preserve"> </w:t>
      </w:r>
      <w:r>
        <w:rPr>
          <w:b/>
          <w:bCs/>
        </w:rPr>
        <w:t xml:space="preserve">to rule the kingdom.</w:t>
      </w:r>
      <w:r>
        <w:br/>
      </w:r>
      <w:r>
        <w:t xml:space="preserve">    (a) royal court advisor</w:t>
      </w:r>
      <w:r>
        <w:br/>
      </w:r>
      <w:r>
        <w:t xml:space="preserve">    (b) temporary substitute ruler</w:t>
      </w:r>
      <w:r>
        <w:br/>
      </w:r>
      <w:r>
        <w:t xml:space="preserve">    (c) elected prime minister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During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reign</w:t>
      </w:r>
      <w:r>
        <w:rPr>
          <w:b/>
          <w:bCs/>
        </w:rPr>
        <w:t xml:space="preserve">, Augustus shrank the size of the senate from 900 to 600 members.</w:t>
      </w:r>
      <w:r>
        <w:br/>
      </w:r>
      <w:r>
        <w:t xml:space="preserve">    (a) time during which he ruled</w:t>
      </w:r>
      <w:r>
        <w:br/>
      </w:r>
      <w:r>
        <w:t xml:space="preserve">    (b) period of rapid change</w:t>
      </w:r>
      <w:r>
        <w:br/>
      </w:r>
      <w:r>
        <w:t xml:space="preserve">    (c) lifetime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What does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serpent</w:t>
      </w:r>
      <w:r>
        <w:rPr>
          <w:b/>
          <w:bCs/>
        </w:rPr>
        <w:t xml:space="preserve"> </w:t>
      </w:r>
      <w:r>
        <w:rPr>
          <w:b/>
          <w:bCs/>
        </w:rPr>
        <w:t xml:space="preserve">represent in the Garden of Eden?</w:t>
      </w:r>
      <w:r>
        <w:br/>
      </w:r>
      <w:r>
        <w:t xml:space="preserve">    (a) fig leaf</w:t>
      </w:r>
      <w:r>
        <w:br/>
      </w:r>
      <w:r>
        <w:t xml:space="preserve">    (b) snake</w:t>
      </w:r>
      <w:r>
        <w:br/>
      </w:r>
      <w:r>
        <w:t xml:space="preserve">    (c) apple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sulked</w:t>
      </w:r>
      <w:r>
        <w:rPr>
          <w:b/>
          <w:bCs/>
        </w:rPr>
        <w:t xml:space="preserve"> </w:t>
      </w:r>
      <w:r>
        <w:rPr>
          <w:b/>
          <w:bCs/>
        </w:rPr>
        <w:t xml:space="preserve">for the rest of the week when she learned she would not make the starting team.</w:t>
      </w:r>
      <w:r>
        <w:br/>
      </w:r>
      <w:r>
        <w:t xml:space="preserve">    (a) worked tirelessly to improve</w:t>
      </w:r>
      <w:r>
        <w:br/>
      </w:r>
      <w:r>
        <w:t xml:space="preserve">    (b) was angry and lashed out</w:t>
      </w:r>
      <w:r>
        <w:br/>
      </w:r>
      <w:r>
        <w:t xml:space="preserve">    (c) was unhappy and unsociable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treacherous</w:t>
      </w:r>
      <w:r>
        <w:rPr>
          <w:b/>
          <w:bCs/>
        </w:rPr>
        <w:t xml:space="preserve"> </w:t>
      </w:r>
      <w:r>
        <w:rPr>
          <w:b/>
          <w:bCs/>
        </w:rPr>
        <w:t xml:space="preserve">act.</w:t>
      </w:r>
      <w:r>
        <w:br/>
      </w:r>
      <w:r>
        <w:t xml:space="preserve">    (a) highly moral</w:t>
      </w:r>
      <w:r>
        <w:br/>
      </w:r>
      <w:r>
        <w:t xml:space="preserve">    (b) especially cruel</w:t>
      </w:r>
      <w:r>
        <w:br/>
      </w:r>
      <w:r>
        <w:t xml:space="preserve">    (c) betraying trust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2026-07-31T15:11:14Z</dcterms:created>
  <dcterms:modified xsi:type="dcterms:W3CDTF">2026-07-31T15:11:14Z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