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b8a248f7738ff364688cd215bfd93807a090842"/>
    <w:p>
      <w:pPr>
        <w:pStyle w:val="Heading1"/>
      </w:pPr>
      <w:r>
        <w:rPr>
          <w:b/>
          <w:bCs/>
        </w:rPr>
        <w:t xml:space="preserve">The Voyage of the Dawn Trader</w:t>
      </w:r>
      <w:r>
        <w:br/>
      </w:r>
      <w:r>
        <w:rPr>
          <w:i/>
          <w:iCs/>
        </w:rPr>
        <w:t xml:space="preserve">C. S. Lewis</w:t>
      </w:r>
      <w:r>
        <w:br/>
      </w:r>
      <w:r>
        <w:rPr>
          <w:b/>
          <w:bCs/>
        </w:rPr>
        <w:t xml:space="preserve">Extra Credit 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In 1917, Nicholas II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abdicated</w:t>
      </w:r>
      <w:r>
        <w:rPr>
          <w:b/>
          <w:bCs/>
        </w:rPr>
        <w:t xml:space="preserve"> </w:t>
      </w:r>
      <w:r>
        <w:rPr>
          <w:b/>
          <w:bCs/>
        </w:rPr>
        <w:t xml:space="preserve">both for himself and on behalf of his son, ending the Russian monarchy and over 300 years of Romanov rule.</w:t>
      </w:r>
      <w:r>
        <w:br/>
      </w:r>
      <w:r>
        <w:t xml:space="preserve">    (a) lost a battle</w:t>
      </w:r>
      <w:r>
        <w:br/>
      </w:r>
      <w:r>
        <w:t xml:space="preserve">    (b) was defeated in an election</w:t>
      </w:r>
      <w:r>
        <w:br/>
      </w:r>
      <w:r>
        <w:t xml:space="preserve">    (c) gave up power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For remote workers, high-speed internet is a real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boon</w:t>
      </w:r>
      <w:r>
        <w:rPr>
          <w:b/>
          <w:bCs/>
        </w:rPr>
        <w:t xml:space="preserve">, making it easier to stay productive from home.</w:t>
      </w:r>
      <w:r>
        <w:br/>
      </w:r>
      <w:r>
        <w:t xml:space="preserve">    (a) something that is of great benefit</w:t>
      </w:r>
      <w:r>
        <w:br/>
      </w:r>
      <w:r>
        <w:t xml:space="preserve">    (b) something that causes great harm</w:t>
      </w:r>
      <w:r>
        <w:br/>
      </w:r>
      <w:r>
        <w:t xml:space="preserve">    (c) a source of constant distraction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conceit</w:t>
      </w:r>
      <w:r>
        <w:rPr>
          <w:b/>
          <w:bCs/>
        </w:rPr>
        <w:t xml:space="preserve"> </w:t>
      </w:r>
      <w:r>
        <w:rPr>
          <w:b/>
          <w:bCs/>
        </w:rPr>
        <w:t xml:space="preserve">showed in the way she interrupted others and assumed she was always the smartest person in the room.</w:t>
      </w:r>
      <w:r>
        <w:br/>
      </w:r>
      <w:r>
        <w:t xml:space="preserve">    (a) ignorance</w:t>
      </w:r>
      <w:r>
        <w:br/>
      </w:r>
      <w:r>
        <w:t xml:space="preserve">    (b) encouragement</w:t>
      </w:r>
      <w:r>
        <w:br/>
      </w:r>
      <w:r>
        <w:t xml:space="preserve">    (c) arrogance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is illegal and dangerous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distill</w:t>
      </w:r>
      <w:r>
        <w:rPr>
          <w:b/>
          <w:bCs/>
        </w:rPr>
        <w:t xml:space="preserve"> </w:t>
      </w:r>
      <w:r>
        <w:rPr>
          <w:b/>
          <w:bCs/>
        </w:rPr>
        <w:t xml:space="preserve">whisky without a license.</w:t>
      </w:r>
      <w:r>
        <w:br/>
      </w:r>
      <w:r>
        <w:t xml:space="preserve">    (a) drink</w:t>
      </w:r>
      <w:r>
        <w:br/>
      </w:r>
      <w:r>
        <w:t xml:space="preserve">    (b) distribute</w:t>
      </w:r>
      <w:r>
        <w:br/>
      </w:r>
      <w:r>
        <w:t xml:space="preserve">    (c) make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I've studied her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dossier</w:t>
      </w:r>
      <w:r>
        <w:rPr>
          <w:b/>
          <w:bCs/>
        </w:rPr>
        <w:t xml:space="preserve">.</w:t>
      </w:r>
      <w:r>
        <w:br/>
      </w:r>
      <w:r>
        <w:t xml:space="preserve">    (a) body language</w:t>
      </w:r>
      <w:r>
        <w:br/>
      </w:r>
      <w:r>
        <w:t xml:space="preserve">    (b) file</w:t>
      </w:r>
      <w:r>
        <w:br/>
      </w:r>
      <w:r>
        <w:t xml:space="preserve">    (c) face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That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infernal</w:t>
      </w:r>
      <w:r>
        <w:rPr>
          <w:b/>
          <w:bCs/>
        </w:rPr>
        <w:t xml:space="preserve"> </w:t>
      </w:r>
      <w:r>
        <w:rPr>
          <w:b/>
          <w:bCs/>
        </w:rPr>
        <w:t xml:space="preserve">alarm clock kept going off every five minutes.</w:t>
      </w:r>
      <w:r>
        <w:br/>
      </w:r>
      <w:r>
        <w:t xml:space="preserve">    (a) antique</w:t>
      </w:r>
      <w:r>
        <w:br/>
      </w:r>
      <w:r>
        <w:t xml:space="preserve">    (b) annoying</w:t>
      </w:r>
      <w:r>
        <w:br/>
      </w:r>
      <w:r>
        <w:t xml:space="preserve">    (c) expensive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  <w:u w:val="single"/>
        </w:rPr>
        <w:t xml:space="preserve">Innumerable</w:t>
      </w:r>
      <w:r>
        <w:rPr>
          <w:b/>
          <w:bCs/>
        </w:rPr>
        <w:t xml:space="preserve"> </w:t>
      </w:r>
      <w:r>
        <w:rPr>
          <w:b/>
          <w:bCs/>
        </w:rPr>
        <w:t xml:space="preserve">stars seemed to fill the clear night sky.</w:t>
      </w:r>
      <w:r>
        <w:br/>
      </w:r>
      <w:r>
        <w:t xml:space="preserve">    (a) barely noticeable</w:t>
      </w:r>
      <w:r>
        <w:br/>
      </w:r>
      <w:r>
        <w:t xml:space="preserve">    (b) easy to count</w:t>
      </w:r>
      <w:r>
        <w:br/>
      </w:r>
      <w:r>
        <w:t xml:space="preserve">    (c) too many to count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stood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irresolute</w:t>
      </w:r>
      <w:r>
        <w:rPr>
          <w:b/>
          <w:bCs/>
        </w:rPr>
        <w:t xml:space="preserve">; not sure if she should go left or right.</w:t>
      </w:r>
      <w:r>
        <w:br/>
      </w:r>
      <w:r>
        <w:t xml:space="preserve">    (a) quivering</w:t>
      </w:r>
      <w:r>
        <w:br/>
      </w:r>
      <w:r>
        <w:t xml:space="preserve">    (b) uncertain of how to proceed</w:t>
      </w:r>
      <w:r>
        <w:br/>
      </w:r>
      <w:r>
        <w:t xml:space="preserve">    (c) completely still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Many stories tell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King Arthur</w:t>
      </w:r>
      <w:r>
        <w:rPr>
          <w:b/>
          <w:bCs/>
        </w:rPr>
        <w:t xml:space="preserve"> </w:t>
      </w:r>
      <w:r>
        <w:rPr>
          <w:b/>
          <w:bCs/>
        </w:rPr>
        <w:t xml:space="preserve">and his Knights of the Round Table.</w:t>
      </w:r>
      <w:r>
        <w:br/>
      </w:r>
      <w:r>
        <w:t xml:space="preserve">    (a) mythical Greek hero</w:t>
      </w:r>
      <w:r>
        <w:br/>
      </w:r>
      <w:r>
        <w:t xml:space="preserve">    (b) legendary British king</w:t>
      </w:r>
      <w:r>
        <w:br/>
      </w:r>
      <w:r>
        <w:t xml:space="preserve">    (c) Viking warrior chief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bill may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languish</w:t>
      </w:r>
      <w:r>
        <w:rPr>
          <w:b/>
          <w:bCs/>
        </w:rPr>
        <w:t xml:space="preserve"> </w:t>
      </w:r>
      <w:r>
        <w:rPr>
          <w:b/>
          <w:bCs/>
        </w:rPr>
        <w:t xml:space="preserve">in committee for months without a vote.</w:t>
      </w:r>
      <w:r>
        <w:br/>
      </w:r>
      <w:r>
        <w:t xml:space="preserve">    (a) win strong support</w:t>
      </w:r>
      <w:r>
        <w:br/>
      </w:r>
      <w:r>
        <w:t xml:space="preserve">    (b) move forward quickly</w:t>
      </w:r>
      <w:r>
        <w:br/>
      </w:r>
      <w:r>
        <w:t xml:space="preserve">    (c) remain neglected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Brett recited a humorous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limerick</w:t>
      </w:r>
      <w:r>
        <w:rPr>
          <w:b/>
          <w:bCs/>
        </w:rPr>
        <w:t xml:space="preserve"> </w:t>
      </w:r>
      <w:r>
        <w:rPr>
          <w:b/>
          <w:bCs/>
        </w:rPr>
        <w:t xml:space="preserve">about a man from Nantucket.</w:t>
      </w:r>
      <w:r>
        <w:br/>
      </w:r>
      <w:r>
        <w:t xml:space="preserve">    (a) a long joke whose punchline plays on words</w:t>
      </w:r>
      <w:r>
        <w:br/>
      </w:r>
      <w:r>
        <w:t xml:space="preserve">    (b) a song lending that requires a good voice</w:t>
      </w:r>
      <w:r>
        <w:br/>
      </w:r>
      <w:r>
        <w:t xml:space="preserve">    (c) a 5-line poem with a rhyme scheme of aabba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always review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minutes</w:t>
      </w:r>
      <w:r>
        <w:rPr>
          <w:b/>
          <w:bCs/>
        </w:rPr>
        <w:t xml:space="preserve"> </w:t>
      </w:r>
      <w:r>
        <w:rPr>
          <w:b/>
          <w:bCs/>
        </w:rPr>
        <w:t xml:space="preserve">to make sure there are no errors.</w:t>
      </w:r>
      <w:r>
        <w:br/>
      </w:r>
      <w:r>
        <w:t xml:space="preserve">    (a) time that has just passed</w:t>
      </w:r>
      <w:r>
        <w:br/>
      </w:r>
      <w:r>
        <w:t xml:space="preserve">    (b) plans that detail how something will be done</w:t>
      </w:r>
      <w:r>
        <w:br/>
      </w:r>
      <w:r>
        <w:t xml:space="preserve">    (c) written record of what happened at a meeting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table is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oblong</w:t>
      </w:r>
      <w:r>
        <w:rPr>
          <w:b/>
          <w:bCs/>
        </w:rPr>
        <w:t xml:space="preserve"> </w:t>
      </w:r>
      <w:r>
        <w:rPr>
          <w:b/>
          <w:bCs/>
        </w:rPr>
        <w:t xml:space="preserve">shape, with curved edges.</w:t>
      </w:r>
      <w:r>
        <w:br/>
      </w:r>
      <w:r>
        <w:t xml:space="preserve">    (a) elongated</w:t>
      </w:r>
      <w:r>
        <w:br/>
      </w:r>
      <w:r>
        <w:t xml:space="preserve">    (b) square</w:t>
      </w:r>
      <w:r>
        <w:br/>
      </w:r>
      <w:r>
        <w:t xml:space="preserve">    (c) circular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After days of fighting, the generals decided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parley</w:t>
      </w:r>
      <w:r>
        <w:rPr>
          <w:b/>
          <w:bCs/>
        </w:rPr>
        <w:t xml:space="preserve"> </w:t>
      </w:r>
      <w:r>
        <w:rPr>
          <w:b/>
          <w:bCs/>
        </w:rPr>
        <w:t xml:space="preserve">at dawn to seek a peaceful resolution.</w:t>
      </w:r>
      <w:r>
        <w:br/>
      </w:r>
      <w:r>
        <w:t xml:space="preserve">    (a) negotiate</w:t>
      </w:r>
      <w:r>
        <w:br/>
      </w:r>
      <w:r>
        <w:t xml:space="preserve">    (b) duel</w:t>
      </w:r>
      <w:r>
        <w:br/>
      </w:r>
      <w:r>
        <w:t xml:space="preserve">    (c) retreat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  <w:u w:val="single"/>
        </w:rPr>
        <w:t xml:space="preserve">Relapses</w:t>
      </w:r>
      <w:r>
        <w:rPr>
          <w:b/>
          <w:bCs/>
        </w:rPr>
        <w:t xml:space="preserve"> </w:t>
      </w:r>
      <w:r>
        <w:rPr>
          <w:b/>
          <w:bCs/>
        </w:rPr>
        <w:t xml:space="preserve">are common with major depressive disorder.</w:t>
      </w:r>
      <w:r>
        <w:br/>
      </w:r>
      <w:r>
        <w:t xml:space="preserve">    (a) crying spells</w:t>
      </w:r>
      <w:r>
        <w:br/>
      </w:r>
      <w:r>
        <w:t xml:space="preserve">    (b) returns to illness</w:t>
      </w:r>
      <w:r>
        <w:br/>
      </w:r>
      <w:r>
        <w:t xml:space="preserve">    (c) lost work days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restaurant was shut down due to its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slovenly</w:t>
      </w:r>
      <w:r>
        <w:rPr>
          <w:b/>
          <w:bCs/>
        </w:rPr>
        <w:t xml:space="preserve"> </w:t>
      </w:r>
      <w:r>
        <w:rPr>
          <w:b/>
          <w:bCs/>
        </w:rPr>
        <w:t xml:space="preserve">kitchen conditions.</w:t>
      </w:r>
      <w:r>
        <w:br/>
      </w:r>
      <w:r>
        <w:t xml:space="preserve">    (a) inefficient</w:t>
      </w:r>
      <w:r>
        <w:br/>
      </w:r>
      <w:r>
        <w:t xml:space="preserve">    (b) dirty</w:t>
      </w:r>
      <w:r>
        <w:br/>
      </w:r>
      <w:r>
        <w:t xml:space="preserve">    (c) costly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is 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supple</w:t>
      </w:r>
      <w:r>
        <w:rPr>
          <w:b/>
          <w:bCs/>
        </w:rPr>
        <w:t xml:space="preserve"> </w:t>
      </w:r>
      <w:r>
        <w:rPr>
          <w:b/>
          <w:bCs/>
        </w:rPr>
        <w:t xml:space="preserve">as a gymnast.</w:t>
      </w:r>
      <w:r>
        <w:br/>
      </w:r>
      <w:r>
        <w:t xml:space="preserve">    (a) hard working</w:t>
      </w:r>
      <w:r>
        <w:br/>
      </w:r>
      <w:r>
        <w:t xml:space="preserve">    (b) moves and bends easily</w:t>
      </w:r>
      <w:r>
        <w:br/>
      </w:r>
      <w:r>
        <w:t xml:space="preserve">    (c) energetic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lawsuit claims that the President 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usurping</w:t>
      </w:r>
      <w:r>
        <w:rPr>
          <w:b/>
          <w:bCs/>
        </w:rPr>
        <w:t xml:space="preserve"> </w:t>
      </w:r>
      <w:r>
        <w:rPr>
          <w:b/>
          <w:bCs/>
        </w:rPr>
        <w:t xml:space="preserve">constitutional powers of Congress.</w:t>
      </w:r>
      <w:r>
        <w:br/>
      </w:r>
      <w:r>
        <w:t xml:space="preserve">    (a) wrongfully seizing</w:t>
      </w:r>
      <w:r>
        <w:br/>
      </w:r>
      <w:r>
        <w:t xml:space="preserve">    (b) legally exercising</w:t>
      </w:r>
      <w:r>
        <w:br/>
      </w:r>
      <w:r>
        <w:t xml:space="preserve">    (c) publicly defending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After losing everything, he lived as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vagabond</w:t>
      </w:r>
      <w:r>
        <w:rPr>
          <w:b/>
          <w:bCs/>
        </w:rPr>
        <w:t xml:space="preserve"> </w:t>
      </w:r>
      <w:r>
        <w:rPr>
          <w:b/>
          <w:bCs/>
        </w:rPr>
        <w:t xml:space="preserve">for nearly five years.</w:t>
      </w:r>
      <w:r>
        <w:br/>
      </w:r>
      <w:r>
        <w:t xml:space="preserve">    (a) wandering drifter</w:t>
      </w:r>
      <w:r>
        <w:br/>
      </w:r>
      <w:r>
        <w:t xml:space="preserve">    (b) wealthy landowner</w:t>
      </w:r>
      <w:r>
        <w:br/>
      </w:r>
      <w:r>
        <w:t xml:space="preserve">    (c) settled farmer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sailor adjusted the sails on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windward</w:t>
      </w:r>
      <w:r>
        <w:rPr>
          <w:b/>
          <w:bCs/>
        </w:rPr>
        <w:t xml:space="preserve"> </w:t>
      </w:r>
      <w:r>
        <w:rPr>
          <w:b/>
          <w:bCs/>
        </w:rPr>
        <w:t xml:space="preserve">side of the boat.</w:t>
      </w:r>
      <w:r>
        <w:br/>
      </w:r>
      <w:r>
        <w:t xml:space="preserve">    (a) rope-secured</w:t>
      </w:r>
      <w:r>
        <w:br/>
      </w:r>
      <w:r>
        <w:t xml:space="preserve">    (b) sun-shaded</w:t>
      </w:r>
      <w:r>
        <w:br/>
      </w:r>
      <w:r>
        <w:t xml:space="preserve">    (c) wind-facing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2026-07-31T15:11:15Z</dcterms:created>
  <dcterms:modified xsi:type="dcterms:W3CDTF">2026-07-31T15:11:15Z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