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0269e6d1e132de1009ee115518fbcbacc4dc23"/>
    <w:p>
      <w:pPr>
        <w:pStyle w:val="Heading1"/>
      </w:pPr>
      <w:r>
        <w:rPr>
          <w:b/>
          <w:bCs/>
        </w:rPr>
        <w:t xml:space="preserve">The Voyage of the Dawn Trader</w:t>
      </w:r>
      <w:r>
        <w:br/>
      </w:r>
      <w:r>
        <w:rPr>
          <w:i/>
          <w:iCs/>
        </w:rPr>
        <w:t xml:space="preserve">C. S. Lewis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had an excellent person to leave as</w:t>
      </w:r>
      <w:r>
        <w:rPr>
          <w:b/>
          <w:bCs/>
        </w:rPr>
        <w:t xml:space="preserve"> </w:t>
      </w:r>
      <w:r>
        <w:rPr>
          <w:b/>
          <w:bCs/>
          <w:u w:val="single"/>
        </w:rPr>
        <w:t xml:space="preserve">regent</w:t>
      </w:r>
      <w:r>
        <w:rPr>
          <w:b/>
          <w:bCs/>
        </w:rPr>
        <w:t xml:space="preserve"> </w:t>
      </w:r>
      <w:r>
        <w:rPr>
          <w:b/>
          <w:bCs/>
        </w:rPr>
        <w:t xml:space="preserve">while I'm away</w:t>
      </w:r>
      <w:r>
        <w:br/>
      </w:r>
      <w:r>
        <w:t xml:space="preserve">    (a) relating to an artistic movement pioneered by Pablo Picasso and Georges Braque that featured surfaces of geometrical planes to depict three-dimensional organic forms</w:t>
      </w:r>
      <w:r>
        <w:br/>
      </w:r>
      <w:r>
        <w:t xml:space="preserve">    (b) someone who walks slowly without definite direction  OR  someone who writes or talks without definite direction (changing subjects or rambling rather than in a purposeful direct way)</w:t>
      </w:r>
      <w:r>
        <w:br/>
      </w:r>
      <w:r>
        <w:t xml:space="preserve">    (c) temporary ruler</w:t>
      </w:r>
    </w:p>
    <w:p>
      <w:pPr>
        <w:pStyle w:val="Compact"/>
        <w:numPr>
          <w:ilvl w:val="0"/>
          <w:numId w:val="1001"/>
        </w:numPr>
      </w:pPr>
      <w:r>
        <w:rPr>
          <w:b/>
          <w:bCs/>
        </w:rPr>
        <w:t xml:space="preserve">I would sail east myself for a year and a day to find my father's friends or to learn of their deaths and</w:t>
      </w:r>
      <w:r>
        <w:rPr>
          <w:b/>
          <w:bCs/>
        </w:rPr>
        <w:t xml:space="preserve"> </w:t>
      </w:r>
      <w:r>
        <w:rPr>
          <w:b/>
          <w:bCs/>
          <w:u w:val="single"/>
        </w:rPr>
        <w:t xml:space="preserve">avenge</w:t>
      </w:r>
      <w:r>
        <w:rPr>
          <w:b/>
          <w:bCs/>
        </w:rPr>
        <w:t xml:space="preserve"> </w:t>
      </w:r>
      <w:r>
        <w:rPr>
          <w:b/>
          <w:bCs/>
        </w:rPr>
        <w:t xml:space="preserve">them if I could.</w:t>
      </w:r>
      <w:r>
        <w:br/>
      </w:r>
      <w:r>
        <w:t xml:space="preserve">    (a) take on or adopt</w:t>
      </w:r>
      <w:r>
        <w:br/>
      </w:r>
      <w:r>
        <w:t xml:space="preserve">    (b) take revenge</w:t>
      </w:r>
      <w:r>
        <w:br/>
      </w:r>
      <w:r>
        <w:t xml:space="preserve">    (c) make more varied</w:t>
      </w:r>
    </w:p>
    <w:p>
      <w:pPr>
        <w:pStyle w:val="Compact"/>
        <w:numPr>
          <w:ilvl w:val="0"/>
          <w:numId w:val="1001"/>
        </w:numPr>
      </w:pPr>
      <w:r>
        <w:rPr>
          <w:b/>
          <w:bCs/>
        </w:rPr>
        <w:t xml:space="preserve">After that he</w:t>
      </w:r>
      <w:r>
        <w:rPr>
          <w:b/>
          <w:bCs/>
        </w:rPr>
        <w:t xml:space="preserve"> </w:t>
      </w:r>
      <w:r>
        <w:rPr>
          <w:b/>
          <w:bCs/>
          <w:u w:val="single"/>
        </w:rPr>
        <w:t xml:space="preserve">sulkily</w:t>
      </w:r>
      <w:r>
        <w:rPr>
          <w:b/>
          <w:bCs/>
        </w:rPr>
        <w:t xml:space="preserve"> </w:t>
      </w:r>
      <w:r>
        <w:rPr>
          <w:b/>
          <w:bCs/>
        </w:rPr>
        <w:t xml:space="preserve">agreed to put on the fresh clothes which had been put out for him and come on deck.</w:t>
      </w:r>
      <w:r>
        <w:br/>
      </w:r>
      <w:r>
        <w:t xml:space="preserve">    (a) in a manner that is not intense, or less active</w:t>
      </w:r>
      <w:r>
        <w:br/>
      </w:r>
      <w:r>
        <w:t xml:space="preserve">    (b) in an excessively unhappy and unsociable manner</w:t>
      </w:r>
      <w:r>
        <w:br/>
      </w:r>
      <w:r>
        <w:t xml:space="preserve">    (c) in a manner that is not attractive or desirable</w:t>
      </w:r>
    </w:p>
    <w:p>
      <w:pPr>
        <w:pStyle w:val="Compact"/>
        <w:numPr>
          <w:ilvl w:val="0"/>
          <w:numId w:val="1001"/>
        </w:numPr>
      </w:pPr>
      <w:r>
        <w:rPr>
          <w:b/>
          <w:bCs/>
        </w:rPr>
        <w:t xml:space="preserve">She was only a little bit of a thing compared with one of our ships, or even with the ... which Narnia had owned when Lucy and Edmund had</w:t>
      </w:r>
      <w:r>
        <w:rPr>
          <w:b/>
          <w:bCs/>
        </w:rPr>
        <w:t xml:space="preserve"> </w:t>
      </w:r>
      <w:r>
        <w:rPr>
          <w:b/>
          <w:bCs/>
          <w:u w:val="single"/>
        </w:rPr>
        <w:t xml:space="preserve">reigned</w:t>
      </w:r>
      <w:r>
        <w:rPr>
          <w:b/>
          <w:bCs/>
        </w:rPr>
        <w:t xml:space="preserve"> </w:t>
      </w:r>
      <w:r>
        <w:rPr>
          <w:b/>
          <w:bCs/>
        </w:rPr>
        <w:t xml:space="preserve">there</w:t>
      </w:r>
      <w:r>
        <w:br/>
      </w:r>
      <w:r>
        <w:t xml:space="preserve">    (a) ruled (held royal office and were in charge)</w:t>
      </w:r>
      <w:r>
        <w:br/>
      </w:r>
      <w:r>
        <w:t xml:space="preserve">    (b) alone</w:t>
      </w:r>
      <w:r>
        <w:br/>
      </w:r>
      <w:r>
        <w:t xml:space="preserve">    (c) shiny</w:t>
      </w:r>
    </w:p>
    <w:p>
      <w:pPr>
        <w:pStyle w:val="Compact"/>
        <w:numPr>
          <w:ilvl w:val="0"/>
          <w:numId w:val="1001"/>
        </w:numPr>
      </w:pPr>
      <w:r>
        <w:rPr>
          <w:b/>
          <w:bCs/>
        </w:rPr>
        <w:t xml:space="preserve">The real trouble is water. ... On short</w:t>
      </w:r>
      <w:r>
        <w:rPr>
          <w:b/>
          <w:bCs/>
        </w:rPr>
        <w:t xml:space="preserve"> </w:t>
      </w:r>
      <w:r>
        <w:rPr>
          <w:b/>
          <w:bCs/>
          <w:u w:val="single"/>
        </w:rPr>
        <w:t xml:space="preserve">rations</w:t>
      </w:r>
      <w:r>
        <w:rPr>
          <w:b/>
          <w:bCs/>
        </w:rPr>
        <w:t xml:space="preserve">, half a pint a day each, we've got enough for twelve days.</w:t>
      </w:r>
      <w:r>
        <w:br/>
      </w:r>
      <w:r>
        <w:t xml:space="preserve">    (a) atones (demonstrates sorrow for a wrong either by doing something good in return for the wrong, or by accepting punishment)</w:t>
      </w:r>
      <w:r>
        <w:br/>
      </w:r>
      <w:r>
        <w:t xml:space="preserve">    (b) removes or suppress anything considered obscene, immoral, or politically unacceptable  OR  people who does such suppression</w:t>
      </w:r>
      <w:r>
        <w:br/>
      </w:r>
      <w:r>
        <w:t xml:space="preserve">    (c) a fixed portion of something given as a share</w:t>
      </w:r>
    </w:p>
    <w:p>
      <w:pPr>
        <w:pStyle w:val="Compact"/>
        <w:numPr>
          <w:ilvl w:val="0"/>
          <w:numId w:val="1001"/>
        </w:numPr>
      </w:pPr>
      <w:r>
        <w:rPr>
          <w:b/>
          <w:bCs/>
          <w:u w:val="single"/>
        </w:rPr>
        <w:t xml:space="preserve">Odious</w:t>
      </w:r>
      <w:r>
        <w:rPr>
          <w:b/>
          <w:bCs/>
        </w:rPr>
        <w:t xml:space="preserve"> </w:t>
      </w:r>
      <w:r>
        <w:rPr>
          <w:b/>
          <w:bCs/>
        </w:rPr>
        <w:t xml:space="preserve">stuck-up prig.</w:t>
      </w:r>
      <w:r>
        <w:br/>
      </w:r>
      <w:r>
        <w:t xml:space="preserve">    (a) extremely unpleasant, disgusting, dislikable, or worthy of hate</w:t>
      </w:r>
      <w:r>
        <w:br/>
      </w:r>
      <w:r>
        <w:t xml:space="preserve">    (b) not trustworthy, or improper, or attracting unwelcome attention</w:t>
      </w:r>
      <w:r>
        <w:br/>
      </w:r>
      <w:r>
        <w:t xml:space="preserve">    (c) the degree to which something is able to change or is different</w:t>
      </w:r>
    </w:p>
    <w:p>
      <w:pPr>
        <w:pStyle w:val="Compact"/>
        <w:numPr>
          <w:ilvl w:val="0"/>
          <w:numId w:val="1001"/>
        </w:numPr>
      </w:pPr>
      <w:r>
        <w:rPr>
          <w:b/>
          <w:bCs/>
        </w:rPr>
        <w:t xml:space="preserve">...steep and narrow, with</w:t>
      </w:r>
      <w:r>
        <w:rPr>
          <w:b/>
          <w:bCs/>
        </w:rPr>
        <w:t xml:space="preserve"> </w:t>
      </w:r>
      <w:r>
        <w:rPr>
          <w:b/>
          <w:bCs/>
          <w:u w:val="single"/>
        </w:rPr>
        <w:t xml:space="preserve">precipices</w:t>
      </w:r>
      <w:r>
        <w:rPr>
          <w:b/>
          <w:bCs/>
        </w:rPr>
        <w:t xml:space="preserve"> </w:t>
      </w:r>
      <w:r>
        <w:rPr>
          <w:b/>
          <w:bCs/>
        </w:rPr>
        <w:t xml:space="preserve">on either side.</w:t>
      </w:r>
      <w:r>
        <w:br/>
      </w:r>
      <w:r>
        <w:t xml:space="preserve">    (a) performances that express personal feelings or ideas</w:t>
      </w:r>
      <w:r>
        <w:br/>
      </w:r>
      <w:r>
        <w:t xml:space="preserve">    (b) lenses that limit light vibrations to a single plane</w:t>
      </w:r>
      <w:r>
        <w:br/>
      </w:r>
      <w:r>
        <w:t xml:space="preserve">    (c) steep cliffs</w:t>
      </w:r>
    </w:p>
    <w:p>
      <w:pPr>
        <w:pStyle w:val="Compact"/>
        <w:numPr>
          <w:ilvl w:val="0"/>
          <w:numId w:val="1001"/>
        </w:numPr>
      </w:pPr>
      <w:r>
        <w:rPr>
          <w:b/>
          <w:bCs/>
        </w:rPr>
        <w:t xml:space="preserve">An</w:t>
      </w:r>
      <w:r>
        <w:rPr>
          <w:b/>
          <w:bCs/>
        </w:rPr>
        <w:t xml:space="preserve"> </w:t>
      </w:r>
      <w:r>
        <w:rPr>
          <w:b/>
          <w:bCs/>
          <w:u w:val="single"/>
        </w:rPr>
        <w:t xml:space="preserve">appalling</w:t>
      </w:r>
      <w:r>
        <w:rPr>
          <w:b/>
          <w:bCs/>
        </w:rPr>
        <w:t xml:space="preserve"> </w:t>
      </w:r>
      <w:r>
        <w:rPr>
          <w:b/>
          <w:bCs/>
        </w:rPr>
        <w:t xml:space="preserve">loneliness came over him.</w:t>
      </w:r>
      <w:r>
        <w:br/>
      </w:r>
      <w:r>
        <w:t xml:space="preserve">    (a) telling someone about something</w:t>
      </w:r>
      <w:r>
        <w:br/>
      </w:r>
      <w:r>
        <w:t xml:space="preserve">    (b) commending or praising publicly</w:t>
      </w:r>
      <w:r>
        <w:br/>
      </w:r>
      <w:r>
        <w:t xml:space="preserve">    (c) horrible</w:t>
      </w:r>
    </w:p>
    <w:p>
      <w:pPr>
        <w:pStyle w:val="Compact"/>
        <w:numPr>
          <w:ilvl w:val="0"/>
          <w:numId w:val="1001"/>
        </w:numPr>
      </w:pPr>
      <w:r>
        <w:rPr>
          <w:b/>
          <w:bCs/>
        </w:rPr>
        <w:t xml:space="preserve">...since the first day he came on board he had been an</w:t>
      </w:r>
      <w:r>
        <w:rPr>
          <w:b/>
          <w:bCs/>
        </w:rPr>
        <w:t xml:space="preserve"> </w:t>
      </w:r>
      <w:r>
        <w:rPr>
          <w:b/>
          <w:bCs/>
          <w:u w:val="single"/>
        </w:rPr>
        <w:t xml:space="preserve">unmitigated</w:t>
      </w:r>
      <w:r>
        <w:rPr>
          <w:b/>
          <w:bCs/>
        </w:rPr>
        <w:t xml:space="preserve"> </w:t>
      </w:r>
      <w:r>
        <w:rPr>
          <w:b/>
          <w:bCs/>
        </w:rPr>
        <w:t xml:space="preserve">nuisance...</w:t>
      </w:r>
      <w:r>
        <w:br/>
      </w:r>
      <w:r>
        <w:t xml:space="preserve">    (a) atoned (demonstrated sorrow for a wrong either by doing something good in return for the wrong, or by accepting punishment)</w:t>
      </w:r>
      <w:r>
        <w:br/>
      </w:r>
      <w:r>
        <w:t xml:space="preserve">    (b) complete</w:t>
      </w:r>
      <w:r>
        <w:br/>
      </w:r>
      <w:r>
        <w:t xml:space="preserve">    (c) not atoned (demonstrated sorrow for a wrong either by doing something good in return for the wrong, or by accepting punishment)</w:t>
      </w:r>
    </w:p>
    <w:p>
      <w:pPr>
        <w:pStyle w:val="Compact"/>
        <w:numPr>
          <w:ilvl w:val="0"/>
          <w:numId w:val="1001"/>
        </w:numPr>
      </w:pPr>
      <w:r>
        <w:rPr>
          <w:b/>
          <w:bCs/>
        </w:rPr>
        <w:t xml:space="preserve">...the whole ship was under an arch of</w:t>
      </w:r>
      <w:r>
        <w:rPr>
          <w:b/>
          <w:bCs/>
        </w:rPr>
        <w:t xml:space="preserve"> </w:t>
      </w:r>
      <w:r>
        <w:rPr>
          <w:b/>
          <w:bCs/>
          <w:u w:val="single"/>
        </w:rPr>
        <w:t xml:space="preserve">serpent</w:t>
      </w:r>
      <w:r>
        <w:rPr>
          <w:b/>
          <w:bCs/>
        </w:rPr>
        <w:t xml:space="preserve">.</w:t>
      </w:r>
      <w:r>
        <w:br/>
      </w:r>
      <w:r>
        <w:t xml:space="preserve">    (a) skill</w:t>
      </w:r>
      <w:r>
        <w:br/>
      </w:r>
      <w:r>
        <w:t xml:space="preserve">    (b) snake</w:t>
      </w:r>
      <w:r>
        <w:br/>
      </w:r>
      <w:r>
        <w:t xml:space="preserve">    (c) story</w:t>
      </w:r>
    </w:p>
    <w:p>
      <w:pPr>
        <w:pStyle w:val="Compact"/>
        <w:numPr>
          <w:ilvl w:val="0"/>
          <w:numId w:val="1001"/>
        </w:numPr>
      </w:pPr>
      <w:r>
        <w:rPr>
          <w:b/>
          <w:bCs/>
          <w:u w:val="single"/>
        </w:rPr>
        <w:t xml:space="preserve">Nevertheless</w:t>
      </w:r>
      <w:r>
        <w:rPr>
          <w:b/>
          <w:bCs/>
        </w:rPr>
        <w:t xml:space="preserve">, only a few feet away from her, a voice spoke.</w:t>
      </w:r>
      <w:r>
        <w:br/>
      </w:r>
      <w:r>
        <w:t xml:space="preserve">    (a) therefore (for that reason)</w:t>
      </w:r>
      <w:r>
        <w:br/>
      </w:r>
      <w:r>
        <w:t xml:space="preserve">    (b) despite that (used to connect contrasting ideas)</w:t>
      </w:r>
      <w:r>
        <w:br/>
      </w:r>
      <w:r>
        <w:t xml:space="preserve">    (c) in keeping with or in agreement with what was just stated</w:t>
      </w:r>
    </w:p>
    <w:p>
      <w:pPr>
        <w:pStyle w:val="Compact"/>
        <w:numPr>
          <w:ilvl w:val="0"/>
          <w:numId w:val="1001"/>
        </w:numPr>
      </w:pPr>
      <w:r>
        <w:rPr>
          <w:b/>
          <w:bCs/>
        </w:rPr>
        <w:t xml:space="preserve">And what have we done to earn your</w:t>
      </w:r>
      <w:r>
        <w:rPr>
          <w:b/>
          <w:bCs/>
        </w:rPr>
        <w:t xml:space="preserve"> </w:t>
      </w:r>
      <w:r>
        <w:rPr>
          <w:b/>
          <w:bCs/>
          <w:u w:val="single"/>
        </w:rPr>
        <w:t xml:space="preserve">enmity</w:t>
      </w:r>
      <w:r>
        <w:rPr>
          <w:b/>
          <w:bCs/>
        </w:rPr>
        <w:t xml:space="preserve">?</w:t>
      </w:r>
      <w:r>
        <w:br/>
      </w:r>
      <w:r>
        <w:t xml:space="preserve">    (a) memory</w:t>
      </w:r>
      <w:r>
        <w:br/>
      </w:r>
      <w:r>
        <w:t xml:space="preserve">    (b) hatred</w:t>
      </w:r>
      <w:r>
        <w:br/>
      </w:r>
      <w:r>
        <w:t xml:space="preserve">    (c) battle</w:t>
      </w:r>
    </w:p>
    <w:p>
      <w:pPr>
        <w:pStyle w:val="Compact"/>
        <w:numPr>
          <w:ilvl w:val="0"/>
          <w:numId w:val="1001"/>
        </w:numPr>
      </w:pPr>
      <w:r>
        <w:rPr>
          <w:b/>
          <w:bCs/>
        </w:rPr>
        <w:t xml:space="preserve">We're</w:t>
      </w:r>
      <w:r>
        <w:rPr>
          <w:b/>
          <w:bCs/>
        </w:rPr>
        <w:t xml:space="preserve"> </w:t>
      </w:r>
      <w:r>
        <w:rPr>
          <w:b/>
          <w:bCs/>
          <w:u w:val="single"/>
        </w:rPr>
        <w:t xml:space="preserve">mortal</w:t>
      </w:r>
      <w:r>
        <w:rPr>
          <w:b/>
          <w:bCs/>
        </w:rPr>
        <w:t xml:space="preserve"> </w:t>
      </w:r>
      <w:r>
        <w:rPr>
          <w:b/>
          <w:bCs/>
        </w:rPr>
        <w:t xml:space="preserve">tired of being invisible.</w:t>
      </w:r>
      <w:r>
        <w:br/>
      </w:r>
      <w:r>
        <w:t xml:space="preserve">    (a) impossible to find</w:t>
      </w:r>
      <w:r>
        <w:br/>
      </w:r>
      <w:r>
        <w:t xml:space="preserve">    (b) extremely</w:t>
      </w:r>
      <w:r>
        <w:br/>
      </w:r>
      <w:r>
        <w:t xml:space="preserve">    (c) good or beneficial</w:t>
      </w:r>
    </w:p>
    <w:p>
      <w:pPr>
        <w:pStyle w:val="Compact"/>
        <w:numPr>
          <w:ilvl w:val="0"/>
          <w:numId w:val="1001"/>
        </w:numPr>
      </w:pPr>
      <w:r>
        <w:rPr>
          <w:b/>
          <w:bCs/>
        </w:rPr>
        <w:t xml:space="preserve">Now Lucy had wanted very badly to try the other spell, the one that made you beautiful beyond the lot of</w:t>
      </w:r>
      <w:r>
        <w:rPr>
          <w:b/>
          <w:bCs/>
        </w:rPr>
        <w:t xml:space="preserve"> </w:t>
      </w:r>
      <w:r>
        <w:rPr>
          <w:b/>
          <w:bCs/>
          <w:u w:val="single"/>
        </w:rPr>
        <w:t xml:space="preserve">mortals</w:t>
      </w:r>
      <w:r>
        <w:rPr>
          <w:b/>
          <w:bCs/>
        </w:rPr>
        <w:t xml:space="preserve">.</w:t>
      </w:r>
      <w:r>
        <w:br/>
      </w:r>
      <w:r>
        <w:t xml:space="preserve">    (a) acts of being in a working position; or the acts of starting</w:t>
      </w:r>
      <w:r>
        <w:br/>
      </w:r>
      <w:r>
        <w:t xml:space="preserve">    (b) things or characteristics that express agreement or approval</w:t>
      </w:r>
      <w:r>
        <w:br/>
      </w:r>
      <w:r>
        <w:t xml:space="preserve">    (c) those who are merely human</w:t>
      </w:r>
    </w:p>
    <w:p>
      <w:pPr>
        <w:pStyle w:val="Compact"/>
        <w:numPr>
          <w:ilvl w:val="0"/>
          <w:numId w:val="1001"/>
        </w:numPr>
      </w:pPr>
      <w:r>
        <w:rPr>
          <w:b/>
          <w:bCs/>
        </w:rPr>
        <w:t xml:space="preserve">And the service they ask of her is in no way</w:t>
      </w:r>
      <w:r>
        <w:rPr>
          <w:b/>
          <w:bCs/>
        </w:rPr>
        <w:t xml:space="preserve"> </w:t>
      </w:r>
      <w:r>
        <w:rPr>
          <w:b/>
          <w:bCs/>
          <w:u w:val="single"/>
        </w:rPr>
        <w:t xml:space="preserve">contrary to</w:t>
      </w:r>
      <w:r>
        <w:rPr>
          <w:b/>
          <w:bCs/>
        </w:rPr>
        <w:t xml:space="preserve"> </w:t>
      </w:r>
      <w:r>
        <w:rPr>
          <w:b/>
          <w:bCs/>
        </w:rPr>
        <w:t xml:space="preserve">her Majesty's honour, but a noble and heroical act.</w:t>
      </w:r>
      <w:r>
        <w:br/>
      </w:r>
      <w:r>
        <w:t xml:space="preserve">    (a) produce or show</w:t>
      </w:r>
      <w:r>
        <w:br/>
      </w:r>
      <w:r>
        <w:t xml:space="preserve">    (b) in opposition to</w:t>
      </w:r>
      <w:r>
        <w:br/>
      </w:r>
      <w:r>
        <w:t xml:space="preserve">    (c) decisive defeat</w:t>
      </w:r>
    </w:p>
    <w:p>
      <w:pPr>
        <w:pStyle w:val="Compact"/>
        <w:numPr>
          <w:ilvl w:val="0"/>
          <w:numId w:val="1001"/>
        </w:numPr>
      </w:pPr>
      <w:r>
        <w:rPr>
          <w:b/>
          <w:bCs/>
          <w:u w:val="single"/>
        </w:rPr>
        <w:t xml:space="preserve">On the contrary</w:t>
      </w:r>
      <w:r>
        <w:rPr>
          <w:b/>
          <w:bCs/>
        </w:rPr>
        <w:t xml:space="preserve"> </w:t>
      </w:r>
      <w:r>
        <w:rPr>
          <w:b/>
          <w:bCs/>
        </w:rPr>
        <w:t xml:space="preserve">he liked him very much and was therefore frightened about him, and being frightened put him in a bad temper — just as your mother is much angrier with you for running out into the road in front of a car than a stranger would be.</w:t>
      </w:r>
      <w:r>
        <w:br/>
      </w:r>
      <w:r>
        <w:t xml:space="preserve">    (a) an expression used to intensify denial of an idea</w:t>
      </w:r>
      <w:r>
        <w:br/>
      </w:r>
      <w:r>
        <w:t xml:space="preserve">    (b) an expression used to introduce a statement that might be thought impolite</w:t>
      </w:r>
      <w:r>
        <w:br/>
      </w:r>
      <w:r>
        <w:t xml:space="preserve">    (c) an expression used to introduce a creative idea</w:t>
      </w:r>
    </w:p>
    <w:p>
      <w:pPr>
        <w:pStyle w:val="Compact"/>
        <w:numPr>
          <w:ilvl w:val="0"/>
          <w:numId w:val="1001"/>
        </w:numPr>
      </w:pPr>
      <w:r>
        <w:rPr>
          <w:b/>
          <w:bCs/>
        </w:rPr>
        <w:t xml:space="preserve">Eustace didn't want to accept, but Lucy said, "I'm sure they're not</w:t>
      </w:r>
      <w:r>
        <w:rPr>
          <w:b/>
          <w:bCs/>
        </w:rPr>
        <w:t xml:space="preserve"> </w:t>
      </w:r>
      <w:r>
        <w:rPr>
          <w:b/>
          <w:bCs/>
          <w:u w:val="single"/>
        </w:rPr>
        <w:t xml:space="preserve">treacherous</w:t>
      </w:r>
      <w:r>
        <w:rPr>
          <w:b/>
          <w:bCs/>
        </w:rPr>
        <w:t xml:space="preserve">."</w:t>
      </w:r>
      <w:r>
        <w:br/>
      </w:r>
      <w:r>
        <w:t xml:space="preserve">    (a) foolish</w:t>
      </w:r>
      <w:r>
        <w:br/>
      </w:r>
      <w:r>
        <w:t xml:space="preserve">    (b) untrustworthy</w:t>
      </w:r>
      <w:r>
        <w:br/>
      </w:r>
      <w:r>
        <w:t xml:space="preserve">    (c) unkind</w:t>
      </w:r>
    </w:p>
    <w:p>
      <w:pPr>
        <w:pStyle w:val="Compact"/>
        <w:numPr>
          <w:ilvl w:val="0"/>
          <w:numId w:val="1001"/>
        </w:numPr>
      </w:pPr>
      <w:r>
        <w:rPr>
          <w:b/>
          <w:bCs/>
        </w:rPr>
        <w:t xml:space="preserve">And he was solid and real and warm and he let her kiss him and bury herself in his shining</w:t>
      </w:r>
      <w:r>
        <w:rPr>
          <w:b/>
          <w:bCs/>
        </w:rPr>
        <w:t xml:space="preserve"> </w:t>
      </w:r>
      <w:r>
        <w:rPr>
          <w:b/>
          <w:bCs/>
          <w:u w:val="single"/>
        </w:rPr>
        <w:t xml:space="preserve">mane</w:t>
      </w:r>
      <w:r>
        <w:rPr>
          <w:b/>
          <w:bCs/>
        </w:rPr>
        <w:t xml:space="preserve">.</w:t>
      </w:r>
      <w:r>
        <w:br/>
      </w:r>
      <w:r>
        <w:t xml:space="preserve">    (a) lion's hair</w:t>
      </w:r>
      <w:r>
        <w:br/>
      </w:r>
      <w:r>
        <w:t xml:space="preserve">    (b) exchange, convert, or pay off</w:t>
      </w:r>
      <w:r>
        <w:br/>
      </w:r>
      <w:r>
        <w:t xml:space="preserve">    (c) select (on a computer screen)</w:t>
      </w:r>
    </w:p>
    <w:p>
      <w:pPr>
        <w:pStyle w:val="Compact"/>
        <w:numPr>
          <w:ilvl w:val="0"/>
          <w:numId w:val="1001"/>
        </w:numPr>
      </w:pPr>
      <w:r>
        <w:rPr>
          <w:b/>
          <w:bCs/>
        </w:rPr>
        <w:t xml:space="preserve">"And we're extremely regrettable," said the Chief Monopod, "that we can't give you the pleasure of seeing us as we were before we were uglified, for you wouldn't believe the difference, and that's the truth, for there's no denying we're mortal ugly now, so we won't</w:t>
      </w:r>
      <w:r>
        <w:rPr>
          <w:b/>
          <w:bCs/>
        </w:rPr>
        <w:t xml:space="preserve"> </w:t>
      </w:r>
      <w:r>
        <w:rPr>
          <w:b/>
          <w:bCs/>
          <w:u w:val="single"/>
        </w:rPr>
        <w:t xml:space="preserve">deceive</w:t>
      </w:r>
      <w:r>
        <w:rPr>
          <w:b/>
          <w:bCs/>
        </w:rPr>
        <w:t xml:space="preserve"> </w:t>
      </w:r>
      <w:r>
        <w:rPr>
          <w:b/>
          <w:bCs/>
        </w:rPr>
        <w:t xml:space="preserve">you."</w:t>
      </w:r>
      <w:r>
        <w:br/>
      </w:r>
      <w:r>
        <w:t xml:space="preserve">    (a) bad or harmful</w:t>
      </w:r>
      <w:r>
        <w:br/>
      </w:r>
      <w:r>
        <w:t xml:space="preserve">    (b) tell (a story)</w:t>
      </w:r>
      <w:r>
        <w:br/>
      </w:r>
      <w:r>
        <w:t xml:space="preserve">    (c) lie or mislead</w:t>
      </w:r>
    </w:p>
    <w:p>
      <w:pPr>
        <w:pStyle w:val="Compact"/>
        <w:numPr>
          <w:ilvl w:val="0"/>
          <w:numId w:val="1001"/>
        </w:numPr>
      </w:pPr>
      <w:r>
        <w:rPr>
          <w:b/>
          <w:bCs/>
        </w:rPr>
        <w:t xml:space="preserve">Why, every man that comes with us shall</w:t>
      </w:r>
      <w:r>
        <w:rPr>
          <w:b/>
          <w:bCs/>
        </w:rPr>
        <w:t xml:space="preserve"> </w:t>
      </w:r>
      <w:r>
        <w:rPr>
          <w:b/>
          <w:bCs/>
          <w:u w:val="single"/>
        </w:rPr>
        <w:t xml:space="preserve">bequeath</w:t>
      </w:r>
      <w:r>
        <w:rPr>
          <w:b/>
          <w:bCs/>
        </w:rPr>
        <w:t xml:space="preserve"> </w:t>
      </w:r>
      <w:r>
        <w:rPr>
          <w:b/>
          <w:bCs/>
        </w:rPr>
        <w:t xml:space="preserve">the title of Dawn Treader to all his descendants, and when we land at Cair Paravel on the homeward voyage he shall have either gold or land enough to make him rich all his life.</w:t>
      </w:r>
      <w:r>
        <w:br/>
      </w:r>
      <w:r>
        <w:t xml:space="preserve">    (a) give or pass down -- often upon death in a will</w:t>
      </w:r>
      <w:r>
        <w:br/>
      </w:r>
      <w:r>
        <w:t xml:space="preserve">    (b) mark important text; or the text that is marked</w:t>
      </w:r>
      <w:r>
        <w:br/>
      </w:r>
      <w:r>
        <w:t xml:space="preserve">    (c) give an opinion of what is wrong with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2026-07-31T15:11:14Z</dcterms:created>
  <dcterms:modified xsi:type="dcterms:W3CDTF">2026-07-31T15:11:14Z</dcterms:modified>
</cp:coreProperties>
</file>

<file path=docProps/custom.xml><?xml version="1.0" encoding="utf-8"?>
<Properties xmlns="http://schemas.openxmlformats.org/officeDocument/2006/custom-properties" xmlns:vt="http://schemas.openxmlformats.org/officeDocument/2006/docPropsVTypes"/>
</file>