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128ab52649f57edf2b3a1a8fdb8b9a1dfe71777"/>
    <w:p>
      <w:pPr>
        <w:pStyle w:val="Heading1"/>
      </w:pPr>
      <w:r>
        <w:rPr>
          <w:b/>
          <w:bCs/>
        </w:rPr>
        <w:t xml:space="preserve">The Voyage of the Dawn Trader</w:t>
      </w:r>
      <w:r>
        <w:br/>
      </w:r>
      <w:r>
        <w:rPr>
          <w:i/>
          <w:iCs/>
        </w:rPr>
        <w:t xml:space="preserve">C. S. Lewis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"I'm trying to think of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limerick</w:t>
      </w:r>
      <w:r>
        <w:rPr>
          <w:b/>
          <w:bCs/>
        </w:rPr>
        <w:t xml:space="preserve">," said Eustace.</w:t>
      </w:r>
      <w:r>
        <w:br/>
      </w:r>
      <w:r>
        <w:t xml:space="preserve">    (a) a period of time or a stage during the development of something</w:t>
      </w:r>
      <w:r>
        <w:br/>
      </w:r>
      <w:r>
        <w:t xml:space="preserve">    (b) a humorous 5-line poem with a rhyme scheme of aabba</w:t>
      </w:r>
      <w:r>
        <w:br/>
      </w:r>
      <w:r>
        <w:t xml:space="preserve">    (c) a measure of north/south (relative to the equator) on the earth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Consequently, when the Pevensie children had returned to Narnia last time for their second visit, it was (for the Narnians) as if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King Arthur</w:t>
      </w:r>
      <w:r>
        <w:rPr>
          <w:b/>
          <w:bCs/>
        </w:rPr>
        <w:t xml:space="preserve"> </w:t>
      </w:r>
      <w:r>
        <w:rPr>
          <w:b/>
          <w:bCs/>
        </w:rPr>
        <w:t xml:space="preserve">came back to Britain, as some people say he will.</w:t>
      </w:r>
      <w:r>
        <w:br/>
      </w:r>
      <w:r>
        <w:t xml:space="preserve">    (a) mythical king of Britain who rules at Camelot and leads the Knights of the Round Table</w:t>
      </w:r>
      <w:r>
        <w:br/>
      </w:r>
      <w:r>
        <w:t xml:space="preserve">    (b) King of Great Britain and Ireland from 1760 to 1820 who lost the American Revolution</w:t>
      </w:r>
      <w:r>
        <w:br/>
      </w:r>
      <w:r>
        <w:t xml:space="preserve">    (c) Greek mythology:  the greedy king with the power to turn everything he touched into gold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...could it be made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distilled</w:t>
      </w:r>
      <w:r>
        <w:rPr>
          <w:b/>
          <w:bCs/>
        </w:rPr>
        <w:t xml:space="preserve"> </w:t>
      </w:r>
      <w:r>
        <w:rPr>
          <w:b/>
          <w:bCs/>
        </w:rPr>
        <w:t xml:space="preserve">water and...</w:t>
      </w:r>
      <w:r>
        <w:br/>
      </w:r>
      <w:r>
        <w:t xml:space="preserve">    (a) purified</w:t>
      </w:r>
      <w:r>
        <w:br/>
      </w:r>
      <w:r>
        <w:t xml:space="preserve">    (b) corrupted or seduced from virtue, duty, or allegiance  OR  excessively drank, engaged in casual sex, and/or drug abuse while partying</w:t>
      </w:r>
      <w:r>
        <w:br/>
      </w:r>
      <w:r>
        <w:t xml:space="preserve">    (c) injured the ligaments of a joint by stretching them too far (ligaments are the tough, fibrous bands that connect bones across joints)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Miraz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usurper</w:t>
      </w:r>
      <w:r>
        <w:br/>
      </w:r>
      <w:r>
        <w:t xml:space="preserve">    (a) someone who shows excessive flattery or affection</w:t>
      </w:r>
      <w:r>
        <w:br/>
      </w:r>
      <w:r>
        <w:t xml:space="preserve">    (b) people who control, prevent, or make less intense</w:t>
      </w:r>
      <w:r>
        <w:br/>
      </w:r>
      <w:r>
        <w:t xml:space="preserve">    (c) one who takes control without authority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"Then take that," said Reepicheep, "and that — to teach you manners — and the respect due to a knight — and a Mouse — and a Mouse's tail —" and at each word he gave Eustace a blow with the side of his rapier, which was thin, fine dwarf-tempered steel and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supple</w:t>
      </w:r>
      <w:r>
        <w:rPr>
          <w:b/>
          <w:bCs/>
        </w:rPr>
        <w:t xml:space="preserve"> </w:t>
      </w:r>
      <w:r>
        <w:rPr>
          <w:b/>
          <w:bCs/>
        </w:rPr>
        <w:t xml:space="preserve">and effective as a birch rod.</w:t>
      </w:r>
      <w:r>
        <w:br/>
      </w:r>
      <w:r>
        <w:t xml:space="preserve">    (a) using passive (sometimes subtle) resistance in interpersonal or occupational situations while avoiding direct confrontation</w:t>
      </w:r>
      <w:r>
        <w:br/>
      </w:r>
      <w:r>
        <w:t xml:space="preserve">    (b) moving and bending easily -- sometimes used figuratively to indicate mental flexibility when adapting to different conditions</w:t>
      </w:r>
      <w:r>
        <w:br/>
      </w:r>
      <w:r>
        <w:t xml:space="preserve">    (c) clear, easily noticed, and/or identifiable as different or separate -- sometimes to indicate a difference that is excellent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Caspian was sorry for the others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languishing</w:t>
      </w:r>
      <w:r>
        <w:rPr>
          <w:b/>
          <w:bCs/>
        </w:rPr>
        <w:t xml:space="preserve"> </w:t>
      </w:r>
      <w:r>
        <w:rPr>
          <w:b/>
          <w:bCs/>
        </w:rPr>
        <w:t xml:space="preserve">in the hold of Pug's slave-ship,</w:t>
      </w:r>
      <w:r>
        <w:br/>
      </w:r>
      <w:r>
        <w:t xml:space="preserve">    (a) suffering for a long time</w:t>
      </w:r>
      <w:r>
        <w:br/>
      </w:r>
      <w:r>
        <w:t xml:space="preserve">    (b) emphasizing (drawing attention to something)</w:t>
      </w:r>
      <w:r>
        <w:br/>
      </w:r>
      <w:r>
        <w:t xml:space="preserve">    (c) a non-doctor assisting a women in childbirth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those days everything in the islands was done in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slovenly</w:t>
      </w:r>
      <w:r>
        <w:rPr>
          <w:b/>
          <w:bCs/>
        </w:rPr>
        <w:t xml:space="preserve">, slouching manner.</w:t>
      </w:r>
      <w:r>
        <w:br/>
      </w:r>
      <w:r>
        <w:t xml:space="preserve">    (a) the quality of being very bad (deserving no respect)</w:t>
      </w:r>
      <w:r>
        <w:br/>
      </w:r>
      <w:r>
        <w:t xml:space="preserve">    (b) messy or dirty;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excessively careless or casual</w:t>
      </w:r>
      <w:r>
        <w:br/>
      </w:r>
      <w:r>
        <w:t xml:space="preserve">    (c) the state or degree of being optimistic or agreeable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at noon tomorrow I wish to see them here in this courtyard looking like men-at-arms and not like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vagabonds</w:t>
      </w:r>
      <w:r>
        <w:rPr>
          <w:b/>
          <w:bCs/>
        </w:rPr>
        <w:t xml:space="preserve">.</w:t>
      </w:r>
      <w:r>
        <w:br/>
      </w:r>
      <w:r>
        <w:t xml:space="preserve">    (a) a person who wanders from town to town with no fixed home or job</w:t>
      </w:r>
      <w:r>
        <w:br/>
      </w:r>
      <w:r>
        <w:t xml:space="preserve">    (b) shows fear by positioning the body as though afraid of being hit</w:t>
      </w:r>
      <w:r>
        <w:br/>
      </w:r>
      <w:r>
        <w:t xml:space="preserve">    (c) degrades (decreases) the purity, quality, or status of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lifted it, and flung it on one side of the hall where it rolled over, scattering a cascade of letters,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dossiers</w:t>
      </w:r>
      <w:r>
        <w:rPr>
          <w:b/>
          <w:bCs/>
        </w:rPr>
        <w:t xml:space="preserve">, ink-pots, pens, sealing-wax and documents.</w:t>
      </w:r>
      <w:r>
        <w:br/>
      </w:r>
      <w:r>
        <w:t xml:space="preserve">    (a) highly educated people interested in learning and exploring ideas -- sometimes while ignoring practical considerations</w:t>
      </w:r>
      <w:r>
        <w:br/>
      </w:r>
      <w:r>
        <w:t xml:space="preserve">    (b) believers in the religious movement started by Joseph Smith, especially the beliefs and practices of Latter-day Saints</w:t>
      </w:r>
      <w:r>
        <w:br/>
      </w:r>
      <w:r>
        <w:t xml:space="preserve">    (c) a collection of papers containing detailed information about a particular person or subject -- often a person's record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"Nothing about it in the correspondence," said the governor. Nothing 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minutes</w:t>
      </w:r>
      <w:r>
        <w:rPr>
          <w:b/>
          <w:bCs/>
        </w:rPr>
        <w:t xml:space="preserve">. We have not been notified of any such thing.</w:t>
      </w:r>
      <w:r>
        <w:br/>
      </w:r>
      <w:r>
        <w:t xml:space="preserve">    (a) results or predictable values</w:t>
      </w:r>
      <w:r>
        <w:br/>
      </w:r>
      <w:r>
        <w:t xml:space="preserve">    (b) things not easily set on fire</w:t>
      </w:r>
      <w:r>
        <w:br/>
      </w:r>
      <w:r>
        <w:t xml:space="preserve">    (c) formal notes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wonder when 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infernal</w:t>
      </w:r>
      <w:r>
        <w:rPr>
          <w:b/>
          <w:bCs/>
        </w:rPr>
        <w:t xml:space="preserve"> </w:t>
      </w:r>
      <w:r>
        <w:rPr>
          <w:b/>
          <w:bCs/>
        </w:rPr>
        <w:t xml:space="preserve">rain's going to let up?</w:t>
      </w:r>
      <w:r>
        <w:br/>
      </w:r>
      <w:r>
        <w:t xml:space="preserve">    (a) strict, firm, or hard (not giving in, not giving way, or not giving up)</w:t>
      </w:r>
      <w:r>
        <w:br/>
      </w:r>
      <w:r>
        <w:t xml:space="preserve">    (b) relating to classical music plays in which most of the dialogue is sung</w:t>
      </w:r>
      <w:r>
        <w:br/>
      </w:r>
      <w:r>
        <w:t xml:space="preserve">    (c) very bad; or very annoying; or characteristic of hell or the underworld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rose high into the air and saw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innumerable</w:t>
      </w:r>
      <w:r>
        <w:rPr>
          <w:b/>
          <w:bCs/>
        </w:rPr>
        <w:t xml:space="preserve"> </w:t>
      </w:r>
      <w:r>
        <w:rPr>
          <w:b/>
          <w:bCs/>
        </w:rPr>
        <w:t xml:space="preserve">mountain-tops spread out beneath him in the moonlight.</w:t>
      </w:r>
      <w:r>
        <w:br/>
      </w:r>
      <w:r>
        <w:t xml:space="preserve">    (a) too numerous to be counted</w:t>
      </w:r>
      <w:r>
        <w:br/>
      </w:r>
      <w:r>
        <w:t xml:space="preserve">    (b) the quality of disagreeing</w:t>
      </w:r>
      <w:r>
        <w:br/>
      </w:r>
      <w:r>
        <w:t xml:space="preserve">    (c) able to meet and talk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noble Mouse would creep away from the merry circle at the camp fire and sit down by the dragon's head, well 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windward</w:t>
      </w:r>
      <w:r>
        <w:rPr>
          <w:b/>
          <w:bCs/>
        </w:rPr>
        <w:t xml:space="preserve"> </w:t>
      </w:r>
      <w:r>
        <w:rPr>
          <w:b/>
          <w:bCs/>
        </w:rPr>
        <w:t xml:space="preserve">to be out of the way of his smoky breath.</w:t>
      </w:r>
      <w:r>
        <w:br/>
      </w:r>
      <w:r>
        <w:t xml:space="preserve">    (a) the direction or side from which the wind is coming</w:t>
      </w:r>
      <w:r>
        <w:br/>
      </w:r>
      <w:r>
        <w:t xml:space="preserve">    (b) the state of being unaware of one's mental activity</w:t>
      </w:r>
      <w:r>
        <w:br/>
      </w:r>
      <w:r>
        <w:t xml:space="preserve">    (c) increasing reason or general desire to do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relapses</w:t>
      </w:r>
      <w:r>
        <w:rPr>
          <w:b/>
          <w:bCs/>
        </w:rPr>
        <w:t xml:space="preserve">.</w:t>
      </w:r>
      <w:r>
        <w:br/>
      </w:r>
      <w:r>
        <w:t xml:space="preserve">    (a) returns to an undesirable previous condition</w:t>
      </w:r>
      <w:r>
        <w:br/>
      </w:r>
      <w:r>
        <w:t xml:space="preserve">    (b) holds together (connects or unites) or wraps</w:t>
      </w:r>
      <w:r>
        <w:br/>
      </w:r>
      <w:r>
        <w:t xml:space="preserve">    (c) makes appropriate in size, amount, or degree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Perhaps they'll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parley</w:t>
      </w:r>
      <w:r>
        <w:rPr>
          <w:b/>
          <w:bCs/>
        </w:rPr>
        <w:t xml:space="preserve">.</w:t>
      </w:r>
      <w:r>
        <w:br/>
      </w:r>
      <w:r>
        <w:t xml:space="preserve">    (a) to promise, guarantee, or indicate certainty of something</w:t>
      </w:r>
      <w:r>
        <w:br/>
      </w:r>
      <w:r>
        <w:t xml:space="preserve">    (b) think carefully and make a judgment about something again</w:t>
      </w:r>
      <w:r>
        <w:br/>
      </w:r>
      <w:r>
        <w:t xml:space="preserve">    (c) a negotiation or discussion -- especially between enemies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Are they awfully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conceited</w:t>
      </w:r>
      <w:r>
        <w:rPr>
          <w:b/>
          <w:bCs/>
        </w:rPr>
        <w:t xml:space="preserve">?</w:t>
      </w:r>
      <w:r>
        <w:br/>
      </w:r>
      <w:r>
        <w:t xml:space="preserve">    (a) not judged in a negative way</w:t>
      </w:r>
      <w:r>
        <w:br/>
      </w:r>
      <w:r>
        <w:t xml:space="preserve">    (b) calculated or judged too low</w:t>
      </w:r>
      <w:r>
        <w:br/>
      </w:r>
      <w:r>
        <w:t xml:space="preserve">    (c) excessively proud of oneself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Grant me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boon</w:t>
      </w:r>
      <w:r>
        <w:rPr>
          <w:b/>
          <w:bCs/>
        </w:rPr>
        <w:t xml:space="preserve">.</w:t>
      </w:r>
      <w:r>
        <w:br/>
      </w:r>
      <w:r>
        <w:t xml:space="preserve">    (a) a traditional practice or custom</w:t>
      </w:r>
      <w:r>
        <w:br/>
      </w:r>
      <w:r>
        <w:t xml:space="preserve">    (b) something that causes great harm</w:t>
      </w:r>
      <w:r>
        <w:br/>
      </w:r>
      <w:r>
        <w:t xml:space="preserve">    (c) something that is of great benefit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they now saw was a wide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oblong</w:t>
      </w:r>
      <w:r>
        <w:rPr>
          <w:b/>
          <w:bCs/>
        </w:rPr>
        <w:t xml:space="preserve"> </w:t>
      </w:r>
      <w:r>
        <w:rPr>
          <w:b/>
          <w:bCs/>
        </w:rPr>
        <w:t xml:space="preserve">space flagged with smooth stones and surrounded by grey pillars but unroofed.</w:t>
      </w:r>
      <w:r>
        <w:br/>
      </w:r>
      <w:r>
        <w:t xml:space="preserve">    (a) an elongated shape (having more length than width) -- typically of a stretched circle that is longer than an oval, but occasionally used to describe a rectangle</w:t>
      </w:r>
      <w:r>
        <w:br/>
      </w:r>
      <w:r>
        <w:t xml:space="preserve">    (b) soccer:  a foul kick taken from 12 yards in front of the goal and defended only by the goalkeeper who cannot advance beyond the goal line until the shot is taken</w:t>
      </w:r>
      <w:r>
        <w:br/>
      </w:r>
      <w:r>
        <w:t xml:space="preserve">    (c) a workplace where people do scientific or medical research, or produce drugs or chemicals (also used figuratively)  OR  (as an adjective) related to such a place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"But, Sire," interrupted Drinian, "are you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abdicating</w:t>
      </w:r>
      <w:r>
        <w:rPr>
          <w:b/>
          <w:bCs/>
        </w:rPr>
        <w:t xml:space="preserve">?"</w:t>
      </w:r>
      <w:r>
        <w:br/>
      </w:r>
      <w:r>
        <w:t xml:space="preserve">    (a) moving again into position to work; or starting again</w:t>
      </w:r>
      <w:r>
        <w:br/>
      </w:r>
      <w:r>
        <w:t xml:space="preserve">    (b) formally giving up power</w:t>
      </w:r>
      <w:r>
        <w:br/>
      </w:r>
      <w:r>
        <w:t xml:space="preserve">    (c) spreading one-sided information to influence opinions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stood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irresolute</w:t>
      </w:r>
      <w:r>
        <w:rPr>
          <w:b/>
          <w:bCs/>
        </w:rPr>
        <w:t xml:space="preserve"> </w:t>
      </w:r>
      <w:r>
        <w:rPr>
          <w:b/>
          <w:bCs/>
        </w:rPr>
        <w:t xml:space="preserve">for a moment and then shouted out to the ship in general.</w:t>
      </w:r>
      <w:r>
        <w:br/>
      </w:r>
      <w:r>
        <w:t xml:space="preserve">    (a) poor ability to make a decision</w:t>
      </w:r>
      <w:r>
        <w:br/>
      </w:r>
      <w:r>
        <w:t xml:space="preserve">    (b) non-traditional or non-standard</w:t>
      </w:r>
      <w:r>
        <w:br/>
      </w:r>
      <w:r>
        <w:t xml:space="preserve">    (c) uncertain how to act or proceed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2026-07-31T15:11:15Z</dcterms:created>
  <dcterms:modified xsi:type="dcterms:W3CDTF">2026-07-31T15:11:15Z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