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bdfe8b2872f0ed021315690b49ba72e537c0e5f"/>
    <w:p>
      <w:pPr>
        <w:pStyle w:val="Heading1"/>
      </w:pPr>
      <w:r>
        <w:rPr>
          <w:b/>
          <w:bCs/>
        </w:rPr>
        <w:t xml:space="preserve">The Veldt</w:t>
      </w:r>
      <w:r>
        <w:br/>
      </w:r>
      <w:r>
        <w:rPr>
          <w:i/>
          <w:iCs/>
        </w:rPr>
        <w:t xml:space="preserve">Ray Bradbury</w:t>
      </w:r>
      <w:r>
        <w:br/>
      </w:r>
      <w:r>
        <w:rPr>
          <w:b/>
          <w:bCs/>
        </w:rPr>
        <w:t xml:space="preserve">Vocabulary in Context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Now, as George and Lydia Hadley stood in the center of the room, the walls began to purr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recede</w:t>
      </w:r>
      <w:r>
        <w:rPr>
          <w:b/>
          <w:bCs/>
        </w:rPr>
        <w:t xml:space="preserve"> </w:t>
      </w:r>
      <w:r>
        <w:rPr>
          <w:b/>
          <w:bCs/>
        </w:rPr>
        <w:t xml:space="preserve">into crystalline distance, it seemed, and presently an African veldt appeared, in three dimensions, on all sides, in color reproduced to the final pebble and bit of straw.</w:t>
      </w:r>
      <w:r>
        <w:br/>
      </w:r>
      <w:r>
        <w:t xml:space="preserve">    (a) move away</w:t>
      </w:r>
      <w:r>
        <w:br/>
      </w:r>
      <w:r>
        <w:t xml:space="preserve">    (b) move together</w:t>
      </w:r>
      <w:r>
        <w:br/>
      </w:r>
      <w:r>
        <w:t xml:space="preserve">    (c) move closer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Now, as George and Lydia Hadley stood in the center of the room, the walls began to purr and recede into crystalline distance, it seemed, and presently an African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veldt</w:t>
      </w:r>
      <w:r>
        <w:rPr>
          <w:b/>
          <w:bCs/>
        </w:rPr>
        <w:t xml:space="preserve"> </w:t>
      </w:r>
      <w:r>
        <w:rPr>
          <w:b/>
          <w:bCs/>
        </w:rPr>
        <w:t xml:space="preserve">appeared, in three dimensions, on all sides, in color reproduced to the final pebble and bit of straw.</w:t>
      </w:r>
      <w:r>
        <w:br/>
      </w:r>
      <w:r>
        <w:t xml:space="preserve">    (a) jungle (more commonly spelled</w:t>
      </w:r>
      <w:r>
        <w:t xml:space="preserve"> </w:t>
      </w:r>
      <w:r>
        <w:rPr>
          <w:i/>
          <w:iCs/>
        </w:rPr>
        <w:t xml:space="preserve">veld</w:t>
      </w:r>
      <w:r>
        <w:t xml:space="preserve">)</w:t>
      </w:r>
      <w:r>
        <w:br/>
      </w:r>
      <w:r>
        <w:t xml:space="preserve">    (b) open grassland (more commonly spelled</w:t>
      </w:r>
      <w:r>
        <w:t xml:space="preserve"> </w:t>
      </w:r>
      <w:r>
        <w:rPr>
          <w:i/>
          <w:iCs/>
        </w:rPr>
        <w:t xml:space="preserve">veld</w:t>
      </w:r>
      <w:r>
        <w:t xml:space="preserve">)</w:t>
      </w:r>
      <w:r>
        <w:br/>
      </w:r>
      <w:r>
        <w:t xml:space="preserve">    (c) village (more commonly spelled</w:t>
      </w:r>
      <w:r>
        <w:t xml:space="preserve"> </w:t>
      </w:r>
      <w:r>
        <w:rPr>
          <w:i/>
          <w:iCs/>
        </w:rPr>
        <w:t xml:space="preserve">veld</w:t>
      </w:r>
      <w:r>
        <w:t xml:space="preserve">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And again George Hadley was filled with admiration for the mechanical genius who had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conceived</w:t>
      </w:r>
      <w:r>
        <w:rPr>
          <w:b/>
          <w:bCs/>
        </w:rPr>
        <w:t xml:space="preserve"> </w:t>
      </w:r>
      <w:r>
        <w:rPr>
          <w:b/>
          <w:bCs/>
        </w:rPr>
        <w:t xml:space="preserve">this room.</w:t>
      </w:r>
      <w:r>
        <w:br/>
      </w:r>
      <w:r>
        <w:t xml:space="preserve">    (a) hidden</w:t>
      </w:r>
      <w:r>
        <w:br/>
      </w:r>
      <w:r>
        <w:t xml:space="preserve">    (b) built</w:t>
      </w:r>
      <w:r>
        <w:br/>
      </w:r>
      <w:r>
        <w:t xml:space="preserve">    (c) imagined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Outside, in the hall, with the door slammed he was laughing and she was crying, and they both stood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appalled</w:t>
      </w:r>
      <w:r>
        <w:rPr>
          <w:b/>
          <w:bCs/>
        </w:rPr>
        <w:t xml:space="preserve"> </w:t>
      </w:r>
      <w:r>
        <w:rPr>
          <w:b/>
          <w:bCs/>
        </w:rPr>
        <w:t xml:space="preserve">at the other's reaction.</w:t>
      </w:r>
      <w:r>
        <w:br/>
      </w:r>
      <w:r>
        <w:t xml:space="preserve">    (a) angry</w:t>
      </w:r>
      <w:r>
        <w:br/>
      </w:r>
      <w:r>
        <w:t xml:space="preserve">    (b) amused</w:t>
      </w:r>
      <w:r>
        <w:br/>
      </w:r>
      <w:r>
        <w:t xml:space="preserve">    (c) horrified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And it was clearly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indicated</w:t>
      </w:r>
      <w:r>
        <w:rPr>
          <w:b/>
          <w:bCs/>
        </w:rPr>
        <w:t xml:space="preserve"> </w:t>
      </w:r>
      <w:r>
        <w:rPr>
          <w:b/>
          <w:bCs/>
        </w:rPr>
        <w:t xml:space="preserve">that the children had been spending a little too much time on Africa.</w:t>
      </w:r>
      <w:r>
        <w:br/>
      </w:r>
      <w:r>
        <w:t xml:space="preserve">    (a) believed</w:t>
      </w:r>
      <w:r>
        <w:br/>
      </w:r>
      <w:r>
        <w:t xml:space="preserve">    (b) denied</w:t>
      </w:r>
      <w:r>
        <w:br/>
      </w:r>
      <w:r>
        <w:t xml:space="preserve">    (c) shown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Remarkable how the nursery caught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telepathic</w:t>
      </w:r>
      <w:r>
        <w:rPr>
          <w:b/>
          <w:bCs/>
        </w:rPr>
        <w:t xml:space="preserve"> </w:t>
      </w:r>
      <w:r>
        <w:rPr>
          <w:b/>
          <w:bCs/>
        </w:rPr>
        <w:t xml:space="preserve">emanations of the children's minds and created life to fill their every desire.</w:t>
      </w:r>
      <w:r>
        <w:br/>
      </w:r>
      <w:r>
        <w:t xml:space="preserve">    (a) related to problem solving</w:t>
      </w:r>
      <w:r>
        <w:br/>
      </w:r>
      <w:r>
        <w:t xml:space="preserve">    (b) related to youthful desire</w:t>
      </w:r>
      <w:r>
        <w:br/>
      </w:r>
      <w:r>
        <w:t xml:space="preserve">    (c) related to mind reading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Remarkable how the nursery caught the telepathic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emanations</w:t>
      </w:r>
      <w:r>
        <w:rPr>
          <w:b/>
          <w:bCs/>
        </w:rPr>
        <w:t xml:space="preserve"> </w:t>
      </w:r>
      <w:r>
        <w:rPr>
          <w:b/>
          <w:bCs/>
        </w:rPr>
        <w:t xml:space="preserve">of the children's minds and created life to fill their every desire.</w:t>
      </w:r>
      <w:r>
        <w:br/>
      </w:r>
      <w:r>
        <w:t xml:space="preserve">    (a) emissions</w:t>
      </w:r>
      <w:r>
        <w:br/>
      </w:r>
      <w:r>
        <w:t xml:space="preserve">    (b) devices</w:t>
      </w:r>
      <w:r>
        <w:br/>
      </w:r>
      <w:r>
        <w:t xml:space="preserve">    (c) fears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didn't answer Lydia.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Preoccupied</w:t>
      </w:r>
      <w:r>
        <w:rPr>
          <w:b/>
          <w:bCs/>
        </w:rPr>
        <w:t xml:space="preserve">, he let the lights glow softly on ahead of him, extinguish behind him as he padded to the nursery door.</w:t>
      </w:r>
      <w:r>
        <w:br/>
      </w:r>
      <w:r>
        <w:t xml:space="preserve">    (a) lost in the dark</w:t>
      </w:r>
      <w:r>
        <w:br/>
      </w:r>
      <w:r>
        <w:t xml:space="preserve">    (b) lost in the room</w:t>
      </w:r>
      <w:r>
        <w:br/>
      </w:r>
      <w:r>
        <w:t xml:space="preserve">    (c) lost in thought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And then another roar from the lions, which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subsided</w:t>
      </w:r>
      <w:r>
        <w:rPr>
          <w:b/>
          <w:bCs/>
        </w:rPr>
        <w:t xml:space="preserve"> </w:t>
      </w:r>
      <w:r>
        <w:rPr>
          <w:b/>
          <w:bCs/>
        </w:rPr>
        <w:t xml:space="preserve">quickly.</w:t>
      </w:r>
      <w:r>
        <w:br/>
      </w:r>
      <w:r>
        <w:t xml:space="preserve">    (a) became less intense</w:t>
      </w:r>
      <w:r>
        <w:br/>
      </w:r>
      <w:r>
        <w:t xml:space="preserve">    (b) grew louder</w:t>
      </w:r>
      <w:r>
        <w:br/>
      </w:r>
      <w:r>
        <w:t xml:space="preserve">    (c) became more intense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knew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principle</w:t>
      </w:r>
      <w:r>
        <w:rPr>
          <w:b/>
          <w:bCs/>
        </w:rPr>
        <w:t xml:space="preserve"> </w:t>
      </w:r>
      <w:r>
        <w:rPr>
          <w:b/>
          <w:bCs/>
        </w:rPr>
        <w:t xml:space="preserve">of the room exactly.</w:t>
      </w:r>
      <w:r>
        <w:br/>
      </w:r>
      <w:r>
        <w:t xml:space="preserve">    (a) detailed plans</w:t>
      </w:r>
      <w:r>
        <w:br/>
      </w:r>
      <w:r>
        <w:t xml:space="preserve">    (b) person in charge</w:t>
      </w:r>
      <w:r>
        <w:br/>
      </w:r>
      <w:r>
        <w:t xml:space="preserve">    (c) basic way it worked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They're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insufferable</w:t>
      </w:r>
      <w:r>
        <w:rPr>
          <w:b/>
          <w:bCs/>
        </w:rPr>
        <w:t xml:space="preserve"> </w:t>
      </w:r>
      <w:r>
        <w:rPr>
          <w:b/>
          <w:bCs/>
        </w:rPr>
        <w:t xml:space="preserve">— let's admit it.</w:t>
      </w:r>
      <w:r>
        <w:br/>
      </w:r>
      <w:r>
        <w:t xml:space="preserve">    (a) nice</w:t>
      </w:r>
      <w:r>
        <w:br/>
      </w:r>
      <w:r>
        <w:t xml:space="preserve">    (b) unpleasant</w:t>
      </w:r>
      <w:r>
        <w:br/>
      </w:r>
      <w:r>
        <w:t xml:space="preserve">    (c) smart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"They've been acting funny ever since you forbade them to take the rocket to New York a few months ago."</w:t>
      </w:r>
      <w:r>
        <w:br/>
      </w:r>
      <w:r>
        <w:rPr>
          <w:b/>
          <w:bCs/>
        </w:rPr>
        <w:t xml:space="preserve">"They're not old enough to do that alone, I explained."</w:t>
      </w:r>
      <w:r>
        <w:br/>
      </w:r>
      <w:r>
        <w:rPr>
          <w:b/>
          <w:bCs/>
        </w:rPr>
        <w:t xml:space="preserve">"</w:t>
      </w:r>
      <w:r>
        <w:rPr>
          <w:b/>
          <w:bCs/>
          <w:u w:val="single"/>
        </w:rPr>
        <w:t xml:space="preserve">Nevertheless</w:t>
      </w:r>
      <w:r>
        <w:rPr>
          <w:b/>
          <w:bCs/>
        </w:rPr>
        <w:t xml:space="preserve">, I've noticed they've been decidedly cool toward us since."</w:t>
      </w:r>
      <w:r>
        <w:br/>
      </w:r>
      <w:r>
        <w:t xml:space="preserve">    (a) in addition to that</w:t>
      </w:r>
      <w:r>
        <w:br/>
      </w:r>
      <w:r>
        <w:t xml:space="preserve">    (b) in keeping with that</w:t>
      </w:r>
      <w:r>
        <w:br/>
      </w:r>
      <w:r>
        <w:t xml:space="preserve">    (c) in spite of that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If you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intersperse</w:t>
      </w:r>
      <w:r>
        <w:rPr>
          <w:b/>
          <w:bCs/>
        </w:rPr>
        <w:t xml:space="preserve"> </w:t>
      </w:r>
      <w:r>
        <w:rPr>
          <w:b/>
          <w:bCs/>
        </w:rPr>
        <w:t xml:space="preserve">this Africa with a little variety — oh, Sweden perhaps, or Denmark or China —</w:t>
      </w:r>
      <w:r>
        <w:br/>
      </w:r>
      <w:r>
        <w:t xml:space="preserve">    (a) contaminate</w:t>
      </w:r>
      <w:r>
        <w:br/>
      </w:r>
      <w:r>
        <w:t xml:space="preserve">    (b) purify</w:t>
      </w:r>
      <w:r>
        <w:br/>
      </w:r>
      <w:r>
        <w:t xml:space="preserve">    (c) mix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You are, within reasonable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bounds</w:t>
      </w:r>
      <w:r>
        <w:rPr>
          <w:b/>
          <w:bCs/>
        </w:rPr>
        <w:t xml:space="preserve">.</w:t>
      </w:r>
      <w:r>
        <w:br/>
      </w:r>
      <w:r>
        <w:t xml:space="preserve">    (a) jumps</w:t>
      </w:r>
      <w:r>
        <w:br/>
      </w:r>
      <w:r>
        <w:t xml:space="preserve">    (b) ropes</w:t>
      </w:r>
      <w:r>
        <w:br/>
      </w:r>
      <w:r>
        <w:t xml:space="preserve">    (c) boundaries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With the children gone, the two men stood studying the lions clustered at a distance, eating with great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relish</w:t>
      </w:r>
      <w:r>
        <w:rPr>
          <w:b/>
          <w:bCs/>
        </w:rPr>
        <w:t xml:space="preserve"> </w:t>
      </w:r>
      <w:r>
        <w:rPr>
          <w:b/>
          <w:bCs/>
        </w:rPr>
        <w:t xml:space="preserve">whatever it was they had caught.</w:t>
      </w:r>
      <w:r>
        <w:br/>
      </w:r>
      <w:r>
        <w:t xml:space="preserve">    (a) haste</w:t>
      </w:r>
      <w:r>
        <w:br/>
      </w:r>
      <w:r>
        <w:t xml:space="preserve">    (b) enjoyment</w:t>
      </w:r>
      <w:r>
        <w:br/>
      </w:r>
      <w:r>
        <w:t xml:space="preserve">    (c) care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But won't the shock be too much for the children, shutting the room up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abruptly</w:t>
      </w:r>
      <w:r>
        <w:rPr>
          <w:b/>
          <w:bCs/>
        </w:rPr>
        <w:t xml:space="preserve">, for good?</w:t>
      </w:r>
      <w:r>
        <w:br/>
      </w:r>
      <w:r>
        <w:t xml:space="preserve">    (a) gradually</w:t>
      </w:r>
      <w:r>
        <w:br/>
      </w:r>
      <w:r>
        <w:t xml:space="preserve">    (b) completely</w:t>
      </w:r>
      <w:r>
        <w:br/>
      </w:r>
      <w:r>
        <w:t xml:space="preserve">    (c) suddenly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"Now I'm feeling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persecuted</w:t>
      </w:r>
      <w:r>
        <w:rPr>
          <w:b/>
          <w:bCs/>
        </w:rPr>
        <w:t xml:space="preserve">," said McClean.</w:t>
      </w:r>
      <w:r>
        <w:br/>
      </w:r>
      <w:r>
        <w:t xml:space="preserve">    (a) unsurely</w:t>
      </w:r>
      <w:r>
        <w:br/>
      </w:r>
      <w:r>
        <w:t xml:space="preserve">    (b) unsafely</w:t>
      </w:r>
      <w:r>
        <w:br/>
      </w:r>
      <w:r>
        <w:t xml:space="preserve">    (c) unfairly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"Nothing ever likes to die — even a room. I wonder if it hates me for wanting to switch it off?"</w:t>
      </w:r>
      <w:r>
        <w:br/>
      </w:r>
      <w:r>
        <w:rPr>
          <w:b/>
          <w:bCs/>
        </w:rPr>
        <w:t xml:space="preserve">"</w:t>
      </w:r>
      <w:r>
        <w:rPr>
          <w:b/>
          <w:bCs/>
          <w:u w:val="single"/>
        </w:rPr>
        <w:t xml:space="preserve">Paranoia</w:t>
      </w:r>
      <w:r>
        <w:rPr>
          <w:b/>
          <w:bCs/>
        </w:rPr>
        <w:t xml:space="preserve"> </w:t>
      </w:r>
      <w:r>
        <w:rPr>
          <w:b/>
          <w:bCs/>
        </w:rPr>
        <w:t xml:space="preserve">is thick around here today," said David McClean.</w:t>
      </w:r>
      <w:r>
        <w:br/>
      </w:r>
      <w:r>
        <w:t xml:space="preserve">    (a) change</w:t>
      </w:r>
      <w:r>
        <w:br/>
      </w:r>
      <w:r>
        <w:t xml:space="preserve">    (b) comfort</w:t>
      </w:r>
      <w:r>
        <w:br/>
      </w:r>
      <w:r>
        <w:t xml:space="preserve">    (c) fear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We've been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contemplating</w:t>
      </w:r>
      <w:r>
        <w:rPr>
          <w:b/>
          <w:bCs/>
        </w:rPr>
        <w:t xml:space="preserve"> </w:t>
      </w:r>
      <w:r>
        <w:rPr>
          <w:b/>
          <w:bCs/>
        </w:rPr>
        <w:t xml:space="preserve">our mechanical, electronic navels for too long.</w:t>
      </w:r>
      <w:r>
        <w:br/>
      </w:r>
      <w:r>
        <w:t xml:space="preserve">    (a) building</w:t>
      </w:r>
      <w:r>
        <w:br/>
      </w:r>
      <w:r>
        <w:t xml:space="preserve">    (b) depending upon</w:t>
      </w:r>
      <w:r>
        <w:br/>
      </w:r>
      <w:r>
        <w:t xml:space="preserve">    (c) thinking about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think we'd better get downstairs before those kids get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engrossed</w:t>
      </w:r>
      <w:r>
        <w:rPr>
          <w:b/>
          <w:bCs/>
        </w:rPr>
        <w:t xml:space="preserve"> </w:t>
      </w:r>
      <w:r>
        <w:rPr>
          <w:b/>
          <w:bCs/>
        </w:rPr>
        <w:t xml:space="preserve">with those damned beasts again.</w:t>
      </w:r>
      <w:r>
        <w:br/>
      </w:r>
      <w:r>
        <w:t xml:space="preserve">    (a) upset</w:t>
      </w:r>
      <w:r>
        <w:br/>
      </w:r>
      <w:r>
        <w:t xml:space="preserve">    (b) bored</w:t>
      </w:r>
      <w:r>
        <w:br/>
      </w:r>
      <w:r>
        <w:t xml:space="preserve">    (c) busy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2026-07-31T19:12:31Z</dcterms:created>
  <dcterms:modified xsi:type="dcterms:W3CDTF">2026-07-31T19:12:31Z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