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9b89e9c42e042061d69f6f71d31a25d2bccd323"/>
    <w:p>
      <w:pPr>
        <w:pStyle w:val="Heading1"/>
      </w:pPr>
      <w:r>
        <w:rPr>
          <w:b/>
          <w:bCs/>
        </w:rPr>
        <w:t xml:space="preserve">The Unbearable Lightness of Being</w:t>
      </w:r>
      <w:r>
        <w:br/>
      </w:r>
      <w:r>
        <w:rPr>
          <w:i/>
          <w:iCs/>
        </w:rPr>
        <w:t xml:space="preserve">Milan Kundera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Tomas did not realize at the time that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metaphors</w:t>
      </w:r>
      <w:r>
        <w:rPr>
          <w:b/>
          <w:bCs/>
        </w:rPr>
        <w:t xml:space="preserve"> </w:t>
      </w:r>
      <w:r>
        <w:rPr>
          <w:b/>
          <w:bCs/>
        </w:rPr>
        <w:t xml:space="preserve">are dangerous.</w:t>
      </w:r>
      <w:r>
        <w:br/>
      </w:r>
      <w:r>
        <w:t xml:space="preserve">    (a) people knowledgeable in the collection and interpretation of numerical data -- especially someone who uses statistics to calculate insurance premiums</w:t>
      </w:r>
      <w:r>
        <w:br/>
      </w:r>
      <w:r>
        <w:t xml:space="preserve">    (b) figures of speech in which a similarity between two things is highlighted by using a word to refer to something that it does not</w:t>
      </w:r>
      <w:r>
        <w:t xml:space="preserve"> </w:t>
      </w:r>
      <w:r>
        <w:rPr>
          <w:i/>
          <w:iCs/>
        </w:rPr>
        <w:t xml:space="preserve">literally</w:t>
      </w:r>
      <w:r>
        <w:t xml:space="preserve"> </w:t>
      </w:r>
      <w:r>
        <w:t xml:space="preserve">mean</w:t>
      </w:r>
      <w:r>
        <w:br/>
      </w:r>
      <w:r>
        <w:t xml:space="preserve">    (c) people of the ancient collection of city states at eastern end of the Mediterranean known for their maritime trading culture between 1550 BC to 300 BC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Metaphors are not to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trifled with</w:t>
      </w:r>
      <w:r>
        <w:rPr>
          <w:b/>
          <w:bCs/>
        </w:rPr>
        <w:t xml:space="preserve">.</w:t>
      </w:r>
      <w:r>
        <w:br/>
      </w:r>
      <w:r>
        <w:t xml:space="preserve">    (a) treated thoughtlessly or without respect</w:t>
      </w:r>
      <w:r>
        <w:br/>
      </w:r>
      <w:r>
        <w:t xml:space="preserve">    (b) injury to muscles or tendons of the knee</w:t>
      </w:r>
      <w:r>
        <w:br/>
      </w:r>
      <w:r>
        <w:t xml:space="preserve">    (c) limit light vibrations to a single plane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would have been shocked, on the other hand, if Beethoven had transformed the seriousness of his quartet into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trifling</w:t>
      </w:r>
      <w:r>
        <w:rPr>
          <w:b/>
          <w:bCs/>
        </w:rPr>
        <w:t xml:space="preserve"> </w:t>
      </w:r>
      <w:r>
        <w:rPr>
          <w:b/>
          <w:bCs/>
        </w:rPr>
        <w:t xml:space="preserve">joke of a four-voice canon about Dembscher's purse.</w:t>
      </w:r>
      <w:r>
        <w:br/>
      </w:r>
      <w:r>
        <w:t xml:space="preserve">    (a) canceling or annulling a formal ruling or contract</w:t>
      </w:r>
      <w:r>
        <w:br/>
      </w:r>
      <w:r>
        <w:t xml:space="preserve">    (b) moving out of an interacting position; or stopping</w:t>
      </w:r>
      <w:r>
        <w:br/>
      </w:r>
      <w:r>
        <w:t xml:space="preserve">    (c) something of small importance; or a small quantity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dreams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recurred</w:t>
      </w:r>
      <w:r>
        <w:rPr>
          <w:b/>
          <w:bCs/>
        </w:rPr>
        <w:t xml:space="preserve"> </w:t>
      </w:r>
      <w:r>
        <w:rPr>
          <w:b/>
          <w:bCs/>
        </w:rPr>
        <w:t xml:space="preserve">like themes and variations or television series.</w:t>
      </w:r>
      <w:r>
        <w:br/>
      </w:r>
      <w:r>
        <w:t xml:space="preserve">    (a) began fighting</w:t>
      </w:r>
      <w:r>
        <w:br/>
      </w:r>
      <w:r>
        <w:t xml:space="preserve">    (b) not translated</w:t>
      </w:r>
      <w:r>
        <w:br/>
      </w:r>
      <w:r>
        <w:t xml:space="preserve">    (c) happened again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That's proof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positive</w:t>
      </w:r>
      <w:r>
        <w:rPr>
          <w:b/>
          <w:bCs/>
        </w:rPr>
        <w:t xml:space="preserve"> </w:t>
      </w:r>
      <w:r>
        <w:rPr>
          <w:b/>
          <w:bCs/>
        </w:rPr>
        <w:t xml:space="preserve">I'm not dead!</w:t>
      </w:r>
      <w:r>
        <w:br/>
      </w:r>
      <w:r>
        <w:t xml:space="preserve">    (a) certain</w:t>
      </w:r>
      <w:r>
        <w:br/>
      </w:r>
      <w:r>
        <w:t xml:space="preserve">    (b) various</w:t>
      </w:r>
      <w:r>
        <w:br/>
      </w:r>
      <w:r>
        <w:t xml:space="preserve">    (c) outside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Unlike Parmenides, Beethoven apparently viewed weight as something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positive</w:t>
      </w:r>
      <w:r>
        <w:rPr>
          <w:b/>
          <w:bCs/>
        </w:rPr>
        <w:t xml:space="preserve">.</w:t>
      </w:r>
      <w:r>
        <w:br/>
      </w:r>
      <w:r>
        <w:t xml:space="preserve">    (a) good or beneficial</w:t>
      </w:r>
      <w:r>
        <w:br/>
      </w:r>
      <w:r>
        <w:t xml:space="preserve">    (b) impossible to find</w:t>
      </w:r>
      <w:r>
        <w:br/>
      </w:r>
      <w:r>
        <w:t xml:space="preserve">    (c) not representative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Beethoven's hero is a lifter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metaphysical</w:t>
      </w:r>
      <w:r>
        <w:rPr>
          <w:b/>
          <w:bCs/>
        </w:rPr>
        <w:t xml:space="preserve"> </w:t>
      </w:r>
      <w:r>
        <w:rPr>
          <w:b/>
          <w:bCs/>
        </w:rPr>
        <w:t xml:space="preserve">weights.</w:t>
      </w:r>
      <w:r>
        <w:br/>
      </w:r>
      <w:r>
        <w:t xml:space="preserve">    (a) having the characteristics of a</w:t>
      </w:r>
      <w:r>
        <w:t xml:space="preserve"> </w:t>
      </w:r>
      <w:r>
        <w:rPr>
          <w:i/>
          <w:iCs/>
        </w:rPr>
        <w:t xml:space="preserve">monk</w:t>
      </w:r>
      <w:r>
        <w:t xml:space="preserve"> </w:t>
      </w:r>
      <w:r>
        <w:t xml:space="preserve">(often inclined toward self-denial)</w:t>
      </w:r>
      <w:r>
        <w:br/>
      </w:r>
      <w:r>
        <w:t xml:space="preserve">    (b) the quality of holding something back or holding others down through oppression</w:t>
      </w:r>
      <w:r>
        <w:br/>
      </w:r>
      <w:r>
        <w:t xml:space="preserve">    (c) about things beyond the physical world, such as existence, reality, or the soul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had failed to understand his apprehensive attempts to save their love from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banality</w:t>
      </w:r>
      <w:r>
        <w:br/>
      </w:r>
      <w:r>
        <w:t xml:space="preserve">    (a) a psychologist concerned with the treatment of abnormal thinking and behavior</w:t>
      </w:r>
      <w:r>
        <w:br/>
      </w:r>
      <w:r>
        <w:t xml:space="preserve">    (b) a stone shaped like a disk that spins and is used to grind, sharpen or polish</w:t>
      </w:r>
      <w:r>
        <w:br/>
      </w:r>
      <w:r>
        <w:t xml:space="preserve">    (c) being uninteresting due to a lack of anything original or unusual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resigned</w:t>
      </w:r>
      <w:r>
        <w:rPr>
          <w:b/>
          <w:bCs/>
        </w:rPr>
        <w:t xml:space="preserve"> </w:t>
      </w:r>
      <w:r>
        <w:rPr>
          <w:b/>
          <w:bCs/>
        </w:rPr>
        <w:t xml:space="preserve">himself with a sigh to a sea of words with no weight and no resemblance to life.</w:t>
      </w:r>
      <w:r>
        <w:br/>
      </w:r>
      <w:r>
        <w:t xml:space="preserve">    (a) gave up (accepting something undesired as unavoidable or the lesser of evils)</w:t>
      </w:r>
      <w:r>
        <w:br/>
      </w:r>
      <w:r>
        <w:t xml:space="preserve">    (b) to be or to become used to (adapted to and with an expectation of)</w:t>
      </w:r>
      <w:r>
        <w:br/>
      </w:r>
      <w:r>
        <w:t xml:space="preserve">    (c) showed something -- such as demonstrated, expressed, or represented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very next day 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resigned</w:t>
      </w:r>
      <w:r>
        <w:rPr>
          <w:b/>
          <w:bCs/>
        </w:rPr>
        <w:t xml:space="preserve"> </w:t>
      </w:r>
      <w:r>
        <w:rPr>
          <w:b/>
          <w:bCs/>
        </w:rPr>
        <w:t xml:space="preserve">from the clinic,</w:t>
      </w:r>
      <w:r>
        <w:br/>
      </w:r>
      <w:r>
        <w:t xml:space="preserve">    (a) quit (a job)</w:t>
      </w:r>
      <w:r>
        <w:br/>
      </w:r>
      <w:r>
        <w:t xml:space="preserve">    (b) drew</w:t>
      </w:r>
      <w:r>
        <w:br/>
      </w:r>
      <w:r>
        <w:t xml:space="preserve">    (c) paid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words prison,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persecution</w:t>
      </w:r>
      <w:r>
        <w:rPr>
          <w:b/>
          <w:bCs/>
        </w:rPr>
        <w:t xml:space="preserve">, banned books, occupation, tanks were ugly, without the slightest trace of romance.</w:t>
      </w:r>
      <w:r>
        <w:br/>
      </w:r>
      <w:r>
        <w:t xml:space="preserve">    (a) aka analysist -- psychiatrist</w:t>
      </w:r>
      <w:r>
        <w:br/>
      </w:r>
      <w:r>
        <w:t xml:space="preserve">    (b) very bad and unfair treatment</w:t>
      </w:r>
      <w:r>
        <w:br/>
      </w:r>
      <w:r>
        <w:t xml:space="preserve">    (c) something taken on or adopted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Alain was so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naive</w:t>
      </w:r>
      <w:r>
        <w:rPr>
          <w:b/>
          <w:bCs/>
        </w:rPr>
        <w:t xml:space="preserve"> </w:t>
      </w:r>
      <w:r>
        <w:rPr>
          <w:b/>
          <w:bCs/>
        </w:rPr>
        <w:t xml:space="preserve">and sincere as to try to give the gallery owner's daughter an honest answer.</w:t>
      </w:r>
      <w:r>
        <w:br/>
      </w:r>
      <w:r>
        <w:t xml:space="preserve">    (a) the degree of being influenced by personal belief, feelings, or preferences (rather than being based purely upon fact)</w:t>
      </w:r>
      <w:r>
        <w:br/>
      </w:r>
      <w:r>
        <w:t xml:space="preserve">    (b) the quality of being characterized by fantastic imagery, or combinations of things and events that don't go together</w:t>
      </w:r>
      <w:r>
        <w:br/>
      </w:r>
      <w:r>
        <w:t xml:space="preserve">    (c) lacking experience or sophistication, and the understanding that comes from them -- often too trusting or optimistic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neither resisted nor assisted him, her soul thereby announcing that it did not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condone</w:t>
      </w:r>
      <w:r>
        <w:rPr>
          <w:b/>
          <w:bCs/>
        </w:rPr>
        <w:t xml:space="preserve"> </w:t>
      </w:r>
      <w:r>
        <w:rPr>
          <w:b/>
          <w:bCs/>
        </w:rPr>
        <w:t xml:space="preserve">what was happening but had decided to remain neutral.</w:t>
      </w:r>
      <w:r>
        <w:br/>
      </w:r>
      <w:r>
        <w:t xml:space="preserve">    (a) not answer questions; or block progress</w:t>
      </w:r>
      <w:r>
        <w:br/>
      </w:r>
      <w:r>
        <w:t xml:space="preserve">    (b) accept without criticism; or approve of</w:t>
      </w:r>
      <w:r>
        <w:br/>
      </w:r>
      <w:r>
        <w:t xml:space="preserve">    (c) move from more general to more specific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stood up from the toilet, flushed it, and went into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anteroom</w:t>
      </w:r>
      <w:r>
        <w:rPr>
          <w:b/>
          <w:bCs/>
        </w:rPr>
        <w:t xml:space="preserve">.</w:t>
      </w:r>
      <w:r>
        <w:br/>
      </w:r>
      <w:r>
        <w:t xml:space="preserve">    (a) a room leading to a larger or more important room</w:t>
      </w:r>
      <w:r>
        <w:br/>
      </w:r>
      <w:r>
        <w:t xml:space="preserve">    (b) island (that is made of a coral reef)</w:t>
      </w:r>
      <w:r>
        <w:br/>
      </w:r>
      <w:r>
        <w:t xml:space="preserve">    (c) dense, rainy forest with many species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only thing such a petition would accomplish was to keep political prisoners from being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amnestied</w:t>
      </w:r>
      <w:r>
        <w:rPr>
          <w:b/>
          <w:bCs/>
        </w:rPr>
        <w:t xml:space="preserve"> </w:t>
      </w:r>
      <w:r>
        <w:rPr>
          <w:b/>
          <w:bCs/>
        </w:rPr>
        <w:t xml:space="preserve">if there happened to be a plan afoot to do so!</w:t>
      </w:r>
      <w:r>
        <w:br/>
      </w:r>
      <w:r>
        <w:t xml:space="preserve">    (a) official forgiveness or a pardon; or the time period during which the pardon is offered</w:t>
      </w:r>
      <w:r>
        <w:br/>
      </w:r>
      <w:r>
        <w:t xml:space="preserve">    (b) not separated to prevent passage of something such as heat, cold, noise, or electricity</w:t>
      </w:r>
      <w:r>
        <w:br/>
      </w:r>
      <w:r>
        <w:t xml:space="preserve">    (c) changed one's mind back and forth between conflicting ideas  OR  swayed back and forth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Tomas was not sure whether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interpret</w:t>
      </w:r>
      <w:r>
        <w:rPr>
          <w:b/>
          <w:bCs/>
        </w:rPr>
        <w:t xml:space="preserve"> </w:t>
      </w:r>
      <w:r>
        <w:rPr>
          <w:b/>
          <w:bCs/>
        </w:rPr>
        <w:t xml:space="preserve">it as a sincere, friendly warning ( Watch out, we're being filmed; if you talk to us, you may be hauled in for another interrogation ) or as irony ( If you weren't brave enough to sign the petition, be consistent and don't try the old-pals act on us ).</w:t>
      </w:r>
      <w:r>
        <w:br/>
      </w:r>
      <w:r>
        <w:t xml:space="preserve">    (a) become less drunk (or get completely past drunkenness)</w:t>
      </w:r>
      <w:r>
        <w:br/>
      </w:r>
      <w:r>
        <w:t xml:space="preserve">    (b) to understand or explain something in a particular way</w:t>
      </w:r>
      <w:r>
        <w:br/>
      </w:r>
      <w:r>
        <w:t xml:space="preserve">    (c) excessively examine in an attempt to better understand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Just then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interpreter</w:t>
      </w:r>
      <w:r>
        <w:rPr>
          <w:b/>
          <w:bCs/>
        </w:rPr>
        <w:t xml:space="preserve">, at the head of the parade, raised a large megaphone to her lips and called out in Khmer to the other side: These people are doctors; they request permission to enter the territory of Cambodia and offer medical assistance; they have no political designs whatsoever and are guided solely by a concern for human life.</w:t>
      </w:r>
      <w:r>
        <w:br/>
      </w:r>
      <w:r>
        <w:t xml:space="preserve">    (a) someone who extensively damages</w:t>
      </w:r>
      <w:r>
        <w:br/>
      </w:r>
      <w:r>
        <w:t xml:space="preserve">    (b) people who criticize or condemn</w:t>
      </w:r>
      <w:r>
        <w:br/>
      </w:r>
      <w:r>
        <w:t xml:space="preserve">    (c) someone who translates language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To clear the air Tomas came out with as sprightly a "Fine, just fine!" as he could muster, but he immediately felt that no matter how hard he tried (in fact,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because</w:t>
      </w:r>
      <w:r>
        <w:rPr>
          <w:b/>
          <w:bCs/>
        </w:rPr>
        <w:t xml:space="preserve"> </w:t>
      </w:r>
      <w:r>
        <w:rPr>
          <w:b/>
          <w:bCs/>
        </w:rPr>
        <w:t xml:space="preserve">he tried so hard), his "fine" sounded bitterly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ironic</w:t>
      </w:r>
      <w:r>
        <w:rPr>
          <w:b/>
          <w:bCs/>
        </w:rPr>
        <w:t xml:space="preserve">.</w:t>
      </w:r>
      <w:r>
        <w:br/>
      </w:r>
      <w:r>
        <w:t xml:space="preserve">    (a) saying one thing while meaning the opposite</w:t>
      </w:r>
      <w:r>
        <w:br/>
      </w:r>
      <w:r>
        <w:t xml:space="preserve">    (b) nervousness or discomfort felt by someone due to concern about what others will think of them</w:t>
      </w:r>
      <w:r>
        <w:br/>
      </w:r>
      <w:r>
        <w:t xml:space="preserve">    (c) able to be persuaded to want something (often sex or love) by tempting with something desired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a flash of insight Franz saw how laughable they all were, but instead of cutting him off from them or flooding him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irony</w:t>
      </w:r>
      <w:r>
        <w:rPr>
          <w:b/>
          <w:bCs/>
        </w:rPr>
        <w:t xml:space="preserve">, the thought made him feel the kind of infinite love we feel for the condemned.</w:t>
      </w:r>
      <w:r>
        <w:br/>
      </w:r>
      <w:r>
        <w:t xml:space="preserve">    (a) someone who believe behavior should be guided by high ideals or standards -- often with the implication that the person is unrealistic</w:t>
      </w:r>
      <w:r>
        <w:br/>
      </w:r>
      <w:r>
        <w:t xml:space="preserve">    (b) lymph node -- one of many bean-sized organs that filter bacteria and other toxins from circulating white-blood-cell filled lymph fluid</w:t>
      </w:r>
      <w:r>
        <w:br/>
      </w:r>
      <w:r>
        <w:t xml:space="preserve">    (c) when what happens is very different than what might be expected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All faith in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Communism</w:t>
      </w:r>
      <w:r>
        <w:rPr>
          <w:b/>
          <w:bCs/>
        </w:rPr>
        <w:t xml:space="preserve"> </w:t>
      </w:r>
      <w:r>
        <w:rPr>
          <w:b/>
          <w:bCs/>
        </w:rPr>
        <w:t xml:space="preserve">and love for Russia was dead.</w:t>
      </w:r>
      <w:r>
        <w:br/>
      </w:r>
      <w:r>
        <w:t xml:space="preserve">    (a) an economic system that abolishes private ownership of property in a classless society</w:t>
      </w:r>
      <w:r>
        <w:br/>
      </w:r>
      <w:r>
        <w:t xml:space="preserve">    (b) a will (written instructions expressing how somebody wants their property distributed after they die)</w:t>
      </w:r>
      <w:r>
        <w:br/>
      </w:r>
      <w:r>
        <w:t xml:space="preserve">    (c) infectious disease characterized by inflammation of the tissues that surround the brain or spinal cord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2026-07-31T16:18:27Z</dcterms:created>
  <dcterms:modified xsi:type="dcterms:W3CDTF">2026-07-31T16:18:27Z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