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89cc3405fb78c2aef18e33ed647363cbf1aad5"/>
    <w:p>
      <w:pPr>
        <w:pStyle w:val="Heading1"/>
      </w:pPr>
      <w:r>
        <w:rPr>
          <w:b/>
          <w:bCs/>
        </w:rPr>
        <w:t xml:space="preserve">The Ultimate Gift</w:t>
      </w:r>
      <w:r>
        <w:br/>
      </w:r>
      <w:r>
        <w:rPr>
          <w:i/>
          <w:iCs/>
        </w:rPr>
        <w:t xml:space="preserve">Jim Stovall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Therefore</w:t>
      </w:r>
      <w:r>
        <w:rPr>
          <w:b/>
          <w:bCs/>
        </w:rPr>
        <w:t xml:space="preserve">, I had Margaret offer everyone coffee, tea, or soft drinks along with anything else she could think of.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for that reason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looked at me with a confused expression on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and...</w:t>
      </w:r>
      <w:r>
        <w:br/>
      </w:r>
      <w:r>
        <w:t xml:space="preserve">    (a) face</w:t>
      </w:r>
      <w:r>
        <w:br/>
      </w:r>
      <w:r>
        <w:t xml:space="preserve">    (b) a secret agreement or plot</w:t>
      </w:r>
      <w:r>
        <w:br/>
      </w:r>
      <w:r>
        <w:t xml:space="preserve">    (c) the best or most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at any time during the next twelve months you do not perform as called for, or if Mr. Hamilton does not approve of your attitude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demeanor</w:t>
      </w:r>
      <w:r>
        <w:rPr>
          <w:b/>
          <w:bCs/>
        </w:rPr>
        <w:t xml:space="preserve">, he will simply stop the process and cut you off from my ultimate gift to you.</w:t>
      </w:r>
      <w:r>
        <w:br/>
      </w:r>
      <w:r>
        <w:t xml:space="preserve">    (a) a Muslim religious teacher or leader</w:t>
      </w:r>
      <w:r>
        <w:br/>
      </w:r>
      <w:r>
        <w:t xml:space="preserve">    (b) lacking experience or sophistication</w:t>
      </w:r>
      <w:r>
        <w:br/>
      </w:r>
      <w:r>
        <w:t xml:space="preserve">    (c) the manner in which a person behaves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Jason glared at him and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belligerently</w:t>
      </w:r>
      <w:r>
        <w:rPr>
          <w:b/>
          <w:bCs/>
        </w:rPr>
        <w:t xml:space="preserve">, "Can I have some breakfast, please?"</w:t>
      </w:r>
      <w:r>
        <w:br/>
      </w:r>
      <w:r>
        <w:t xml:space="preserve">    (a) in a manner that is not easily noticed</w:t>
      </w:r>
      <w:r>
        <w:br/>
      </w:r>
      <w:r>
        <w:t xml:space="preserve">    (b) in a disrespectful or rejecting manner</w:t>
      </w:r>
      <w:r>
        <w:br/>
      </w:r>
      <w:r>
        <w:t xml:space="preserve">    (c) with the attitude of one eager to fight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Gus Caldwell had paid you for the work you performed last month, you would have earned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approximately</w:t>
      </w:r>
      <w:r>
        <w:rPr>
          <w:b/>
          <w:bCs/>
        </w:rPr>
        <w:t xml:space="preserve"> </w:t>
      </w:r>
      <w:r>
        <w:rPr>
          <w:b/>
          <w:bCs/>
        </w:rPr>
        <w:t xml:space="preserve">$1,500.</w:t>
      </w:r>
      <w:r>
        <w:br/>
      </w:r>
      <w:r>
        <w:t xml:space="preserve">    (a) relating to the outside</w:t>
      </w:r>
      <w:r>
        <w:br/>
      </w:r>
      <w:r>
        <w:t xml:space="preserve">    (b) cheerfully and friendly</w:t>
      </w:r>
      <w:r>
        <w:br/>
      </w:r>
      <w:r>
        <w:t xml:space="preserve">    (c) about (but not exactly)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 admit to feeling a great sense of doubt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foreboding</w:t>
      </w:r>
      <w:r>
        <w:rPr>
          <w:b/>
          <w:bCs/>
        </w:rPr>
        <w:t xml:space="preserve"> </w:t>
      </w:r>
      <w:r>
        <w:rPr>
          <w:b/>
          <w:bCs/>
        </w:rPr>
        <w:t xml:space="preserve">as I considered Jason's prospects of succeeding in the task Red Stevens had given him.</w:t>
      </w:r>
      <w:r>
        <w:br/>
      </w:r>
      <w:r>
        <w:t xml:space="preserve">    (a) considering (the affect on a result or outcome)</w:t>
      </w:r>
      <w:r>
        <w:br/>
      </w:r>
      <w:r>
        <w:t xml:space="preserve">    (b) a feeling that something bad is going to happen</w:t>
      </w:r>
      <w:r>
        <w:br/>
      </w:r>
      <w:r>
        <w:t xml:space="preserve">    (c) moving to a worse or less prestigious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thought a lot about friendship this month, and I tried to come up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principles</w:t>
      </w:r>
      <w:r>
        <w:rPr>
          <w:b/>
          <w:bCs/>
        </w:rPr>
        <w:t xml:space="preserve"> </w:t>
      </w:r>
      <w:r>
        <w:rPr>
          <w:b/>
          <w:bCs/>
        </w:rPr>
        <w:t xml:space="preserve">that define friendship.</w:t>
      </w:r>
      <w:r>
        <w:br/>
      </w:r>
      <w:r>
        <w:t xml:space="preserve">    (a) subtle characteristics</w:t>
      </w:r>
      <w:r>
        <w:br/>
      </w:r>
      <w:r>
        <w:t xml:space="preserve">    (b) basic rules or beliefs</w:t>
      </w:r>
      <w:r>
        <w:br/>
      </w:r>
      <w:r>
        <w:t xml:space="preserve">    (c) long eventful journeys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Jason, the next element of the gift I am trying to leave to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encompasses</w:t>
      </w:r>
      <w:r>
        <w:rPr>
          <w:b/>
          <w:bCs/>
        </w:rPr>
        <w:t xml:space="preserve"> </w:t>
      </w:r>
      <w:r>
        <w:rPr>
          <w:b/>
          <w:bCs/>
        </w:rPr>
        <w:t xml:space="preserve">knowledge and learning.</w:t>
      </w:r>
      <w:r>
        <w:br/>
      </w:r>
      <w:r>
        <w:t xml:space="preserve">    (a) to include, surround, or take in completely -- whether by covering, holding, or involving something fully</w:t>
      </w:r>
      <w:r>
        <w:br/>
      </w:r>
      <w:r>
        <w:t xml:space="preserve">    (b) (of an injury) gets inflamed and creates pus  OR  (generally) gets worse -- especially through inattention</w:t>
      </w:r>
      <w:r>
        <w:br/>
      </w:r>
      <w:r>
        <w:t xml:space="preserve">    (c) treats something in an educated, intellectual way -- often excluding emotional or practical considerations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...he was actually going about his task with more energy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diligence</w:t>
      </w:r>
      <w:r>
        <w:rPr>
          <w:b/>
          <w:bCs/>
        </w:rPr>
        <w:t xml:space="preserve"> </w:t>
      </w:r>
      <w:r>
        <w:rPr>
          <w:b/>
          <w:bCs/>
        </w:rPr>
        <w:t xml:space="preserve">than I had expected.</w:t>
      </w:r>
      <w:r>
        <w:br/>
      </w:r>
      <w:r>
        <w:t xml:space="preserve">    (a) restarted (a fire)</w:t>
      </w:r>
      <w:r>
        <w:br/>
      </w:r>
      <w:r>
        <w:t xml:space="preserve">    (b) hard work and care</w:t>
      </w:r>
      <w:r>
        <w:br/>
      </w:r>
      <w:r>
        <w:t xml:space="preserve">    (c) calm state of mind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fact, the longer you live, the more the reality of life will seem like one great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paradox</w:t>
      </w:r>
      <w:r>
        <w:rPr>
          <w:b/>
          <w:bCs/>
        </w:rPr>
        <w:t xml:space="preserve">.</w:t>
      </w:r>
      <w:r>
        <w:br/>
      </w:r>
      <w:r>
        <w:t xml:space="preserve">    (a) surprising because parts of it seem to contradict each other</w:t>
      </w:r>
      <w:r>
        <w:br/>
      </w:r>
      <w:r>
        <w:t xml:space="preserve">    (b) a rough substance that can be rubbed against something else to polish or clean</w:t>
      </w:r>
      <w:r>
        <w:br/>
      </w:r>
      <w:r>
        <w:t xml:space="preserve">    (c) something exclusive to (someone or some group) -- such as an activity or place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assured Jason that it met both the spirit and the letter of Red Stevens' final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will and testament</w:t>
      </w:r>
      <w:r>
        <w:rPr>
          <w:b/>
          <w:bCs/>
        </w:rPr>
        <w:t xml:space="preserve">.</w:t>
      </w:r>
      <w:r>
        <w:br/>
      </w:r>
      <w:r>
        <w:t xml:space="preserve">    (a) physics:  the heat required to raise the temperature of one gram of a substance one degree centigrade</w:t>
      </w:r>
      <w:r>
        <w:br/>
      </w:r>
      <w:r>
        <w:t xml:space="preserve">    (b) less technically known as a</w:t>
      </w:r>
      <w:r>
        <w:t xml:space="preserve"> </w:t>
      </w:r>
      <w:r>
        <w:rPr>
          <w:i/>
          <w:iCs/>
        </w:rPr>
        <w:t xml:space="preserve">spinal tap</w:t>
      </w:r>
      <w:r>
        <w:t xml:space="preserve"> </w:t>
      </w:r>
      <w:r>
        <w:t xml:space="preserve">-- a medical test that takes spinal fluid with a needle</w:t>
      </w:r>
      <w:r>
        <w:br/>
      </w:r>
      <w:r>
        <w:t xml:space="preserve">    (c) a will (written instructions expressing how somebody wants their property distributed after they die)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Jason stared at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dubiously</w:t>
      </w:r>
      <w:r>
        <w:rPr>
          <w:b/>
          <w:bCs/>
        </w:rPr>
        <w:t xml:space="preserve"> </w:t>
      </w:r>
      <w:r>
        <w:rPr>
          <w:b/>
          <w:bCs/>
        </w:rPr>
        <w:t xml:space="preserve">and said, "I thought I was supposed to be learning about family."</w:t>
      </w:r>
      <w:r>
        <w:br/>
      </w:r>
      <w:r>
        <w:t xml:space="preserve">    (a) not in a self-aware manner</w:t>
      </w:r>
      <w:r>
        <w:br/>
      </w:r>
      <w:r>
        <w:t xml:space="preserve">    (b) with doubt or uncertainty</w:t>
      </w:r>
      <w:r>
        <w:br/>
      </w:r>
      <w:r>
        <w:t xml:space="preserve">    (c) not capable of being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took me a moment to overcome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anxiety</w:t>
      </w:r>
      <w:r>
        <w:rPr>
          <w:b/>
          <w:bCs/>
        </w:rPr>
        <w:t xml:space="preserve"> </w:t>
      </w:r>
      <w:r>
        <w:rPr>
          <w:b/>
          <w:bCs/>
        </w:rPr>
        <w:t xml:space="preserve">and to be able to enjoy his humor.</w:t>
      </w:r>
      <w:r>
        <w:br/>
      </w:r>
      <w:r>
        <w:t xml:space="preserve">    (a) narrow water passage</w:t>
      </w:r>
      <w:r>
        <w:br/>
      </w:r>
      <w:r>
        <w:t xml:space="preserve">    (b) nervousness or worry</w:t>
      </w:r>
      <w:r>
        <w:br/>
      </w:r>
      <w:r>
        <w:t xml:space="preserve">    (c) basic rule or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a most worthwhile dream and goal for your life.</w:t>
      </w:r>
      <w:r>
        <w:br/>
      </w:r>
      <w:r>
        <w:t xml:space="preserve">    (a) created</w:t>
      </w:r>
      <w:r>
        <w:br/>
      </w:r>
      <w:r>
        <w:t xml:space="preserve">    (b) persuaded someone to want something (often sex or love) by tempting with something desired</w:t>
      </w:r>
      <w:r>
        <w:br/>
      </w:r>
      <w:r>
        <w:t xml:space="preserve">    (c) not having a relationship whereby a change in one thing helps predict a change in another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Miss Hastings pressed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appropriate</w:t>
      </w:r>
      <w:r>
        <w:rPr>
          <w:b/>
          <w:bCs/>
        </w:rPr>
        <w:t xml:space="preserve"> </w:t>
      </w:r>
      <w:r>
        <w:rPr>
          <w:b/>
          <w:bCs/>
        </w:rPr>
        <w:t xml:space="preserve">button on the remote control, and Red Stevens appeared once again on the video screen.</w:t>
      </w:r>
      <w:r>
        <w:br/>
      </w:r>
      <w:r>
        <w:t xml:space="preserve">    (a) applicable (correct)</w:t>
      </w:r>
      <w:r>
        <w:br/>
      </w:r>
      <w:r>
        <w:t xml:space="preserve">    (b) large</w:t>
      </w:r>
      <w:r>
        <w:br/>
      </w:r>
      <w:r>
        <w:t xml:space="preserve">    (c) colored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cannot imagine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deprived</w:t>
      </w:r>
      <w:r>
        <w:rPr>
          <w:b/>
          <w:bCs/>
        </w:rPr>
        <w:t xml:space="preserve"> </w:t>
      </w:r>
      <w:r>
        <w:rPr>
          <w:b/>
          <w:bCs/>
        </w:rPr>
        <w:t xml:space="preserve">of the privilege of giving things and part of myself to other people.</w:t>
      </w:r>
      <w:r>
        <w:br/>
      </w:r>
      <w:r>
        <w:t xml:space="preserve">    (a) of the Netherlands or its people</w:t>
      </w:r>
      <w:r>
        <w:br/>
      </w:r>
      <w:r>
        <w:t xml:space="preserve">    (b) referring to any rocky mountains</w:t>
      </w:r>
      <w:r>
        <w:br/>
      </w:r>
      <w:r>
        <w:t xml:space="preserve">    (c) lacking things most people enjoy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Jason, today, I am passing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legacy</w:t>
      </w:r>
      <w:r>
        <w:rPr>
          <w:b/>
          <w:bCs/>
        </w:rPr>
        <w:t xml:space="preserve"> </w:t>
      </w:r>
      <w:r>
        <w:rPr>
          <w:b/>
          <w:bCs/>
        </w:rPr>
        <w:t xml:space="preserve">of the Golden List on to you.</w:t>
      </w:r>
      <w:r>
        <w:br/>
      </w:r>
      <w:r>
        <w:t xml:space="preserve">    (a) something passed from one generation to the next</w:t>
      </w:r>
      <w:r>
        <w:br/>
      </w:r>
      <w:r>
        <w:t xml:space="preserve">    (b) something that helps clarify or demonstrate</w:t>
      </w:r>
      <w:r>
        <w:br/>
      </w:r>
      <w:r>
        <w:t xml:space="preserve">    (c) the act of taking something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you face your own mortality,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contemplate</w:t>
      </w:r>
      <w:r>
        <w:rPr>
          <w:b/>
          <w:bCs/>
        </w:rPr>
        <w:t xml:space="preserve"> </w:t>
      </w:r>
      <w:r>
        <w:rPr>
          <w:b/>
          <w:bCs/>
        </w:rPr>
        <w:t xml:space="preserve">how much of life you have lived versus how much you have left.</w:t>
      </w:r>
      <w:r>
        <w:br/>
      </w:r>
      <w:r>
        <w:t xml:space="preserve">    (a) consider or ponder</w:t>
      </w:r>
      <w:r>
        <w:br/>
      </w:r>
      <w:r>
        <w:t xml:space="preserve">    (b) wrongly translates</w:t>
      </w:r>
      <w:r>
        <w:br/>
      </w:r>
      <w:r>
        <w:t xml:space="preserve">    (c) restarted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Jason, I want to congratulate you for making it to the last step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ultimate</w:t>
      </w:r>
      <w:r>
        <w:rPr>
          <w:b/>
          <w:bCs/>
        </w:rPr>
        <w:t xml:space="preserve"> </w:t>
      </w:r>
      <w:r>
        <w:rPr>
          <w:b/>
          <w:bCs/>
        </w:rPr>
        <w:t xml:space="preserve">gift I planned for you.</w:t>
      </w:r>
      <w:r>
        <w:br/>
      </w:r>
      <w:r>
        <w:t xml:space="preserve">    (a) related to a chronic mental disorder that leads to violent social behavior</w:t>
      </w:r>
      <w:r>
        <w:br/>
      </w:r>
      <w:r>
        <w:t xml:space="preserve">    (b) most extreme as in final, best, worst, most important, or most fundamental</w:t>
      </w:r>
      <w:r>
        <w:br/>
      </w:r>
      <w:r>
        <w:t xml:space="preserve">    (c) the state or degree of having found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Jason turned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bewildered</w:t>
      </w:r>
      <w:r>
        <w:rPr>
          <w:b/>
          <w:bCs/>
        </w:rPr>
        <w:t xml:space="preserve"> </w:t>
      </w:r>
      <w:r>
        <w:rPr>
          <w:b/>
          <w:bCs/>
        </w:rPr>
        <w:t xml:space="preserve">look on his face and said, "I don't know what you're talking about, Mr. Hamilton."</w:t>
      </w:r>
      <w:r>
        <w:br/>
      </w:r>
      <w:r>
        <w:t xml:space="preserve">    (a) restored</w:t>
      </w:r>
      <w:r>
        <w:br/>
      </w:r>
      <w:r>
        <w:t xml:space="preserve">    (b) collided</w:t>
      </w:r>
      <w:r>
        <w:br/>
      </w:r>
      <w:r>
        <w:t xml:space="preserve">    (c) confused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2026-07-31T18:31:58Z</dcterms:created>
  <dcterms:modified xsi:type="dcterms:W3CDTF">2026-07-31T18:31:58Z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