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c7ed0f355d46787a24f7710625db2fc9252d7e"/>
    <w:p>
      <w:pPr>
        <w:pStyle w:val="Heading1"/>
      </w:pPr>
      <w:r>
        <w:rPr>
          <w:b/>
          <w:bCs/>
        </w:rPr>
        <w:t xml:space="preserve">The Ultimate Gift</w:t>
      </w:r>
      <w:r>
        <w:br/>
      </w:r>
      <w:r>
        <w:rPr>
          <w:i/>
          <w:iCs/>
        </w:rPr>
        <w:t xml:space="preserve">Jim Stovall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in my fifty-third year of practicing law, and my eightieth year of life here on this earth, that I was to undertake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odyssey</w:t>
      </w:r>
      <w:r>
        <w:rPr>
          <w:b/>
          <w:bCs/>
        </w:rPr>
        <w:t xml:space="preserve"> </w:t>
      </w:r>
      <w:r>
        <w:rPr>
          <w:b/>
          <w:bCs/>
        </w:rPr>
        <w:t xml:space="preserve">that would change my life forever.</w:t>
      </w:r>
      <w:r>
        <w:br/>
      </w:r>
      <w:r>
        <w:t xml:space="preserve">    (a) long eventful journey</w:t>
      </w:r>
      <w:r>
        <w:br/>
      </w:r>
      <w:r>
        <w:t xml:space="preserve">    (b) thought or discussion</w:t>
      </w:r>
      <w:r>
        <w:br/>
      </w:r>
      <w:r>
        <w:t xml:space="preserve">    (c) a nerve or brain cell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seated behind my mahogany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monstrosity</w:t>
      </w:r>
      <w:r>
        <w:rPr>
          <w:b/>
          <w:bCs/>
        </w:rPr>
        <w:t xml:space="preserve"> </w:t>
      </w:r>
      <w:r>
        <w:rPr>
          <w:b/>
          <w:bCs/>
        </w:rPr>
        <w:t xml:space="preserve">of a desk in my top-floor, corner office of an imposing building in the most prominent section of Boston.</w:t>
      </w:r>
      <w:r>
        <w:br/>
      </w:r>
      <w:r>
        <w:t xml:space="preserve">    (a) something that is big and terrible</w:t>
      </w:r>
      <w:r>
        <w:br/>
      </w:r>
      <w:r>
        <w:t xml:space="preserve">    (b) particles emitted by nuclear decay</w:t>
      </w:r>
      <w:r>
        <w:br/>
      </w:r>
      <w:r>
        <w:t xml:space="preserve">    (c) a central open space in a building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I was simply drinking in the ambiance in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antiquated</w:t>
      </w:r>
      <w:r>
        <w:rPr>
          <w:b/>
          <w:bCs/>
        </w:rPr>
        <w:t xml:space="preserve"> </w:t>
      </w:r>
      <w:r>
        <w:rPr>
          <w:b/>
          <w:bCs/>
        </w:rPr>
        <w:t xml:space="preserve">but palatial office, I was thinking how far I had come since the lean days in law school.</w:t>
      </w:r>
      <w:r>
        <w:br/>
      </w:r>
      <w:r>
        <w:t xml:space="preserve">    (a) expelled or gotten rid of</w:t>
      </w:r>
      <w:r>
        <w:br/>
      </w:r>
      <w:r>
        <w:t xml:space="preserve">    (b) obsolete or old-fashioned</w:t>
      </w:r>
      <w:r>
        <w:br/>
      </w:r>
      <w:r>
        <w:t xml:space="preserve">    (c) was abundant or plentiful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scanned and rescanned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voluminous</w:t>
      </w:r>
      <w:r>
        <w:rPr>
          <w:b/>
          <w:bCs/>
        </w:rPr>
        <w:t xml:space="preserve"> </w:t>
      </w:r>
      <w:r>
        <w:rPr>
          <w:b/>
          <w:bCs/>
        </w:rPr>
        <w:t xml:space="preserve">documents before me and cleared my throat multiple times.</w:t>
      </w:r>
      <w:r>
        <w:br/>
      </w:r>
      <w:r>
        <w:t xml:space="preserve">    (a) strongly biased</w:t>
      </w:r>
      <w:r>
        <w:br/>
      </w:r>
      <w:r>
        <w:t xml:space="preserve">    (b) material wealth</w:t>
      </w:r>
      <w:r>
        <w:br/>
      </w:r>
      <w:r>
        <w:t xml:space="preserve">    (c) large in volume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Finally, realizing that I was stretching the bounds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propriety</w:t>
      </w:r>
      <w:r>
        <w:rPr>
          <w:b/>
          <w:bCs/>
        </w:rPr>
        <w:t xml:space="preserve">, I rose to my feet and addressed the motley assemblage.</w:t>
      </w:r>
      <w:r>
        <w:br/>
      </w:r>
      <w:r>
        <w:t xml:space="preserve">    (a) dreamlike state of altered consciousness</w:t>
      </w:r>
      <w:r>
        <w:br/>
      </w:r>
      <w:r>
        <w:t xml:space="preserve">    (b) someone who is intolerant and prejudiced</w:t>
      </w:r>
      <w:r>
        <w:br/>
      </w:r>
      <w:r>
        <w:t xml:space="preserve">    (c) socially correct or appropriate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want you to know that I have instructed Mr. Hamilton to write this will in such a way that if you fight for control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</w:t>
      </w:r>
      <w:r>
        <w:rPr>
          <w:b/>
          <w:bCs/>
        </w:rPr>
        <w:t xml:space="preserve"> </w:t>
      </w:r>
      <w:r>
        <w:rPr>
          <w:b/>
          <w:bCs/>
        </w:rPr>
        <w:t xml:space="preserve">the board or even complain about the nature of my bequest to you, the entire ownership of Panhandle Oil and Gas will immediately go to charity.</w:t>
      </w:r>
      <w:r>
        <w:br/>
      </w:r>
      <w:r>
        <w:t xml:space="preserve">    (a) to cause something to move forward</w:t>
      </w:r>
      <w:r>
        <w:br/>
      </w:r>
      <w:r>
        <w:t xml:space="preserve">    (b) slowed down or caused problems for</w:t>
      </w:r>
      <w:r>
        <w:br/>
      </w:r>
      <w:r>
        <w:t xml:space="preserve">    (c) make different; or show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You, on the other hand, Jason, may be the last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vestige</w:t>
      </w:r>
      <w:r>
        <w:rPr>
          <w:b/>
          <w:bCs/>
        </w:rPr>
        <w:t xml:space="preserve"> </w:t>
      </w:r>
      <w:r>
        <w:rPr>
          <w:b/>
          <w:bCs/>
        </w:rPr>
        <w:t xml:space="preserve">of hope in our family.</w:t>
      </w:r>
      <w:r>
        <w:br/>
      </w:r>
      <w:r>
        <w:t xml:space="preserve">    (a) dramatic change</w:t>
      </w:r>
      <w:r>
        <w:br/>
      </w:r>
      <w:r>
        <w:t xml:space="preserve">    (b) trace (little bit remaining)</w:t>
      </w:r>
      <w:r>
        <w:br/>
      </w:r>
      <w:r>
        <w:t xml:space="preserve">    (c) relative amount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...a few minutes later,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disheveled</w:t>
      </w:r>
      <w:r>
        <w:rPr>
          <w:b/>
          <w:bCs/>
        </w:rPr>
        <w:t xml:space="preserve">, sleepy-eyed Jason joined us.</w:t>
      </w:r>
      <w:r>
        <w:br/>
      </w:r>
      <w:r>
        <w:t xml:space="preserve">    (a) related such that a change in one thing helps predict a change in another</w:t>
      </w:r>
      <w:r>
        <w:br/>
      </w:r>
      <w:r>
        <w:t xml:space="preserve">    (b) frolicked (skipped, jumped, and/or ran around in a happy, playful manner)</w:t>
      </w:r>
      <w:r>
        <w:br/>
      </w:r>
      <w:r>
        <w:t xml:space="preserve">    (c) messy (untidy or in disarray) -- especially of a person's clothes and hair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indomitable</w:t>
      </w:r>
      <w:r>
        <w:rPr>
          <w:b/>
          <w:bCs/>
        </w:rPr>
        <w:t xml:space="preserve"> </w:t>
      </w:r>
      <w:r>
        <w:rPr>
          <w:b/>
          <w:bCs/>
        </w:rPr>
        <w:t xml:space="preserve">Miss Hastings</w:t>
      </w:r>
      <w:r>
        <w:br/>
      </w:r>
      <w:r>
        <w:t xml:space="preserve">    (a) of something temporarily treated as true to advance a discussion or to further investigation</w:t>
      </w:r>
      <w:r>
        <w:br/>
      </w:r>
      <w:r>
        <w:t xml:space="preserve">    (b) with determination or a strong spirit or personality that is impossible to subdue</w:t>
      </w:r>
      <w:r>
        <w:br/>
      </w:r>
      <w:r>
        <w:t xml:space="preserve">    (c) relating to the threadlike structures in the cell nucleus that carry genes in a linear order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gave us each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perfunctory</w:t>
      </w:r>
      <w:r>
        <w:rPr>
          <w:b/>
          <w:bCs/>
        </w:rPr>
        <w:t xml:space="preserve"> </w:t>
      </w:r>
      <w:r>
        <w:rPr>
          <w:b/>
          <w:bCs/>
        </w:rPr>
        <w:t xml:space="preserve">greeting and...</w:t>
      </w:r>
      <w:r>
        <w:br/>
      </w:r>
      <w:r>
        <w:t xml:space="preserve">    (a) related to intelligence -- such as requiring, appealing to, or possessing intelligence</w:t>
      </w:r>
      <w:r>
        <w:br/>
      </w:r>
      <w:r>
        <w:t xml:space="preserve">    (b) done without much interest or effort</w:t>
      </w:r>
      <w:r>
        <w:br/>
      </w:r>
      <w:r>
        <w:t xml:space="preserve">    (c) (adjective) designed to stop something  OR  (noun) something that stops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see how this one-year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acquiescence</w:t>
      </w:r>
      <w:r>
        <w:rPr>
          <w:b/>
          <w:bCs/>
        </w:rPr>
        <w:t xml:space="preserve"> </w:t>
      </w:r>
      <w:r>
        <w:rPr>
          <w:b/>
          <w:bCs/>
        </w:rPr>
        <w:t xml:space="preserve">to your great-uncle's will could do anything but improve your track record; however, you do have the option to stop this process at any point in time.</w:t>
      </w:r>
      <w:r>
        <w:br/>
      </w:r>
      <w:r>
        <w:t xml:space="preserve">    (a) dies or is destroyed</w:t>
      </w:r>
      <w:r>
        <w:br/>
      </w:r>
      <w:r>
        <w:t xml:space="preserve">    (b) reluctant compliance</w:t>
      </w:r>
      <w:r>
        <w:br/>
      </w:r>
      <w:r>
        <w:t xml:space="preserve">    (c) the act of forgiving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the hectic day of travel behind me, I slept well and met Miss Hastings in the lobby, where she had already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procured</w:t>
      </w:r>
      <w:r>
        <w:rPr>
          <w:b/>
          <w:bCs/>
        </w:rPr>
        <w:t xml:space="preserve"> </w:t>
      </w:r>
      <w:r>
        <w:rPr>
          <w:b/>
          <w:bCs/>
        </w:rPr>
        <w:t xml:space="preserve">a table for us at the edge of what passed for a dining room.</w:t>
      </w:r>
      <w:r>
        <w:br/>
      </w:r>
      <w:r>
        <w:t xml:space="preserve">    (a) marked important text</w:t>
      </w:r>
      <w:r>
        <w:br/>
      </w:r>
      <w:r>
        <w:t xml:space="preserve">    (b) got by special effort</w:t>
      </w:r>
      <w:r>
        <w:br/>
      </w:r>
      <w:r>
        <w:t xml:space="preserve">    (c) recognized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people were all friendly and pleasant, especially as they learned that I represented their late,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benefactor</w:t>
      </w:r>
      <w:r>
        <w:rPr>
          <w:b/>
          <w:bCs/>
        </w:rPr>
        <w:t xml:space="preserve"> </w:t>
      </w:r>
      <w:r>
        <w:rPr>
          <w:b/>
          <w:bCs/>
        </w:rPr>
        <w:t xml:space="preserve">Red Stevens.</w:t>
      </w:r>
      <w:r>
        <w:br/>
      </w:r>
      <w:r>
        <w:t xml:space="preserve">    (a) relating to logical examination of something to better understand it</w:t>
      </w:r>
      <w:r>
        <w:br/>
      </w:r>
      <w:r>
        <w:t xml:space="preserve">    (b) someone who helps a person or organization -- especially financially</w:t>
      </w:r>
      <w:r>
        <w:br/>
      </w:r>
      <w:r>
        <w:t xml:space="preserve">    (c) lack of interest; or the process of stopping interaction or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became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proficient</w:t>
      </w:r>
      <w:r>
        <w:rPr>
          <w:b/>
          <w:bCs/>
        </w:rPr>
        <w:t xml:space="preserve"> </w:t>
      </w:r>
      <w:r>
        <w:rPr>
          <w:b/>
          <w:bCs/>
        </w:rPr>
        <w:t xml:space="preserve">at getting the books checked in and checked out rapidly, and he would often converse with the library patrons about the books that they had read.</w:t>
      </w:r>
      <w:r>
        <w:br/>
      </w:r>
      <w:r>
        <w:t xml:space="preserve">    (a) pleasing</w:t>
      </w:r>
      <w:r>
        <w:br/>
      </w:r>
      <w:r>
        <w:t xml:space="preserve">    (b) absolute</w:t>
      </w:r>
      <w:r>
        <w:br/>
      </w:r>
      <w:r>
        <w:t xml:space="preserve">    (c) skillful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are now entering the sixth month of our one-year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remedial</w:t>
      </w:r>
      <w:r>
        <w:rPr>
          <w:b/>
          <w:bCs/>
        </w:rPr>
        <w:t xml:space="preserve"> </w:t>
      </w:r>
      <w:r>
        <w:rPr>
          <w:b/>
          <w:bCs/>
        </w:rPr>
        <w:t xml:space="preserve">lesson in life.</w:t>
      </w:r>
      <w:r>
        <w:br/>
      </w:r>
      <w:r>
        <w:t xml:space="preserve">    (a) the state or degree of having found a condition or substance to be present</w:t>
      </w:r>
      <w:r>
        <w:br/>
      </w:r>
      <w:r>
        <w:t xml:space="preserve">    (b) most extreme as in final, best, worst, most important, or most fundamental</w:t>
      </w:r>
      <w:r>
        <w:br/>
      </w:r>
      <w:r>
        <w:t xml:space="preserve">    (c) intended to remedy (fix) -- especially a deficiency in education or health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passed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rustic</w:t>
      </w:r>
      <w:r>
        <w:rPr>
          <w:b/>
          <w:bCs/>
        </w:rPr>
        <w:t xml:space="preserve"> </w:t>
      </w:r>
      <w:r>
        <w:rPr>
          <w:b/>
          <w:bCs/>
        </w:rPr>
        <w:t xml:space="preserve">sign reading, Red Stevens Home for Boys.</w:t>
      </w:r>
      <w:r>
        <w:br/>
      </w:r>
      <w:r>
        <w:t xml:space="preserve">    (a) the state of not being in danger of suffering from something</w:t>
      </w:r>
      <w:r>
        <w:br/>
      </w:r>
      <w:r>
        <w:t xml:space="preserve">    (b) tile designed to affect noise -- typically to decrease noise</w:t>
      </w:r>
      <w:r>
        <w:br/>
      </w:r>
      <w:r>
        <w:t xml:space="preserve">    (c) characteristic of rural life; simple without refined touches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his share of setbacks and failures as well as many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detractors</w:t>
      </w:r>
      <w:r>
        <w:rPr>
          <w:b/>
          <w:bCs/>
        </w:rPr>
        <w:t xml:space="preserve">.</w:t>
      </w:r>
      <w:r>
        <w:br/>
      </w:r>
      <w:r>
        <w:t xml:space="preserve">    (a) people admitted ceremoniously into an organization</w:t>
      </w:r>
      <w:r>
        <w:br/>
      </w:r>
      <w:r>
        <w:t xml:space="preserve">    (b) someone admitted ceremoniously into an organization</w:t>
      </w:r>
      <w:r>
        <w:br/>
      </w:r>
      <w:r>
        <w:t xml:space="preserve">    (c) people who diminishes (reduces the value of something)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day seven, I went to the Center for the Blind and read articles to visually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impaired</w:t>
      </w:r>
      <w:r>
        <w:rPr>
          <w:b/>
          <w:bCs/>
        </w:rPr>
        <w:t xml:space="preserve"> </w:t>
      </w:r>
      <w:r>
        <w:rPr>
          <w:b/>
          <w:bCs/>
        </w:rPr>
        <w:t xml:space="preserve">students.</w:t>
      </w:r>
      <w:r>
        <w:br/>
      </w:r>
      <w:r>
        <w:t xml:space="preserve">    (a) less effective</w:t>
      </w:r>
      <w:r>
        <w:br/>
      </w:r>
      <w:r>
        <w:t xml:space="preserve">    (b) calculated or judged too low</w:t>
      </w:r>
      <w:r>
        <w:br/>
      </w:r>
      <w:r>
        <w:t xml:space="preserve">    (c) not judged in a negative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Days twenty-five and twenty-six, I worked with a crew on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Habitat</w:t>
      </w:r>
      <w:r>
        <w:rPr>
          <w:b/>
          <w:bCs/>
        </w:rPr>
        <w:t xml:space="preserve"> </w:t>
      </w:r>
      <w:r>
        <w:rPr>
          <w:b/>
          <w:bCs/>
        </w:rPr>
        <w:t xml:space="preserve">for Humanity house.</w:t>
      </w:r>
      <w:r>
        <w:br/>
      </w:r>
      <w:r>
        <w:t xml:space="preserve">    (a) the type of environment in which an organism or group normally lives</w:t>
      </w:r>
      <w:r>
        <w:br/>
      </w:r>
      <w:r>
        <w:t xml:space="preserve">    (b) lack of interest; or the process of stopping interaction or interest</w:t>
      </w:r>
      <w:r>
        <w:br/>
      </w:r>
      <w:r>
        <w:t xml:space="preserve">    (c) relating to logical examination of something to better understand 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are somehow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kindred</w:t>
      </w:r>
      <w:r>
        <w:rPr>
          <w:b/>
          <w:bCs/>
        </w:rPr>
        <w:t xml:space="preserve"> </w:t>
      </w:r>
      <w:r>
        <w:rPr>
          <w:b/>
          <w:bCs/>
        </w:rPr>
        <w:t xml:space="preserve">spirits beyond just our family ties.</w:t>
      </w:r>
      <w:r>
        <w:br/>
      </w:r>
      <w:r>
        <w:t xml:space="preserve">    (a) similar in quality or character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closely related -- such as family or things with shared origin</w:t>
      </w:r>
      <w:r>
        <w:br/>
      </w:r>
      <w:r>
        <w:t xml:space="preserve">    (b) aka natural right -- a right that is naturally due because of human nature and the natural condition</w:t>
      </w:r>
      <w:r>
        <w:br/>
      </w:r>
      <w:r>
        <w:t xml:space="preserve">    (c) a powerful stimulant drug that increases activity in the brain and nervous system -- often addictive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2026-07-31T18:31:58Z</dcterms:created>
  <dcterms:modified xsi:type="dcterms:W3CDTF">2026-07-31T18:31:58Z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