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ce4cc997dc0665ff6569609ae5248b21c3e5c7"/>
    <w:p>
      <w:pPr>
        <w:pStyle w:val="Heading1"/>
      </w:pPr>
      <w:r>
        <w:rPr>
          <w:b/>
          <w:bCs/>
        </w:rPr>
        <w:t xml:space="preserve">The Two Towers</w:t>
      </w:r>
      <w:r>
        <w:br/>
      </w:r>
      <w:r>
        <w:rPr>
          <w:i/>
          <w:iCs/>
        </w:rPr>
        <w:t xml:space="preserve">J. R. R. Tolkien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understand</w:t>
      </w:r>
      <w:r>
        <w:br/>
      </w:r>
      <w:r>
        <w:t xml:space="preserve">    (b) study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thief walked right into the store and stole a diamond necklace in broad daylight.</w:t>
      </w:r>
      <w:r>
        <w:br/>
      </w:r>
      <w:r>
        <w:t xml:space="preserve">    (a) silent and smart</w:t>
      </w:r>
      <w:r>
        <w:br/>
      </w:r>
      <w:r>
        <w:t xml:space="preserve">    (b) disguised</w:t>
      </w:r>
      <w:r>
        <w:br/>
      </w:r>
      <w:r>
        <w:t xml:space="preserve">    (c) bold and improper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has the ability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cleave</w:t>
      </w:r>
      <w:r>
        <w:rPr>
          <w:b/>
          <w:bCs/>
        </w:rPr>
        <w:t xml:space="preserve"> </w:t>
      </w:r>
      <w:r>
        <w:rPr>
          <w:b/>
          <w:bCs/>
        </w:rPr>
        <w:t xml:space="preserve">carbon-carbon bonds.</w:t>
      </w:r>
      <w:r>
        <w:br/>
      </w:r>
      <w:r>
        <w:t xml:space="preserve">    (a) split</w:t>
      </w:r>
      <w:r>
        <w:br/>
      </w:r>
      <w:r>
        <w:t xml:space="preserve">    (b) find</w:t>
      </w:r>
      <w:r>
        <w:br/>
      </w:r>
      <w:r>
        <w:t xml:space="preserve">    (c) identify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cowered</w:t>
      </w:r>
      <w:r>
        <w:rPr>
          <w:b/>
          <w:bCs/>
        </w:rPr>
        <w:t xml:space="preserve"> </w:t>
      </w:r>
      <w:r>
        <w:rPr>
          <w:b/>
          <w:bCs/>
        </w:rPr>
        <w:t xml:space="preserve">behind her big sister.</w:t>
      </w:r>
      <w:r>
        <w:br/>
      </w:r>
      <w:r>
        <w:t xml:space="preserve">    (a) walked proudly</w:t>
      </w:r>
      <w:r>
        <w:br/>
      </w:r>
      <w:r>
        <w:t xml:space="preserve">    (b) walked slowly</w:t>
      </w:r>
      <w:r>
        <w:br/>
      </w:r>
      <w:r>
        <w:t xml:space="preserve">    (c) fearfully hid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strong and cruel</w:t>
      </w:r>
      <w:r>
        <w:br/>
      </w:r>
      <w:r>
        <w:t xml:space="preserve">    (b) clever and deceitful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Vandals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defiled</w:t>
      </w:r>
      <w:r>
        <w:rPr>
          <w:b/>
          <w:bCs/>
        </w:rPr>
        <w:t xml:space="preserve"> </w:t>
      </w:r>
      <w:r>
        <w:rPr>
          <w:b/>
          <w:bCs/>
        </w:rPr>
        <w:t xml:space="preserve">the ancient temple by spray-painting the walls.</w:t>
      </w:r>
      <w:r>
        <w:br/>
      </w:r>
      <w:r>
        <w:t xml:space="preserve">    (a) carefully restored</w:t>
      </w:r>
      <w:r>
        <w:br/>
      </w:r>
      <w:r>
        <w:t xml:space="preserve">    (b) spoiled the purity of</w:t>
      </w:r>
      <w:r>
        <w:br/>
      </w:r>
      <w:r>
        <w:t xml:space="preserve">    (c) secretly explored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family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dwelled</w:t>
      </w:r>
      <w:r>
        <w:rPr>
          <w:b/>
          <w:bCs/>
        </w:rPr>
        <w:t xml:space="preserve"> </w:t>
      </w:r>
      <w:r>
        <w:rPr>
          <w:b/>
          <w:bCs/>
        </w:rPr>
        <w:t xml:space="preserve">in that valley for ten generations.</w:t>
      </w:r>
      <w:r>
        <w:br/>
      </w:r>
      <w:r>
        <w:t xml:space="preserve">    (a) visited</w:t>
      </w:r>
      <w:r>
        <w:br/>
      </w:r>
      <w:r>
        <w:t xml:space="preserve">    (b) looked</w:t>
      </w:r>
      <w:r>
        <w:br/>
      </w:r>
      <w:r>
        <w:t xml:space="preserve">    (c) lived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soldier, she was prepared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hardship and even to sacrifice her life for others.</w:t>
      </w:r>
      <w:r>
        <w:br/>
      </w:r>
      <w:r>
        <w:t xml:space="preserve">    (a) risk</w:t>
      </w:r>
      <w:r>
        <w:br/>
      </w:r>
      <w:r>
        <w:t xml:space="preserve">    (b) cause</w:t>
      </w:r>
      <w:r>
        <w:br/>
      </w:r>
      <w:r>
        <w:t xml:space="preserve">    (c) suffer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the stories my grandmother told me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as a source of wisdom in my life.</w:t>
      </w:r>
      <w:r>
        <w:br/>
      </w:r>
      <w:r>
        <w:t xml:space="preserve">    (a) stopped acting</w:t>
      </w:r>
      <w:r>
        <w:br/>
      </w:r>
      <w:r>
        <w:t xml:space="preserve">    (b) continued to exist</w:t>
      </w:r>
      <w:r>
        <w:br/>
      </w:r>
      <w:r>
        <w:t xml:space="preserve">    (c) brought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pitch-black cave, the faint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glimmer</w:t>
      </w:r>
      <w:r>
        <w:rPr>
          <w:b/>
          <w:bCs/>
        </w:rPr>
        <w:t xml:space="preserve"> </w:t>
      </w:r>
      <w:r>
        <w:rPr>
          <w:b/>
          <w:bCs/>
        </w:rPr>
        <w:t xml:space="preserve">from our torch was the only source of light.</w:t>
      </w:r>
      <w:r>
        <w:br/>
      </w:r>
      <w:r>
        <w:t xml:space="preserve">    (a) dim, wavering light</w:t>
      </w:r>
      <w:r>
        <w:br/>
      </w:r>
      <w:r>
        <w:t xml:space="preserve">    (b) reddish-yellow</w:t>
      </w:r>
      <w:r>
        <w:br/>
      </w:r>
      <w:r>
        <w:t xml:space="preserve">    (c) undependable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Hoping for forgiveness,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groveled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 calmly admitting his mistake.</w:t>
      </w:r>
      <w:r>
        <w:br/>
      </w:r>
      <w:r>
        <w:t xml:space="preserve">    (a) spoke with confidence</w:t>
      </w:r>
      <w:r>
        <w:br/>
      </w:r>
      <w:r>
        <w:t xml:space="preserve">    (b) refused to apologize</w:t>
      </w:r>
      <w:r>
        <w:br/>
      </w:r>
      <w:r>
        <w:t xml:space="preserve">    (c) acted overly submissive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tell others of</w:t>
      </w:r>
      <w:r>
        <w:br/>
      </w:r>
      <w:r>
        <w:t xml:space="preserve">    (b) pay attention to</w:t>
      </w:r>
      <w:r>
        <w:br/>
      </w:r>
      <w:r>
        <w:t xml:space="preserve">    (c) pass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scar running from his forehead to his jaw.</w:t>
      </w:r>
      <w:r>
        <w:br/>
      </w:r>
      <w:r>
        <w:t xml:space="preserve">    (a) perfectly healed</w:t>
      </w:r>
      <w:r>
        <w:br/>
      </w:r>
      <w:r>
        <w:t xml:space="preserve">    (b) barely noticeable</w:t>
      </w:r>
      <w:r>
        <w:br/>
      </w:r>
      <w:r>
        <w:t xml:space="preserve">    (c) extremely ugly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drawing attention to</w:t>
      </w:r>
      <w:r>
        <w:br/>
      </w:r>
      <w:r>
        <w:t xml:space="preserve">    (c) helping or assisting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became quick friends, finding in each other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lively</w:t>
      </w:r>
      <w:r>
        <w:br/>
      </w:r>
      <w:r>
        <w:t xml:space="preserve">    (b) thoughtful</w:t>
      </w:r>
      <w:r>
        <w:br/>
      </w:r>
      <w:r>
        <w:t xml:space="preserve">    (c) similar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carelessly</w:t>
      </w:r>
      <w:r>
        <w:br/>
      </w:r>
      <w:r>
        <w:t xml:space="preserve">    (b) evilly</w:t>
      </w:r>
      <w:r>
        <w:br/>
      </w:r>
      <w:r>
        <w:t xml:space="preserve">    (c) mockingly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clearly see</w:t>
      </w:r>
      <w:r>
        <w:br/>
      </w:r>
      <w:r>
        <w:t xml:space="preserve">    (b) become aware of</w:t>
      </w:r>
      <w:r>
        <w:br/>
      </w:r>
      <w:r>
        <w:t xml:space="preserve">    (c) physically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fame</w:t>
      </w:r>
      <w:r>
        <w:br/>
      </w:r>
      <w:r>
        <w:t xml:space="preserve">    (c) weariness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hands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</w:t>
      </w:r>
      <w:r>
        <w:rPr>
          <w:b/>
          <w:bCs/>
        </w:rPr>
        <w:t xml:space="preserve"> </w:t>
      </w:r>
      <w:r>
        <w:rPr>
          <w:b/>
          <w:bCs/>
        </w:rPr>
        <w:t xml:space="preserve">as she opened the envelope.</w:t>
      </w:r>
      <w:r>
        <w:br/>
      </w:r>
      <w:r>
        <w:t xml:space="preserve">    (a) quickly move</w:t>
      </w:r>
      <w:r>
        <w:br/>
      </w:r>
      <w:r>
        <w:t xml:space="preserve">    (b) tightly grip</w:t>
      </w:r>
      <w:r>
        <w:br/>
      </w:r>
      <w:r>
        <w:t xml:space="preserve">    (c) slightly shake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smell of freshly brewed coffee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her from her sleep.</w:t>
      </w:r>
      <w:r>
        <w:br/>
      </w:r>
      <w:r>
        <w:t xml:space="preserve">    (a) awakened</w:t>
      </w:r>
      <w:r>
        <w:br/>
      </w:r>
      <w:r>
        <w:t xml:space="preserve">    (b) deepened</w:t>
      </w:r>
      <w:r>
        <w:br/>
      </w:r>
      <w:r>
        <w:t xml:space="preserve">    (c) interrupted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2026-07-31T15:16:35Z</dcterms:created>
  <dcterms:modified xsi:type="dcterms:W3CDTF">2026-07-31T15:16:35Z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