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d12d4bec4e001b5025f8207d2957d8c2063407"/>
    <w:p>
      <w:pPr>
        <w:pStyle w:val="Heading1"/>
      </w:pPr>
      <w:r>
        <w:rPr>
          <w:b/>
          <w:bCs/>
        </w:rPr>
        <w:t xml:space="preserve">The Two Towers</w:t>
      </w:r>
      <w:r>
        <w:br/>
      </w:r>
      <w:r>
        <w:rPr>
          <w:i/>
          <w:iCs/>
        </w:rPr>
        <w:t xml:space="preserve">J. R. R. Tolkien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abashed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unexpected praise and didn't know what to say.</w:t>
      </w:r>
      <w:r>
        <w:br/>
      </w:r>
      <w:r>
        <w:t xml:space="preserve">    (a) embarrassed or unsettled</w:t>
      </w:r>
      <w:r>
        <w:br/>
      </w:r>
      <w:r>
        <w:t xml:space="preserve">    (b) delighted and confident</w:t>
      </w:r>
      <w:r>
        <w:br/>
      </w:r>
      <w:r>
        <w:t xml:space="preserve">    (c) tired and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begrudge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success. She's earned it.</w:t>
      </w:r>
      <w:r>
        <w:br/>
      </w:r>
      <w:r>
        <w:t xml:space="preserve">    (a) resent</w:t>
      </w:r>
      <w:r>
        <w:br/>
      </w:r>
      <w:r>
        <w:t xml:space="preserve">    (b) experience surprise at</w:t>
      </w:r>
      <w:r>
        <w:br/>
      </w:r>
      <w:r>
        <w:t xml:space="preserve">    (c) hope for luck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spent hours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burnish</w:t>
      </w:r>
      <w:r>
        <w:rPr>
          <w:b/>
          <w:bCs/>
        </w:rPr>
        <w:t xml:space="preserve"> </w:t>
      </w:r>
      <w:r>
        <w:rPr>
          <w:b/>
          <w:bCs/>
        </w:rPr>
        <w:t xml:space="preserve">the old brass lamp until it gleamed.</w:t>
      </w:r>
      <w:r>
        <w:br/>
      </w:r>
      <w:r>
        <w:t xml:space="preserve">    (a) shine up</w:t>
      </w:r>
      <w:r>
        <w:br/>
      </w:r>
      <w:r>
        <w:t xml:space="preserve">    (b) throw out</w:t>
      </w:r>
      <w:r>
        <w:br/>
      </w:r>
      <w:r>
        <w:t xml:space="preserve">    (c) wear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enforced</w:t>
      </w:r>
      <w:r>
        <w:br/>
      </w:r>
      <w:r>
        <w:t xml:space="preserve">    (b) restricted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road crew repaired the rusted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culvert</w:t>
      </w:r>
      <w:r>
        <w:rPr>
          <w:b/>
          <w:bCs/>
        </w:rPr>
        <w:t xml:space="preserve"> </w:t>
      </w:r>
      <w:r>
        <w:rPr>
          <w:b/>
          <w:bCs/>
        </w:rPr>
        <w:t xml:space="preserve">before winter.</w:t>
      </w:r>
      <w:r>
        <w:br/>
      </w:r>
      <w:r>
        <w:t xml:space="preserve">    (a) a roadside drain</w:t>
      </w:r>
      <w:r>
        <w:br/>
      </w:r>
      <w:r>
        <w:t xml:space="preserve">    (b) a high lookout</w:t>
      </w:r>
      <w:r>
        <w:br/>
      </w:r>
      <w:r>
        <w:t xml:space="preserve">    (c) a wooden bench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opponent.</w:t>
      </w:r>
      <w:r>
        <w:br/>
      </w:r>
      <w:r>
        <w:t xml:space="preserve">    (a) not very challenging</w:t>
      </w:r>
      <w:r>
        <w:br/>
      </w:r>
      <w:r>
        <w:t xml:space="preserve">    (b) widely respected</w:t>
      </w:r>
      <w:r>
        <w:br/>
      </w:r>
      <w:r>
        <w:t xml:space="preserve">    (c) deceitful and clever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unpleasant sound</w:t>
      </w:r>
      <w:r>
        <w:br/>
      </w:r>
      <w:r>
        <w:t xml:space="preserve">    (b) loud sound</w:t>
      </w:r>
      <w:r>
        <w:br/>
      </w:r>
      <w:r>
        <w:t xml:space="preserve">    (c) attractive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skipped lunch and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famished</w:t>
      </w:r>
      <w:r>
        <w:rPr>
          <w:b/>
          <w:bCs/>
        </w:rPr>
        <w:t xml:space="preserve"> </w:t>
      </w:r>
      <w:r>
        <w:rPr>
          <w:b/>
          <w:bCs/>
        </w:rPr>
        <w:t xml:space="preserve">by dinner time.</w:t>
      </w:r>
      <w:r>
        <w:br/>
      </w:r>
      <w:r>
        <w:t xml:space="preserve">    (a) very hungry</w:t>
      </w:r>
      <w:r>
        <w:br/>
      </w:r>
      <w:r>
        <w:t xml:space="preserve">    (b) very tired</w:t>
      </w:r>
      <w:r>
        <w:br/>
      </w:r>
      <w:r>
        <w:t xml:space="preserve">    (c) very full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famous actor when he visited the school.</w:t>
      </w:r>
      <w:r>
        <w:br/>
      </w:r>
      <w:r>
        <w:t xml:space="preserve">    (a) argue angrily</w:t>
      </w:r>
      <w:r>
        <w:br/>
      </w:r>
      <w:r>
        <w:t xml:space="preserve">    (b) speak honestly</w:t>
      </w:r>
      <w:r>
        <w:br/>
      </w:r>
      <w:r>
        <w:t xml:space="preserve">    (c) flatter too much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Rumors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fester</w:t>
      </w:r>
      <w:r>
        <w:rPr>
          <w:b/>
          <w:bCs/>
        </w:rPr>
        <w:t xml:space="preserve"> </w:t>
      </w:r>
      <w:r>
        <w:rPr>
          <w:b/>
          <w:bCs/>
        </w:rPr>
        <w:t xml:space="preserve">in the absence of clear communication from leadership.</w:t>
      </w:r>
      <w:r>
        <w:br/>
      </w:r>
      <w:r>
        <w:t xml:space="preserve">    (a) fade away gradually</w:t>
      </w:r>
      <w:r>
        <w:br/>
      </w:r>
      <w:r>
        <w:t xml:space="preserve">    (b) grow worse over time</w:t>
      </w:r>
      <w:r>
        <w:br/>
      </w:r>
      <w:r>
        <w:t xml:space="preserve">    (c) started abruptly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admit it, there are serious divides splitting the party.</w:t>
      </w:r>
      <w:r>
        <w:br/>
      </w:r>
      <w:r>
        <w:t xml:space="preserve">    (a) are eager</w:t>
      </w:r>
      <w:r>
        <w:br/>
      </w:r>
      <w:r>
        <w:t xml:space="preserve">    (b) are reluctant</w:t>
      </w:r>
      <w:r>
        <w:br/>
      </w:r>
      <w:r>
        <w:t xml:space="preserve">    (c) are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heavily wrinkled</w:t>
      </w:r>
      <w:r>
        <w:br/>
      </w:r>
      <w:r>
        <w:t xml:space="preserve">    (b) unhealthily pale</w:t>
      </w:r>
      <w:r>
        <w:br/>
      </w:r>
      <w:r>
        <w:t xml:space="preserve">    (c) deeply flushed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days of fighting, the generals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at dawn to seek a peaceful resolution.</w:t>
      </w:r>
      <w:r>
        <w:br/>
      </w:r>
      <w:r>
        <w:t xml:space="preserve">    (a) retreat</w:t>
      </w:r>
      <w:r>
        <w:br/>
      </w:r>
      <w:r>
        <w:t xml:space="preserve">    (b) negotiate</w:t>
      </w:r>
      <w:r>
        <w:br/>
      </w:r>
      <w:r>
        <w:t xml:space="preserve">    (c) duel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walking with a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limp.</w:t>
      </w:r>
      <w:r>
        <w:br/>
      </w:r>
      <w:r>
        <w:t xml:space="preserve">    (a) painful</w:t>
      </w:r>
      <w:r>
        <w:br/>
      </w:r>
      <w:r>
        <w:t xml:space="preserve">    (b) noticeable</w:t>
      </w:r>
      <w:r>
        <w:br/>
      </w:r>
      <w:r>
        <w:t xml:space="preserve">    (c) new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curled up tightly</w:t>
      </w:r>
      <w:r>
        <w:br/>
      </w:r>
      <w:r>
        <w:t xml:space="preserve">    (b) sitting upright</w:t>
      </w:r>
      <w:r>
        <w:br/>
      </w:r>
      <w:r>
        <w:t xml:space="preserve">    (c) lying face-down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expressed a desire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the oversight.</w:t>
      </w:r>
      <w:r>
        <w:br/>
      </w:r>
      <w:r>
        <w:t xml:space="preserve">    (a) investigate</w:t>
      </w:r>
      <w:r>
        <w:br/>
      </w:r>
      <w:r>
        <w:t xml:space="preserve">    (b) make up for</w:t>
      </w:r>
      <w:r>
        <w:br/>
      </w:r>
      <w:r>
        <w:t xml:space="preserve">    (c) change clothing after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 </w:t>
      </w:r>
      <w:r>
        <w:rPr>
          <w:b/>
          <w:bCs/>
        </w:rPr>
        <w:t xml:space="preserve">act.</w:t>
      </w:r>
      <w:r>
        <w:br/>
      </w:r>
      <w:r>
        <w:t xml:space="preserve">    (a) especially cruel</w:t>
      </w:r>
      <w:r>
        <w:br/>
      </w:r>
      <w:r>
        <w:t xml:space="preserve">    (b) betraying trust</w:t>
      </w:r>
      <w:r>
        <w:br/>
      </w:r>
      <w:r>
        <w:t xml:space="preserve">    (c) highly moral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drunken</w:t>
      </w:r>
      <w:r>
        <w:br/>
      </w:r>
      <w:r>
        <w:t xml:space="preserve">    (b) rude or unpleasant</w:t>
      </w:r>
      <w:r>
        <w:br/>
      </w:r>
      <w:r>
        <w:t xml:space="preserve">    (c) not bathed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bandits planned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travelers on the narrow mountain path.</w:t>
      </w:r>
      <w:r>
        <w:br/>
      </w:r>
      <w:r>
        <w:t xml:space="preserve">    (a) follow quietly</w:t>
      </w:r>
      <w:r>
        <w:br/>
      </w:r>
      <w:r>
        <w:t xml:space="preserve">    (b) spy upon</w:t>
      </w:r>
      <w:r>
        <w:br/>
      </w:r>
      <w:r>
        <w:t xml:space="preserve">    (c) stop unexpectedly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chapter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whets</w:t>
      </w:r>
      <w:r>
        <w:rPr>
          <w:b/>
          <w:bCs/>
        </w:rPr>
        <w:t xml:space="preserve"> </w:t>
      </w:r>
      <w:r>
        <w:rPr>
          <w:b/>
          <w:bCs/>
        </w:rPr>
        <w:t xml:space="preserve">the reader's curiosity about the mystery.</w:t>
      </w:r>
      <w:r>
        <w:br/>
      </w:r>
      <w:r>
        <w:t xml:space="preserve">    (a) diminishes</w:t>
      </w:r>
      <w:r>
        <w:br/>
      </w:r>
      <w:r>
        <w:t xml:space="preserve">    (b) stimulates</w:t>
      </w:r>
      <w:r>
        <w:br/>
      </w:r>
      <w:r>
        <w:t xml:space="preserve">    (c) confuses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2026-07-31T15:16:36Z</dcterms:created>
  <dcterms:modified xsi:type="dcterms:W3CDTF">2026-07-31T15:16:36Z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