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259a1359693c8c87c5d0e0c3e1a41ed2f1e64ae"/>
    <w:p>
      <w:pPr>
        <w:pStyle w:val="Heading1"/>
      </w:pPr>
      <w:r>
        <w:rPr>
          <w:b/>
          <w:bCs/>
        </w:rPr>
        <w:t xml:space="preserve">The Two Towers</w:t>
      </w:r>
      <w:r>
        <w:br/>
      </w:r>
      <w:r>
        <w:rPr>
          <w:i/>
          <w:iCs/>
        </w:rPr>
        <w:t xml:space="preserve">J. R. R. Tolkien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will make such a chase as shall be accounted a marvel among the Three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Kindreds</w:t>
      </w:r>
      <w:r>
        <w:rPr>
          <w:b/>
          <w:bCs/>
        </w:rPr>
        <w:t xml:space="preserve">: Elves, Dwarves, and Men.</w:t>
      </w:r>
      <w:r>
        <w:br/>
      </w:r>
      <w:r>
        <w:t xml:space="preserve">    (a) similar in quality or character</w:t>
      </w:r>
      <w:r>
        <w:br/>
      </w:r>
      <w:r>
        <w:br/>
      </w:r>
      <w:r>
        <w:t xml:space="preserve">or:</w:t>
      </w:r>
      <w:r>
        <w:br/>
      </w:r>
      <w:r>
        <w:br/>
      </w:r>
      <w:r>
        <w:t xml:space="preserve">closely related -- such as family or things with shared origin</w:t>
      </w:r>
      <w:r>
        <w:br/>
      </w:r>
      <w:r>
        <w:t xml:space="preserve">    (b) chemical substance comprised of the smallest amount of a chemical substance that can exist by itself</w:t>
      </w:r>
      <w:r>
        <w:br/>
      </w:r>
      <w:r>
        <w:t xml:space="preserve">    (c) aka natural rights -- rights that are naturally due because of human nature and the natural condition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Do any folk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dwell</w:t>
      </w:r>
      <w:r>
        <w:rPr>
          <w:b/>
          <w:bCs/>
        </w:rPr>
        <w:t xml:space="preserve"> </w:t>
      </w:r>
      <w:r>
        <w:rPr>
          <w:b/>
          <w:bCs/>
        </w:rPr>
        <w:t xml:space="preserve">in these hills?</w:t>
      </w:r>
      <w:r>
        <w:br/>
      </w:r>
      <w:r>
        <w:t xml:space="preserve">    (a) to concentrate, look at; or the act of concentration</w:t>
      </w:r>
      <w:r>
        <w:br/>
      </w:r>
      <w:r>
        <w:t xml:space="preserve">    (b) enter another's property without right or permission</w:t>
      </w:r>
      <w:r>
        <w:br/>
      </w:r>
      <w:r>
        <w:t xml:space="preserve">    (c) live (make their home in)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'But you must ride now, or you will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hinder</w:t>
      </w:r>
      <w:r>
        <w:rPr>
          <w:b/>
          <w:bCs/>
        </w:rPr>
        <w:t xml:space="preserve"> </w:t>
      </w:r>
      <w:r>
        <w:rPr>
          <w:b/>
          <w:bCs/>
        </w:rPr>
        <w:t xml:space="preserve">us,' said Aragorn.</w:t>
      </w:r>
      <w:r>
        <w:br/>
      </w:r>
      <w:r>
        <w:t xml:space="preserve">    (a) make different; or show difference</w:t>
      </w:r>
      <w:r>
        <w:br/>
      </w:r>
      <w:r>
        <w:t xml:space="preserve">    (b) slowed down or caused problems for</w:t>
      </w:r>
      <w:r>
        <w:br/>
      </w:r>
      <w:r>
        <w:t xml:space="preserve">    (c) to cause something to move forward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...hundreds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hideous</w:t>
      </w:r>
      <w:r>
        <w:rPr>
          <w:b/>
          <w:bCs/>
        </w:rPr>
        <w:t xml:space="preserve"> </w:t>
      </w:r>
      <w:r>
        <w:rPr>
          <w:b/>
          <w:bCs/>
        </w:rPr>
        <w:t xml:space="preserve">arms grasped at him from every side.</w:t>
      </w:r>
      <w:r>
        <w:br/>
      </w:r>
      <w:r>
        <w:t xml:space="preserve">    (a) the quality of not being sensible and careful</w:t>
      </w:r>
      <w:r>
        <w:br/>
      </w:r>
      <w:r>
        <w:t xml:space="preserve">    (b) ugly and frightening</w:t>
      </w:r>
      <w:r>
        <w:br/>
      </w:r>
      <w:r>
        <w:t xml:space="preserve">    (c) the characteristic of demonstrating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Some of my kin look just like trees now, and need something great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rouse</w:t>
      </w:r>
      <w:r>
        <w:rPr>
          <w:b/>
          <w:bCs/>
        </w:rPr>
        <w:t xml:space="preserve"> </w:t>
      </w:r>
      <w:r>
        <w:rPr>
          <w:b/>
          <w:bCs/>
        </w:rPr>
        <w:t xml:space="preserve">them; and they speak only in whispers.</w:t>
      </w:r>
      <w:r>
        <w:br/>
      </w:r>
      <w:r>
        <w:t xml:space="preserve">    (a) explains something in a particular way</w:t>
      </w:r>
      <w:r>
        <w:br/>
      </w:r>
      <w:r>
        <w:t xml:space="preserve">    (b) to awaken, make more active, or excite</w:t>
      </w:r>
      <w:r>
        <w:br/>
      </w:r>
      <w:r>
        <w:t xml:space="preserve">    (c) beyond the permitted boundary or limit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the old Ent approached, the trees lifted up their branches, and all their leaves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quivered</w:t>
      </w:r>
      <w:r>
        <w:rPr>
          <w:b/>
          <w:bCs/>
        </w:rPr>
        <w:t xml:space="preserve"> </w:t>
      </w:r>
      <w:r>
        <w:rPr>
          <w:b/>
          <w:bCs/>
        </w:rPr>
        <w:t xml:space="preserve">and rustled.</w:t>
      </w:r>
      <w:r>
        <w:br/>
      </w:r>
      <w:r>
        <w:t xml:space="preserve">    (a) not working or not operating</w:t>
      </w:r>
      <w:r>
        <w:br/>
      </w:r>
      <w:r>
        <w:t xml:space="preserve">    (b) to shake or tremble slightly</w:t>
      </w:r>
      <w:r>
        <w:br/>
      </w:r>
      <w:r>
        <w:t xml:space="preserve">    (c) calculates or judges too low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he does not yet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perceive</w:t>
      </w:r>
      <w:r>
        <w:rPr>
          <w:b/>
          <w:bCs/>
        </w:rPr>
        <w:t xml:space="preserve"> </w:t>
      </w:r>
      <w:r>
        <w:rPr>
          <w:b/>
          <w:bCs/>
        </w:rPr>
        <w:t xml:space="preserve">our purpose clearly.</w:t>
      </w:r>
      <w:r>
        <w:br/>
      </w:r>
      <w:r>
        <w:t xml:space="preserve">    (a) think carefully</w:t>
      </w:r>
      <w:r>
        <w:br/>
      </w:r>
      <w:r>
        <w:t xml:space="preserve">    (b) see (have awareness of)</w:t>
      </w:r>
      <w:r>
        <w:br/>
      </w:r>
      <w:r>
        <w:t xml:space="preserve">    (c) strongly desire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Indeed he is in great fear, not knowing what mighty one may suddenly appear, wielding the Ring,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assailing</w:t>
      </w:r>
      <w:r>
        <w:rPr>
          <w:b/>
          <w:bCs/>
        </w:rPr>
        <w:t xml:space="preserve"> </w:t>
      </w:r>
      <w:r>
        <w:rPr>
          <w:b/>
          <w:bCs/>
        </w:rPr>
        <w:t xml:space="preserve">him with war, seeking to cast him down and take his place.</w:t>
      </w:r>
      <w:r>
        <w:br/>
      </w:r>
      <w:r>
        <w:t xml:space="preserve">    (a) to attack or cause trouble</w:t>
      </w:r>
      <w:r>
        <w:br/>
      </w:r>
      <w:r>
        <w:t xml:space="preserve">    (b) stopping a battle or fight</w:t>
      </w:r>
      <w:r>
        <w:br/>
      </w:r>
      <w:r>
        <w:t xml:space="preserve">    (c) changing through evolution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Since Gandalf's head is now sacred, let us find one that it is right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cleave</w:t>
      </w:r>
      <w:r>
        <w:rPr>
          <w:b/>
          <w:bCs/>
        </w:rPr>
        <w:t xml:space="preserve">!</w:t>
      </w:r>
      <w:r>
        <w:br/>
      </w:r>
      <w:r>
        <w:t xml:space="preserve">    (a) show, determine, or understand</w:t>
      </w:r>
      <w:r>
        <w:br/>
      </w:r>
      <w:r>
        <w:t xml:space="preserve">    (b) take up or receive into heaven</w:t>
      </w:r>
      <w:r>
        <w:br/>
      </w:r>
      <w:r>
        <w:t xml:space="preserve">    (c) split (with violent force)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'Mercy, lord!' whined Wormtongue,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grovelling</w:t>
      </w:r>
      <w:r>
        <w:rPr>
          <w:b/>
          <w:bCs/>
        </w:rPr>
        <w:t xml:space="preserve"> </w:t>
      </w:r>
      <w:r>
        <w:rPr>
          <w:b/>
          <w:bCs/>
        </w:rPr>
        <w:t xml:space="preserve">on the ground.</w:t>
      </w:r>
      <w:r>
        <w:br/>
      </w:r>
      <w:r>
        <w:t xml:space="preserve">    (a) stopping a battle or fight</w:t>
      </w:r>
      <w:r>
        <w:br/>
      </w:r>
      <w:r>
        <w:t xml:space="preserve">    (b) showing submission or fear</w:t>
      </w:r>
      <w:r>
        <w:br/>
      </w:r>
      <w:r>
        <w:t xml:space="preserve">    (c) changing through evolution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eyes glittered. Such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malice</w:t>
      </w:r>
      <w:r>
        <w:rPr>
          <w:b/>
          <w:bCs/>
        </w:rPr>
        <w:t xml:space="preserve"> </w:t>
      </w:r>
      <w:r>
        <w:rPr>
          <w:b/>
          <w:bCs/>
        </w:rPr>
        <w:t xml:space="preserve">was in them that men stepped back from him.</w:t>
      </w:r>
      <w:r>
        <w:br/>
      </w:r>
      <w:r>
        <w:t xml:space="preserve">    (a) the quality of lacking exactness or accuracy</w:t>
      </w:r>
      <w:r>
        <w:br/>
      </w:r>
      <w:r>
        <w:t xml:space="preserve">    (b) not adjusting a lens to create a clear image</w:t>
      </w:r>
      <w:r>
        <w:br/>
      </w:r>
      <w:r>
        <w:t xml:space="preserve">    (c) desire to make others suffer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With it he washed clean the stones that Wormtongue had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defiled</w:t>
      </w:r>
      <w:r>
        <w:rPr>
          <w:b/>
          <w:bCs/>
        </w:rPr>
        <w:t xml:space="preserve">.</w:t>
      </w:r>
      <w:r>
        <w:br/>
      </w:r>
      <w:r>
        <w:t xml:space="preserve">    (a) caused great mental or physical suffering</w:t>
      </w:r>
      <w:r>
        <w:br/>
      </w:r>
      <w:r>
        <w:t xml:space="preserve">    (b) spoiled the beauty or purity of something</w:t>
      </w:r>
      <w:r>
        <w:br/>
      </w:r>
      <w:r>
        <w:t xml:space="preserve">    (c) consented reluctantly; or suffered defeat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Brazen</w:t>
      </w:r>
      <w:r>
        <w:rPr>
          <w:b/>
          <w:bCs/>
        </w:rPr>
        <w:t xml:space="preserve"> </w:t>
      </w:r>
      <w:r>
        <w:rPr>
          <w:b/>
          <w:bCs/>
        </w:rPr>
        <w:t xml:space="preserve">trumpets sounded.</w:t>
      </w:r>
      <w:r>
        <w:br/>
      </w:r>
      <w:r>
        <w:t xml:space="preserve">    (a) make one's home in; or live in; or stay (in a place)</w:t>
      </w:r>
      <w:r>
        <w:br/>
      </w:r>
      <w:r>
        <w:t xml:space="preserve">    (b) bold and unrestrained by what others consider proper</w:t>
      </w:r>
      <w:r>
        <w:br/>
      </w:r>
      <w:r>
        <w:t xml:space="preserve">    (c) to concentrate, look at; or the act of concentration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spell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endured</w:t>
      </w:r>
      <w:r>
        <w:br/>
      </w:r>
      <w:r>
        <w:t xml:space="preserve">    (a) previously created</w:t>
      </w:r>
      <w:r>
        <w:br/>
      </w:r>
      <w:r>
        <w:t xml:space="preserve">    (b) continued to exist</w:t>
      </w:r>
      <w:r>
        <w:br/>
      </w:r>
      <w:r>
        <w:t xml:space="preserve">    (c) took on or adopted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how much more of this would they have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endure</w:t>
      </w:r>
      <w:r>
        <w:br/>
      </w:r>
      <w:r>
        <w:t xml:space="preserve">    (a) suffer through</w:t>
      </w:r>
      <w:r>
        <w:br/>
      </w:r>
      <w:r>
        <w:t xml:space="preserve">    (b) communication through gestures and body movements (without words)</w:t>
      </w:r>
      <w:r>
        <w:br/>
      </w:r>
      <w:r>
        <w:t xml:space="preserve">    (c) call -- typically to come nearer by using a hand gesture or a nod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Gollum certainly had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cunning</w:t>
      </w:r>
      <w:r>
        <w:rPr>
          <w:b/>
          <w:bCs/>
        </w:rPr>
        <w:t xml:space="preserve">, and needed all of it.</w:t>
      </w:r>
      <w:r>
        <w:br/>
      </w:r>
      <w:r>
        <w:t xml:space="preserve">    (a) cleverness and ability to deceive others</w:t>
      </w:r>
      <w:r>
        <w:br/>
      </w:r>
      <w:r>
        <w:t xml:space="preserve">    (b) related to the natural world (life, air, water, land...)</w:t>
      </w:r>
      <w:r>
        <w:br/>
      </w:r>
      <w:r>
        <w:t xml:space="preserve">    (c) relating to logical examination to improve understanding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this evil hole 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cowered</w:t>
      </w:r>
      <w:r>
        <w:rPr>
          <w:b/>
          <w:bCs/>
        </w:rPr>
        <w:t xml:space="preserve">, hoping in its shadow to escape the attention of the Eye.</w:t>
      </w:r>
      <w:r>
        <w:br/>
      </w:r>
      <w:r>
        <w:t xml:space="preserve">    (a) entered into a place of religious seclusion (such as a monastery)</w:t>
      </w:r>
      <w:r>
        <w:br/>
      </w:r>
      <w:r>
        <w:t xml:space="preserve">    (b) deeply involved; or intermixed with complications or difficulties</w:t>
      </w:r>
      <w:r>
        <w:br/>
      </w:r>
      <w:r>
        <w:t xml:space="preserve">    (c) ducked in fear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returned with the first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glimmer</w:t>
      </w:r>
      <w:r>
        <w:rPr>
          <w:b/>
          <w:bCs/>
        </w:rPr>
        <w:t xml:space="preserve"> </w:t>
      </w:r>
      <w:r>
        <w:rPr>
          <w:b/>
          <w:bCs/>
        </w:rPr>
        <w:t xml:space="preserve">of light,</w:t>
      </w:r>
      <w:r>
        <w:br/>
      </w:r>
      <w:r>
        <w:t xml:space="preserve">    (a) technical:  center or concentration</w:t>
      </w:r>
      <w:r>
        <w:br/>
      </w:r>
      <w:r>
        <w:t xml:space="preserve">    (b) to be overly unhappy and unsociable</w:t>
      </w:r>
      <w:r>
        <w:br/>
      </w:r>
      <w:r>
        <w:t xml:space="preserve">    (c) dim light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Frodo and Sam were plodding along with heavy hearts, no longer able to care greatly about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peril</w:t>
      </w:r>
      <w:r>
        <w:rPr>
          <w:b/>
          <w:bCs/>
        </w:rPr>
        <w:t xml:space="preserve">.</w:t>
      </w:r>
      <w:r>
        <w:br/>
      </w:r>
      <w:r>
        <w:t xml:space="preserve">    (a) allows</w:t>
      </w:r>
      <w:r>
        <w:br/>
      </w:r>
      <w:r>
        <w:t xml:space="preserve">    (b) useful</w:t>
      </w:r>
      <w:r>
        <w:br/>
      </w:r>
      <w:r>
        <w:t xml:space="preserve">    (c) danger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...she took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heed</w:t>
      </w:r>
      <w:r>
        <w:rPr>
          <w:b/>
          <w:bCs/>
        </w:rPr>
        <w:t xml:space="preserve"> </w:t>
      </w:r>
      <w:r>
        <w:rPr>
          <w:b/>
          <w:bCs/>
        </w:rPr>
        <w:t xml:space="preserve">of Sam and his cries, until he was close at hand.</w:t>
      </w:r>
      <w:r>
        <w:br/>
      </w:r>
      <w:r>
        <w:t xml:space="preserve">    (a) notice (paying attention)</w:t>
      </w:r>
      <w:r>
        <w:br/>
      </w:r>
      <w:r>
        <w:t xml:space="preserve">    (b) adjusted excessively or made up for excessively</w:t>
      </w:r>
      <w:r>
        <w:br/>
      </w:r>
      <w:r>
        <w:t xml:space="preserve">    (c) a non-doctor who assisted a women in childbirth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2026-07-31T15:16:35Z</dcterms:created>
  <dcterms:modified xsi:type="dcterms:W3CDTF">2026-07-31T15:16:35Z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