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49c6e6ef54d91c5afdd3540cc6b46c7bfad9c9"/>
    <w:p>
      <w:pPr>
        <w:pStyle w:val="Heading1"/>
      </w:pPr>
      <w:r>
        <w:rPr>
          <w:b/>
          <w:bCs/>
        </w:rPr>
        <w:t xml:space="preserve">The Two Towers</w:t>
      </w:r>
      <w:r>
        <w:br/>
      </w:r>
      <w:r>
        <w:rPr>
          <w:i/>
          <w:iCs/>
        </w:rPr>
        <w:t xml:space="preserve">J. R. R. Tolkien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their hands were tall spears of ash, painted shields were slung at their backs, long swords were at their belts,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burnished</w:t>
      </w:r>
      <w:r>
        <w:rPr>
          <w:b/>
          <w:bCs/>
        </w:rPr>
        <w:t xml:space="preserve"> </w:t>
      </w:r>
      <w:r>
        <w:rPr>
          <w:b/>
          <w:bCs/>
        </w:rPr>
        <w:t xml:space="preserve">skirts of mail hung down upon their knees.</w:t>
      </w:r>
      <w:r>
        <w:br/>
      </w:r>
      <w:r>
        <w:t xml:space="preserve">    (a) held together (connected or united) or wrapped</w:t>
      </w:r>
      <w:r>
        <w:br/>
      </w:r>
      <w:r>
        <w:t xml:space="preserve">    (b) polished and made shiny; or improved something</w:t>
      </w:r>
      <w:r>
        <w:br/>
      </w:r>
      <w:r>
        <w:t xml:space="preserve">    (c) considered (for affect on a result or outcome)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Loth</w:t>
      </w:r>
      <w:r>
        <w:rPr>
          <w:b/>
          <w:bCs/>
        </w:rPr>
        <w:t xml:space="preserve"> </w:t>
      </w:r>
      <w:r>
        <w:rPr>
          <w:b/>
          <w:bCs/>
        </w:rPr>
        <w:t xml:space="preserve">am I to begin a battle of one hundred against three.</w:t>
      </w:r>
      <w:r>
        <w:br/>
      </w:r>
      <w:r>
        <w:t xml:space="preserve">    (a) says (or makes a sound) with the voice</w:t>
      </w:r>
      <w:r>
        <w:br/>
      </w:r>
      <w:r>
        <w:t xml:space="preserve">    (b) moves into position to work; or starts</w:t>
      </w:r>
      <w:r>
        <w:br/>
      </w:r>
      <w:r>
        <w:t xml:space="preserve">    (c) reluctant or unwilling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Never in former days would any high lord of this land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a man to abandon such a quest as mine.</w:t>
      </w:r>
      <w:r>
        <w:br/>
      </w:r>
      <w:r>
        <w:t xml:space="preserve">    (a) not provided with investment funds</w:t>
      </w:r>
      <w:r>
        <w:br/>
      </w:r>
      <w:r>
        <w:t xml:space="preserve">    (b) stopped (something from happening)</w:t>
      </w:r>
      <w:r>
        <w:br/>
      </w:r>
      <w:r>
        <w:t xml:space="preserve">    (c) restricted; or lacking spontaneity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sooner walk than sit on the back of any beast so great, free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begrudged</w:t>
      </w:r>
      <w:r>
        <w:rPr>
          <w:b/>
          <w:bCs/>
        </w:rPr>
        <w:t xml:space="preserve">.</w:t>
      </w:r>
      <w:r>
        <w:br/>
      </w:r>
      <w:r>
        <w:t xml:space="preserve">    (a) resented; or gave unwillingly</w:t>
      </w:r>
      <w:r>
        <w:br/>
      </w:r>
      <w:r>
        <w:t xml:space="preserve">    (b) with rises and falls in pitch</w:t>
      </w:r>
      <w:r>
        <w:br/>
      </w:r>
      <w:r>
        <w:t xml:space="preserve">    (c) embarrassed or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others gave way, and one stepped backwards and fell over Merry's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form with a curse.</w:t>
      </w:r>
      <w:r>
        <w:br/>
      </w:r>
      <w:r>
        <w:t xml:space="preserve">    (a) an overwhelming amount; or to overwhelm -- especially said of water</w:t>
      </w:r>
      <w:r>
        <w:br/>
      </w:r>
      <w:r>
        <w:t xml:space="preserve">    (b) lying down - typically face downward on the ground as in submission</w:t>
      </w:r>
      <w:r>
        <w:br/>
      </w:r>
      <w:r>
        <w:t xml:space="preserve">    (c) spend time with; or someone with whom a person spends a lot of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famished</w:t>
      </w:r>
      <w:r>
        <w:rPr>
          <w:b/>
          <w:bCs/>
        </w:rPr>
        <w:t xml:space="preserve"> </w:t>
      </w:r>
      <w:r>
        <w:rPr>
          <w:b/>
          <w:bCs/>
        </w:rPr>
        <w:t xml:space="preserve">but not yet so famished as to eat flesh flung to him by an Orc, the flesh of he dared not guess what creature.</w:t>
      </w:r>
      <w:r>
        <w:br/>
      </w:r>
      <w:r>
        <w:t xml:space="preserve">    (a) not concentrated</w:t>
      </w:r>
      <w:r>
        <w:br/>
      </w:r>
      <w:r>
        <w:t xml:space="preserve">    (b) strongly desired</w:t>
      </w:r>
      <w:r>
        <w:br/>
      </w:r>
      <w:r>
        <w:t xml:space="preserve">    (c) extremely hungry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made a deep rumbling noise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on a great organ</w:t>
      </w:r>
      <w:r>
        <w:br/>
      </w:r>
      <w:r>
        <w:t xml:space="preserve">    (a) make more varied</w:t>
      </w:r>
      <w:r>
        <w:br/>
      </w:r>
      <w:r>
        <w:t xml:space="preserve">    (b) take on or adopt</w:t>
      </w:r>
      <w:r>
        <w:br/>
      </w:r>
      <w:r>
        <w:t xml:space="preserve">    (c) unpleasant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already he knows that the messengers that he sent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the Company have failed again.</w:t>
      </w:r>
      <w:r>
        <w:br/>
      </w:r>
      <w:r>
        <w:t xml:space="preserve">    (a) to stop someone unexpectedly -- usually to attack or to talk</w:t>
      </w:r>
      <w:r>
        <w:br/>
      </w:r>
      <w:r>
        <w:t xml:space="preserve">    (b) tile designed to affect noise -- typically to decrease noise</w:t>
      </w:r>
      <w:r>
        <w:br/>
      </w:r>
      <w:r>
        <w:t xml:space="preserve">    (c) relating to an ancient city state on the north African coast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Before long there came the sound of hoofs, at first hardly more than a tremor of the ground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only to Aragorn as he lay upon the grass, then growing steadily louder and clearer to a quick beat.</w:t>
      </w:r>
      <w:r>
        <w:br/>
      </w:r>
      <w:r>
        <w:t xml:space="preserve">    (a) able to take on or adopt</w:t>
      </w:r>
      <w:r>
        <w:br/>
      </w:r>
      <w:r>
        <w:t xml:space="preserve">    (b) capable of being noticed</w:t>
      </w:r>
      <w:r>
        <w:br/>
      </w:r>
      <w:r>
        <w:t xml:space="preserve">    (c) the state of being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Beneath it by a wide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culvert</w:t>
      </w:r>
      <w:r>
        <w:rPr>
          <w:b/>
          <w:bCs/>
        </w:rPr>
        <w:t xml:space="preserve"> </w:t>
      </w:r>
      <w:r>
        <w:rPr>
          <w:b/>
          <w:bCs/>
        </w:rPr>
        <w:t xml:space="preserve">the Deeping-stream passed out.</w:t>
      </w:r>
      <w:r>
        <w:br/>
      </w:r>
      <w:r>
        <w:t xml:space="preserve">    (a) a measure of north/south (relative to the equator) on the earth</w:t>
      </w:r>
      <w:r>
        <w:br/>
      </w:r>
      <w:r>
        <w:t xml:space="preserve">    (b) a period of time or a stage during the development of something</w:t>
      </w:r>
      <w:r>
        <w:br/>
      </w:r>
      <w:r>
        <w:t xml:space="preserve">    (c) an enclosed channel that carries runoff water beneath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elf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whetting</w:t>
      </w:r>
      <w:r>
        <w:rPr>
          <w:b/>
          <w:bCs/>
        </w:rPr>
        <w:t xml:space="preserve"> </w:t>
      </w:r>
      <w:r>
        <w:rPr>
          <w:b/>
          <w:bCs/>
        </w:rPr>
        <w:t xml:space="preserve">his long knife.</w:t>
      </w:r>
      <w:r>
        <w:br/>
      </w:r>
      <w:r>
        <w:t xml:space="preserve">    (a) sticking out, attracting more attention than desired, or imposing on others</w:t>
      </w:r>
      <w:r>
        <w:br/>
      </w:r>
      <w:r>
        <w:t xml:space="preserve">    (b) to increase a sense or desire</w:t>
      </w:r>
      <w:r>
        <w:br/>
      </w:r>
      <w:r>
        <w:br/>
      </w:r>
      <w:r>
        <w:t xml:space="preserve">or: to sharpen a knife or other cutting edge</w:t>
      </w:r>
      <w:r>
        <w:br/>
      </w:r>
      <w:r>
        <w:t xml:space="preserve">    (c) changing to multiple areas of control or concentration (rather than just 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raised his empty hand, palm outward in token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.</w:t>
      </w:r>
      <w:r>
        <w:br/>
      </w:r>
      <w:r>
        <w:t xml:space="preserve">    (a) to promise, guarantee, or indicate certainty of something</w:t>
      </w:r>
      <w:r>
        <w:br/>
      </w:r>
      <w:r>
        <w:t xml:space="preserve">    (b) a negotiation or discussion -- especially between enemies</w:t>
      </w:r>
      <w:r>
        <w:br/>
      </w:r>
      <w:r>
        <w:t xml:space="preserve">    (c) think carefully and make a judgment about something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others spoke they seemed harsh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by contrast; and if they gainsaid the voice, anger was kindled in the hearts of those under the spell.</w:t>
      </w:r>
      <w:r>
        <w:br/>
      </w:r>
      <w:r>
        <w:t xml:space="preserve">    (a) related to the spreading of a disease to another part of the body</w:t>
      </w:r>
      <w:r>
        <w:br/>
      </w:r>
      <w:r>
        <w:t xml:space="preserve">    (b) rude or unpleasant due to a lack of manners, refinement, or taste</w:t>
      </w:r>
      <w:r>
        <w:br/>
      </w:r>
      <w:r>
        <w:t xml:space="preserve">    (c) relating to a surface rather than to anything deep or penetrating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common good I am willing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the past, and to receive you.</w:t>
      </w:r>
      <w:r>
        <w:br/>
      </w:r>
      <w:r>
        <w:t xml:space="preserve">    (a) a quick look or partial understanding</w:t>
      </w:r>
      <w:r>
        <w:br/>
      </w:r>
      <w:r>
        <w:t xml:space="preserve">    (b) learn, discover, or decide in advance</w:t>
      </w:r>
      <w:r>
        <w:br/>
      </w:r>
      <w:r>
        <w:t xml:space="preserve">    (c) fix a problem; or make up for a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 </w:t>
      </w:r>
      <w:r>
        <w:rPr>
          <w:b/>
          <w:bCs/>
        </w:rPr>
        <w:t xml:space="preserve">are ever distrustful," answered Gandalf wearily.</w:t>
      </w:r>
      <w:r>
        <w:br/>
      </w:r>
      <w:r>
        <w:t xml:space="preserve">    (a) those likely to betray</w:t>
      </w:r>
      <w:r>
        <w:br/>
      </w:r>
      <w:r>
        <w:t xml:space="preserve">    (b) those who are wise</w:t>
      </w:r>
      <w:r>
        <w:br/>
      </w:r>
      <w:r>
        <w:t xml:space="preserve">    (c) those who are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grieve that so much that was good now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festers</w:t>
      </w:r>
      <w:r>
        <w:rPr>
          <w:b/>
          <w:bCs/>
        </w:rPr>
        <w:t xml:space="preserve"> </w:t>
      </w:r>
      <w:r>
        <w:rPr>
          <w:b/>
          <w:bCs/>
        </w:rPr>
        <w:t xml:space="preserve">in the tower.</w:t>
      </w:r>
      <w:r>
        <w:br/>
      </w:r>
      <w:r>
        <w:t xml:space="preserve">    (a) (of an injury) gets inflamed and creates pus  OR  (generally) gets worse -- especially through inattention</w:t>
      </w:r>
      <w:r>
        <w:br/>
      </w:r>
      <w:r>
        <w:t xml:space="preserve">    (b) treats something in an educated, intellectual way -- often excluding emotional or practical considerations</w:t>
      </w:r>
      <w:r>
        <w:br/>
      </w:r>
      <w:r>
        <w:t xml:space="preserve">    (c) regards with feelings of deep respect and admiration -- sometimes with a mixture of wonder and awe or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here, over the desert and the reeking marshes the deep blue sky of evening opened once more, and a few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stars appeared, like small white holes in the canopy above the crescent moon.</w:t>
      </w:r>
      <w:r>
        <w:br/>
      </w:r>
      <w:r>
        <w:t xml:space="preserve">    (a) relating to a government, country, or ruling family of a country ruled by a king of queen</w:t>
      </w:r>
      <w:r>
        <w:br/>
      </w:r>
      <w:r>
        <w:t xml:space="preserve">    (b) mental weakness caused by old age; or describing a medical condition as caused by old age</w:t>
      </w:r>
      <w:r>
        <w:br/>
      </w:r>
      <w:r>
        <w:t xml:space="preserve">    (c) abnormally pale (lacking healthy skin color); or anything that lacks energy or liveliness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Gollum raised himself and began pawing at Frodo,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fawning</w:t>
      </w:r>
      <w:r>
        <w:rPr>
          <w:b/>
          <w:bCs/>
        </w:rPr>
        <w:t xml:space="preserve"> </w:t>
      </w:r>
      <w:r>
        <w:rPr>
          <w:b/>
          <w:bCs/>
        </w:rPr>
        <w:t xml:space="preserve">at his knees.</w:t>
      </w:r>
      <w:r>
        <w:br/>
      </w:r>
      <w:r>
        <w:t xml:space="preserve">    (a) making different; or showing difference</w:t>
      </w:r>
      <w:r>
        <w:br/>
      </w:r>
      <w:r>
        <w:t xml:space="preserve">    (b) showing excessive flattery or affection</w:t>
      </w:r>
      <w:r>
        <w:br/>
      </w:r>
      <w:r>
        <w:t xml:space="preserve">    (c) adjusting a lens to make an image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any rate this speech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abashed</w:t>
      </w:r>
      <w:r>
        <w:rPr>
          <w:b/>
          <w:bCs/>
        </w:rPr>
        <w:t xml:space="preserve"> </w:t>
      </w:r>
      <w:r>
        <w:rPr>
          <w:b/>
          <w:bCs/>
        </w:rPr>
        <w:t xml:space="preserve">and terrified him.</w:t>
      </w:r>
      <w:r>
        <w:br/>
      </w:r>
      <w:r>
        <w:t xml:space="preserve">    (a) commended or praised publicly</w:t>
      </w:r>
      <w:r>
        <w:br/>
      </w:r>
      <w:r>
        <w:t xml:space="preserve">    (b) with rises and falls in pitch</w:t>
      </w:r>
      <w:r>
        <w:br/>
      </w:r>
      <w:r>
        <w:t xml:space="preserve">    (c) embarrassed or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Here the road, gleaming faintly, passed over the stream in the midst of the valley, and went on, winding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deviously</w:t>
      </w:r>
      <w:r>
        <w:rPr>
          <w:b/>
          <w:bCs/>
        </w:rPr>
        <w:t xml:space="preserve"> </w:t>
      </w:r>
      <w:r>
        <w:rPr>
          <w:b/>
          <w:bCs/>
        </w:rPr>
        <w:t xml:space="preserve">up towards the city's gate: a black mouth opening in the outer circle of the northward walls.</w:t>
      </w:r>
      <w:r>
        <w:br/>
      </w:r>
      <w:r>
        <w:t xml:space="preserve">    (a) deceitful (not honest and straightforward)</w:t>
      </w:r>
      <w:r>
        <w:br/>
      </w:r>
      <w:r>
        <w:t xml:space="preserve">    (b) in a manner that is not aware of something</w:t>
      </w:r>
      <w:r>
        <w:br/>
      </w:r>
      <w:r>
        <w:t xml:space="preserve">    (c) in a manner that is not successful or good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2026-07-31T15:16:36Z</dcterms:created>
  <dcterms:modified xsi:type="dcterms:W3CDTF">2026-07-31T15:16:36Z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