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c76185221f7cdfe8156015c9ef4a6d48ef64a7"/>
    <w:p>
      <w:pPr>
        <w:pStyle w:val="Heading1"/>
      </w:pPr>
      <w:r>
        <w:rPr>
          <w:b/>
          <w:bCs/>
        </w:rPr>
        <w:t xml:space="preserve">The Two Gentlemen of Verona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send away</w:t>
      </w:r>
      <w:r>
        <w:br/>
      </w:r>
      <w:r>
        <w:t xml:space="preserve">    (b) collect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shows</w:t>
      </w:r>
      <w:r>
        <w:br/>
      </w:r>
      <w:r>
        <w:t xml:space="preserve">    (b) gives</w:t>
      </w:r>
      <w:r>
        <w:br/>
      </w:r>
      <w:r>
        <w:t xml:space="preserve">    (c) recommends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her friends who run up credit card debt unnecessarily.</w:t>
      </w:r>
      <w:r>
        <w:br/>
      </w:r>
      <w:r>
        <w:t xml:space="preserve">    (a) celebrates with</w:t>
      </w:r>
      <w:r>
        <w:br/>
      </w:r>
      <w:r>
        <w:t xml:space="preserve">    (b) avoids</w:t>
      </w:r>
      <w:r>
        <w:br/>
      </w:r>
      <w:r>
        <w:t xml:space="preserve">    (c) criticizes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her dedication.</w:t>
      </w:r>
      <w:r>
        <w:br/>
      </w:r>
      <w:r>
        <w:t xml:space="preserve">    (a) miss</w:t>
      </w:r>
      <w:r>
        <w:br/>
      </w:r>
      <w:r>
        <w:t xml:space="preserve">    (b) envy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conferred</w:t>
      </w:r>
      <w:r>
        <w:rPr>
          <w:b/>
          <w:bCs/>
        </w:rPr>
        <w:t xml:space="preserve"> </w:t>
      </w:r>
      <w:r>
        <w:rPr>
          <w:b/>
          <w:bCs/>
        </w:rPr>
        <w:t xml:space="preserve">about a plan of action.</w:t>
      </w:r>
      <w:r>
        <w:br/>
      </w:r>
      <w:r>
        <w:t xml:space="preserve">    (a) worried</w:t>
      </w:r>
      <w:r>
        <w:br/>
      </w:r>
      <w:r>
        <w:t xml:space="preserve">    (b) asked</w:t>
      </w:r>
      <w:r>
        <w:br/>
      </w:r>
      <w:r>
        <w:t xml:space="preserve">    (c) talked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strong and cruel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humility</w:t>
      </w:r>
      <w:r>
        <w:br/>
      </w:r>
      <w:r>
        <w:t xml:space="preserve">    (b) intense anger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from birth</w:t>
      </w:r>
      <w:r>
        <w:br/>
      </w:r>
      <w:r>
        <w:t xml:space="preserve">    (b) perfect or wonderful</w:t>
      </w:r>
      <w:r>
        <w:br/>
      </w:r>
      <w:r>
        <w:t xml:space="preserve">    (c) coming from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threatened</w:t>
      </w:r>
      <w:r>
        <w:br/>
      </w:r>
      <w:r>
        <w:t xml:space="preserve">    (c) bribed (with gifts)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make public</w:t>
      </w:r>
      <w:r>
        <w:br/>
      </w:r>
      <w:r>
        <w:t xml:space="preserve">    (b) stop (taking)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long-standing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grievance</w:t>
      </w:r>
      <w:r>
        <w:rPr>
          <w:b/>
          <w:bCs/>
        </w:rPr>
        <w:t xml:space="preserve">.</w:t>
      </w:r>
      <w:r>
        <w:br/>
      </w:r>
      <w:r>
        <w:t xml:space="preserve">    (a) complaint</w:t>
      </w:r>
      <w:r>
        <w:br/>
      </w:r>
      <w:r>
        <w:t xml:space="preserve">    (b) agreement</w:t>
      </w:r>
      <w:r>
        <w:br/>
      </w:r>
      <w:r>
        <w:t xml:space="preserve">    (c) connection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improved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 </w:t>
      </w:r>
      <w:r>
        <w:rPr>
          <w:b/>
          <w:bCs/>
        </w:rPr>
        <w:t xml:space="preserve">for lying, she apologized and spent the afternoon helping her sister.</w:t>
      </w:r>
      <w:r>
        <w:br/>
      </w:r>
      <w:r>
        <w:t xml:space="preserve">    (a) way of blaming others</w:t>
      </w:r>
      <w:r>
        <w:br/>
      </w:r>
      <w:r>
        <w:t xml:space="preserve">    (b) act of making amends</w:t>
      </w:r>
      <w:r>
        <w:br/>
      </w:r>
      <w:r>
        <w:t xml:space="preserve">    (c) plan for gaining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physically touch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signed a written declaration under penalty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perjury</w:t>
      </w:r>
      <w:r>
        <w:rPr>
          <w:b/>
          <w:bCs/>
        </w:rPr>
        <w:t xml:space="preserve">.</w:t>
      </w:r>
      <w:r>
        <w:br/>
      </w:r>
      <w:r>
        <w:t xml:space="preserve">    (a) the criminal offense of disrespecting the court</w:t>
      </w:r>
      <w:r>
        <w:br/>
      </w:r>
      <w:r>
        <w:t xml:space="preserve">    (b) the criminal offense of ignoring a subpoena</w:t>
      </w:r>
      <w:r>
        <w:br/>
      </w:r>
      <w:r>
        <w:t xml:space="preserve">    (c) the criminal offense of lying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extremely hard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Moving Finger writes; and, having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</w:t>
      </w:r>
      <w:r>
        <w:rPr>
          <w:b/>
          <w:bCs/>
        </w:rPr>
        <w:t xml:space="preserve">, moves on:</w:t>
      </w:r>
      <w:r>
        <w:br/>
      </w:r>
      <w:r>
        <w:t xml:space="preserve">    (a) changed</w:t>
      </w:r>
      <w:r>
        <w:br/>
      </w:r>
      <w:r>
        <w:t xml:space="preserve">    (b) moved</w:t>
      </w:r>
      <w:r>
        <w:br/>
      </w:r>
      <w:r>
        <w:t xml:space="preserve">    (c) written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2026-07-31T14:32:10Z</dcterms:created>
  <dcterms:modified xsi:type="dcterms:W3CDTF">2026-07-31T14:32:10Z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