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ddf45202cb9338a4db750c8d421c18ab88aca1"/>
    <w:p>
      <w:pPr>
        <w:pStyle w:val="Heading1"/>
      </w:pPr>
      <w:r>
        <w:rPr>
          <w:b/>
          <w:bCs/>
        </w:rPr>
        <w:t xml:space="preserve">The Two Gentlemen of Verona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dark clouds rolled in on the morning of the picnic, she took it as a bad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augury</w:t>
      </w:r>
      <w:r>
        <w:rPr>
          <w:b/>
          <w:bCs/>
        </w:rPr>
        <w:t xml:space="preserve"> </w:t>
      </w:r>
      <w:r>
        <w:rPr>
          <w:b/>
          <w:bCs/>
        </w:rPr>
        <w:t xml:space="preserve">for how the day would go.</w:t>
      </w:r>
      <w:r>
        <w:br/>
      </w:r>
      <w:r>
        <w:t xml:space="preserve">    (a) something that is different than others of its type (synonyms could include: adaptation, version, alternate form)</w:t>
      </w:r>
      <w:r>
        <w:br/>
      </w:r>
      <w:r>
        <w:t xml:space="preserve">    (b) omen or sign</w:t>
      </w:r>
      <w:r>
        <w:br/>
      </w:r>
      <w:r>
        <w:t xml:space="preserve">    (c) related to a theory that views history as class struggle and argues that capitalism will be replaced by communism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criticism</w:t>
      </w:r>
      <w:r>
        <w:br/>
      </w:r>
      <w:r>
        <w:t xml:space="preserve">    (b) anger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chameleon</w:t>
      </w:r>
      <w:r>
        <w:rPr>
          <w:b/>
          <w:bCs/>
        </w:rPr>
        <w:t xml:space="preserve">, changing her positions on issues depending on the audience.</w:t>
      </w:r>
      <w:r>
        <w:br/>
      </w:r>
      <w:r>
        <w:t xml:space="preserve">    (a) someone who is calculating</w:t>
      </w:r>
      <w:r>
        <w:br/>
      </w:r>
      <w:r>
        <w:t xml:space="preserve">    (b) someone who changes opinions</w:t>
      </w:r>
      <w:r>
        <w:br/>
      </w:r>
      <w:r>
        <w:t xml:space="preserve">    (c) someone who is a true believer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Juries can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to mean something it does not.</w:t>
      </w:r>
      <w:r>
        <w:br/>
      </w:r>
      <w:r>
        <w:t xml:space="preserve">    (a) destroy</w:t>
      </w:r>
      <w:r>
        <w:br/>
      </w:r>
      <w:r>
        <w:t xml:space="preserve">    (b) interpret</w:t>
      </w:r>
      <w:r>
        <w:br/>
      </w:r>
      <w:r>
        <w:t xml:space="preserve">    (c)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preceded</w:t>
      </w:r>
      <w:r>
        <w:br/>
      </w:r>
      <w:r>
        <w:t xml:space="preserve">    (b) followed</w:t>
      </w:r>
      <w:r>
        <w:br/>
      </w:r>
      <w:r>
        <w:t xml:space="preserve">    (c) filled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brace I have to wear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hindering</w:t>
      </w:r>
      <w:r>
        <w:rPr>
          <w:b/>
          <w:bCs/>
        </w:rPr>
        <w:t xml:space="preserve"> </w:t>
      </w:r>
      <w:r>
        <w:rPr>
          <w:b/>
          <w:bCs/>
        </w:rPr>
        <w:t xml:space="preserve">my movements</w:t>
      </w:r>
      <w:r>
        <w:br/>
      </w:r>
      <w:r>
        <w:t xml:space="preserve">    (a) making difficult</w:t>
      </w:r>
      <w:r>
        <w:br/>
      </w:r>
      <w:r>
        <w:t xml:space="preserve">    (b) helping or assisting</w:t>
      </w:r>
      <w:r>
        <w:br/>
      </w:r>
      <w:r>
        <w:t xml:space="preserve">    (c) drawing attention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prophet warned the villagers against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idolatry</w:t>
      </w:r>
      <w:r>
        <w:rPr>
          <w:b/>
          <w:bCs/>
        </w:rPr>
        <w:t xml:space="preserve"> </w:t>
      </w:r>
      <w:r>
        <w:rPr>
          <w:b/>
          <w:bCs/>
        </w:rPr>
        <w:t xml:space="preserve">and worship of false gods.</w:t>
      </w:r>
      <w:r>
        <w:br/>
      </w:r>
      <w:r>
        <w:t xml:space="preserve">    (a) doubt about religion</w:t>
      </w:r>
      <w:r>
        <w:br/>
      </w:r>
      <w:r>
        <w:t xml:space="preserve">    (b) rejection of all beliefs</w:t>
      </w:r>
      <w:r>
        <w:br/>
      </w:r>
      <w:r>
        <w:t xml:space="preserve">    (c) worship of physical idols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you to help them.</w:t>
      </w:r>
      <w:r>
        <w:br/>
      </w:r>
      <w:r>
        <w:t xml:space="preserve">    (a) to cause something to move forward</w:t>
      </w:r>
      <w:r>
        <w:br/>
      </w:r>
      <w:r>
        <w:t xml:space="preserve">    (b) make different; or show difference</w:t>
      </w:r>
      <w:r>
        <w:br/>
      </w:r>
      <w:r>
        <w:t xml:space="preserve">    (c) beg or urge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date which will live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infamy</w:t>
      </w:r>
      <w:r>
        <w:br/>
      </w:r>
      <w:r>
        <w:t xml:space="preserve">    (a) fame for something exciting</w:t>
      </w:r>
      <w:r>
        <w:br/>
      </w:r>
      <w:r>
        <w:t xml:space="preserve">    (b) fame for something good</w:t>
      </w:r>
      <w:r>
        <w:br/>
      </w:r>
      <w:r>
        <w:t xml:space="preserve">    (c) fame for something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leviathan</w:t>
      </w:r>
      <w:r>
        <w:rPr>
          <w:b/>
          <w:bCs/>
        </w:rPr>
        <w:t xml:space="preserve"> </w:t>
      </w:r>
      <w:r>
        <w:rPr>
          <w:b/>
          <w:bCs/>
        </w:rPr>
        <w:t xml:space="preserve">among aircraft carriers.</w:t>
      </w:r>
      <w:r>
        <w:br/>
      </w:r>
      <w:r>
        <w:t xml:space="preserve">    (a) good example</w:t>
      </w:r>
      <w:r>
        <w:br/>
      </w:r>
      <w:r>
        <w:t xml:space="preserve">    (b) bad example</w:t>
      </w:r>
      <w:r>
        <w:br/>
      </w:r>
      <w:r>
        <w:t xml:space="preserve">    (c) giant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considered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</w:t>
      </w:r>
      <w:r>
        <w:rPr>
          <w:b/>
          <w:bCs/>
        </w:rPr>
        <w:t xml:space="preserve"> </w:t>
      </w:r>
      <w:r>
        <w:rPr>
          <w:b/>
          <w:bCs/>
        </w:rPr>
        <w:t xml:space="preserve">of patience by all her coworkers.</w:t>
      </w:r>
      <w:r>
        <w:br/>
      </w:r>
      <w:r>
        <w:t xml:space="preserve">    (a) an average sample</w:t>
      </w:r>
      <w:r>
        <w:br/>
      </w:r>
      <w:r>
        <w:t xml:space="preserve">    (b) a perfect example</w:t>
      </w:r>
      <w:r>
        <w:br/>
      </w:r>
      <w:r>
        <w:t xml:space="preserve">    (c) a clear failure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easily annoyed</w:t>
      </w:r>
      <w:r>
        <w:br/>
      </w:r>
      <w:r>
        <w:t xml:space="preserve">    (b) very tired</w:t>
      </w:r>
      <w:r>
        <w:br/>
      </w:r>
      <w:r>
        <w:t xml:space="preserve">    (c) very demanding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confused about the rules</w:t>
      </w:r>
      <w:r>
        <w:br/>
      </w:r>
      <w:r>
        <w:t xml:space="preserve">    (b) proud of one's actions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allowing contradiction or refusal</w:t>
      </w:r>
      <w:r>
        <w:br/>
      </w:r>
      <w:r>
        <w:t xml:space="preserve">    (b) more rushed than usual</w:t>
      </w:r>
      <w:r>
        <w:br/>
      </w:r>
      <w:r>
        <w:t xml:space="preserve">    (c) not in line with her usual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i/>
          <w:iCs/>
        </w:rPr>
        <w:t xml:space="preserve">Romeo and Juliet</w:t>
      </w:r>
      <w:r>
        <w:rPr>
          <w:b/>
          <w:bCs/>
        </w:rPr>
        <w:t xml:space="preserve"> </w:t>
      </w:r>
      <w:r>
        <w:rPr>
          <w:b/>
          <w:bCs/>
        </w:rPr>
        <w:t xml:space="preserve">opens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sonnet</w:t>
      </w:r>
      <w:r>
        <w:rPr>
          <w:b/>
          <w:bCs/>
        </w:rPr>
        <w:t xml:space="preserve">.</w:t>
      </w:r>
      <w:r>
        <w:br/>
      </w:r>
      <w:r>
        <w:t xml:space="preserve">    (a) narrator introduction</w:t>
      </w:r>
      <w:r>
        <w:br/>
      </w:r>
      <w:r>
        <w:t xml:space="preserve">    (b) poem of a particular form</w:t>
      </w:r>
      <w:r>
        <w:br/>
      </w:r>
      <w:r>
        <w:t xml:space="preserve">    (c) moralizing song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spurned</w:t>
      </w:r>
      <w:r>
        <w:rPr>
          <w:b/>
          <w:bCs/>
        </w:rPr>
        <w:t xml:space="preserve"> </w:t>
      </w:r>
      <w:r>
        <w:rPr>
          <w:b/>
          <w:bCs/>
        </w:rPr>
        <w:t xml:space="preserve">both major parties in the last election.</w:t>
      </w:r>
      <w:r>
        <w:br/>
      </w:r>
      <w:r>
        <w:t xml:space="preserve">    (a) rejected</w:t>
      </w:r>
      <w:r>
        <w:br/>
      </w:r>
      <w:r>
        <w:t xml:space="preserve">    (b) founded</w:t>
      </w:r>
      <w:r>
        <w:br/>
      </w:r>
      <w:r>
        <w:t xml:space="preserve">    (c) joined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surfeit</w:t>
      </w:r>
      <w:r>
        <w:rPr>
          <w:b/>
          <w:bCs/>
        </w:rPr>
        <w:t xml:space="preserve"> </w:t>
      </w:r>
      <w:r>
        <w:rPr>
          <w:b/>
          <w:bCs/>
        </w:rPr>
        <w:t xml:space="preserve">of beer, but not enough food.</w:t>
      </w:r>
      <w:r>
        <w:br/>
      </w:r>
      <w:r>
        <w:t xml:space="preserve">    (a) excessive amount</w:t>
      </w:r>
      <w:r>
        <w:br/>
      </w:r>
      <w:r>
        <w:t xml:space="preserve">    (b) variety</w:t>
      </w:r>
      <w:r>
        <w:br/>
      </w:r>
      <w:r>
        <w:t xml:space="preserve">    (c) shortage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European Parliament refuses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trifled with</w:t>
      </w:r>
      <w:r>
        <w:rPr>
          <w:b/>
          <w:bCs/>
        </w:rPr>
        <w:t xml:space="preserve">.</w:t>
      </w:r>
      <w:r>
        <w:br/>
      </w:r>
      <w:r>
        <w:t xml:space="preserve">    (a) treated without respect</w:t>
      </w:r>
      <w:r>
        <w:br/>
      </w:r>
      <w:r>
        <w:t xml:space="preserve">    (b) negotiated with</w:t>
      </w:r>
      <w:r>
        <w:br/>
      </w:r>
      <w:r>
        <w:t xml:space="preserve">    (c) argued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suffers the despair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unrequited</w:t>
      </w:r>
      <w:r>
        <w:rPr>
          <w:b/>
          <w:bCs/>
        </w:rPr>
        <w:t xml:space="preserve"> </w:t>
      </w:r>
      <w:r>
        <w:rPr>
          <w:b/>
          <w:bCs/>
        </w:rPr>
        <w:t xml:space="preserve">love.</w:t>
      </w:r>
      <w:r>
        <w:br/>
      </w:r>
      <w:r>
        <w:t xml:space="preserve">    (a) beyond normal limits</w:t>
      </w:r>
      <w:r>
        <w:br/>
      </w:r>
      <w:r>
        <w:t xml:space="preserve">    (b) loss (through death)</w:t>
      </w:r>
      <w:r>
        <w:br/>
      </w:r>
      <w:r>
        <w:t xml:space="preserve">    (c) unreturned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vanquish</w:t>
      </w:r>
      <w:r>
        <w:rPr>
          <w:b/>
          <w:bCs/>
        </w:rPr>
        <w:t xml:space="preserve"> </w:t>
      </w:r>
      <w:r>
        <w:rPr>
          <w:b/>
          <w:bCs/>
        </w:rPr>
        <w:t xml:space="preserve">those negative thoughts and think about good things.</w:t>
      </w:r>
      <w:r>
        <w:br/>
      </w:r>
      <w:r>
        <w:t xml:space="preserve">    (a) completely defeat</w:t>
      </w:r>
      <w:r>
        <w:br/>
      </w:r>
      <w:r>
        <w:t xml:space="preserve">    (b) gently ease</w:t>
      </w:r>
      <w:r>
        <w:br/>
      </w:r>
      <w:r>
        <w:t xml:space="preserve">    (c) gently persuade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2026-07-31T14:32:11Z</dcterms:created>
  <dcterms:modified xsi:type="dcterms:W3CDTF">2026-07-31T14:32:11Z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