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8ac442b58c985506b9f2e8a786d24bf20e9be4"/>
    <w:p>
      <w:pPr>
        <w:pStyle w:val="Heading1"/>
      </w:pPr>
      <w:r>
        <w:rPr>
          <w:b/>
          <w:bCs/>
        </w:rPr>
        <w:t xml:space="preserve">The Two Gentlemen of Verona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Sweet Valentine,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!</w:t>
      </w:r>
      <w:r>
        <w:br/>
      </w:r>
      <w:r>
        <w:t xml:space="preserve">    (a) greetings</w:t>
      </w:r>
      <w:r>
        <w:br/>
      </w:r>
      <w:r>
        <w:t xml:space="preserve">    (b) hello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Think on thy Proteus, when thou haply seest Some rare noteworthy object in thy travel: Wish me partaker in thy happiness When thou dost meet good hap; and in thy danger, If ever danger do environ thee, Commend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</w:t>
      </w:r>
      <w:r>
        <w:rPr>
          <w:b/>
          <w:bCs/>
        </w:rPr>
        <w:t xml:space="preserve"> </w:t>
      </w:r>
      <w:r>
        <w:rPr>
          <w:b/>
          <w:bCs/>
        </w:rPr>
        <w:t xml:space="preserve">to my holy prayers, For I will be thy headsman, Valentine.</w:t>
      </w:r>
      <w:r>
        <w:br/>
      </w:r>
      <w:r>
        <w:t xml:space="preserve">    (a) hard work</w:t>
      </w:r>
      <w:r>
        <w:br/>
      </w:r>
      <w:r>
        <w:t xml:space="preserve">    (b) main road</w:t>
      </w:r>
      <w:r>
        <w:br/>
      </w:r>
      <w:r>
        <w:t xml:space="preserve">    (c) complaint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penance</w:t>
      </w:r>
      <w:r>
        <w:rPr>
          <w:b/>
          <w:bCs/>
        </w:rPr>
        <w:t xml:space="preserve"> </w:t>
      </w:r>
      <w:r>
        <w:rPr>
          <w:b/>
          <w:bCs/>
        </w:rPr>
        <w:t xml:space="preserve">is, to call Lucetta back And ask remission for my folly past.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an act that shows sorrow for wrongdoing -- such as expressing regret, asking for forgiveness, or trying to make up for the harm done</w:t>
      </w:r>
      <w:r>
        <w:br/>
      </w:r>
      <w:r>
        <w:t xml:space="preserve">    (c) to expression feelings or thoughts enthusiastically  OR  to squirt or give off (typically under pressure such as blood or leaking gas)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in revenge of thy ingratitude, I throw thy name against the bruising stones, Trampling contemptuously on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.</w:t>
      </w:r>
      <w:r>
        <w:br/>
      </w:r>
      <w:r>
        <w:t xml:space="preserve">    (a) influence opinion</w:t>
      </w:r>
      <w:r>
        <w:br/>
      </w:r>
      <w:r>
        <w:t xml:space="preserve">    (b) a lack of respect</w:t>
      </w:r>
      <w:r>
        <w:br/>
      </w:r>
      <w:r>
        <w:t xml:space="preserve">    (c) differ;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she hath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</w:t>
      </w:r>
      <w:r>
        <w:rPr>
          <w:b/>
          <w:bCs/>
        </w:rPr>
        <w:t xml:space="preserve"> </w:t>
      </w:r>
      <w:r>
        <w:rPr>
          <w:b/>
          <w:bCs/>
        </w:rPr>
        <w:t xml:space="preserve">to me?</w:t>
      </w:r>
      <w:r>
        <w:br/>
      </w:r>
      <w:r>
        <w:t xml:space="preserve">    (a) written</w:t>
      </w:r>
      <w:r>
        <w:br/>
      </w:r>
      <w:r>
        <w:t xml:space="preserve">    (b) start (a fire)</w:t>
      </w:r>
      <w:r>
        <w:br/>
      </w:r>
      <w:r>
        <w:t xml:space="preserve">    (c) a type of fish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wrong my friend, I shall be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forsworn</w:t>
      </w:r>
      <w:r>
        <w:br/>
      </w:r>
      <w:r>
        <w:t xml:space="preserve">    (a) the profession of assisting women in childbirth without being a doctor</w:t>
      </w:r>
      <w:r>
        <w:br/>
      </w:r>
      <w:r>
        <w:t xml:space="preserve">    (b) constraining in some way -- such as tying up, requiring, or obligating</w:t>
      </w:r>
      <w:r>
        <w:br/>
      </w:r>
      <w:r>
        <w:t xml:space="preserve">    (c) renounced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provokes me to this threefold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: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lie (or make false statement under oath)</w:t>
      </w:r>
      <w:r>
        <w:br/>
      </w:r>
      <w:r>
        <w:t xml:space="preserve">    (c) something suggested indirectly; or something that can be concluded; or a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perfection</w:t>
      </w:r>
      <w:r>
        <w:br/>
      </w:r>
      <w:r>
        <w:t xml:space="preserve">    (a) the quality of being sensible and careful</w:t>
      </w:r>
      <w:r>
        <w:br/>
      </w:r>
      <w:r>
        <w:t xml:space="preserve">    (b) wonderful (or god-like)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fear me he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be pleas'd withal.</w:t>
      </w:r>
      <w:r>
        <w:br/>
      </w:r>
      <w:r>
        <w:t xml:space="preserve">    (a) a state similar to sleep where one is unaware of anything</w:t>
      </w:r>
      <w:r>
        <w:br/>
      </w:r>
      <w:r>
        <w:t xml:space="preserve">    (b) in short supply  OR  barely or hardly (by a small margin)</w:t>
      </w:r>
      <w:r>
        <w:br/>
      </w:r>
      <w:r>
        <w:t xml:space="preserve">    (c) the state of not being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some secrets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confer</w:t>
      </w:r>
      <w:r>
        <w:rPr>
          <w:b/>
          <w:bCs/>
        </w:rPr>
        <w:t xml:space="preserve"> </w:t>
      </w:r>
      <w:r>
        <w:rPr>
          <w:b/>
          <w:bCs/>
        </w:rPr>
        <w:t xml:space="preserve">about.</w:t>
      </w:r>
      <w:r>
        <w:br/>
      </w:r>
      <w:r>
        <w:t xml:space="preserve">    (a) talk</w:t>
      </w:r>
      <w:r>
        <w:br/>
      </w:r>
      <w:r>
        <w:t xml:space="preserve">    (b) prepare food in a way that keeps it from spoiling</w:t>
      </w:r>
      <w:r>
        <w:br/>
      </w:r>
      <w:r>
        <w:t xml:space="preserve">    (c) treat as a particular type that is considered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good my lord, do it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cunningly</w:t>
      </w:r>
      <w:r>
        <w:rPr>
          <w:b/>
          <w:bCs/>
        </w:rPr>
        <w:t xml:space="preserve"> </w:t>
      </w:r>
      <w:r>
        <w:rPr>
          <w:b/>
          <w:bCs/>
        </w:rPr>
        <w:t xml:space="preserve">That my discovery be not aimed at; For love of you, not hate unto my friend, Hath made me publisher of this pretence.</w:t>
      </w:r>
      <w:r>
        <w:br/>
      </w:r>
      <w:r>
        <w:t xml:space="preserve">    (a) in a manner that impacts the natural world (life, air, water, land...)</w:t>
      </w:r>
      <w:r>
        <w:br/>
      </w:r>
      <w:r>
        <w:t xml:space="preserve">    (b) aka analytically -- in a manner that relates to a theory of psychiatry</w:t>
      </w:r>
      <w:r>
        <w:br/>
      </w:r>
      <w:r>
        <w:t xml:space="preserve">    (c) in a manner that is clever and typically that includes tricking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did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a present that I sent her.</w:t>
      </w:r>
      <w:r>
        <w:br/>
      </w:r>
      <w:r>
        <w:t xml:space="preserve">    (a) not answer questions; or block progress</w:t>
      </w:r>
      <w:r>
        <w:br/>
      </w:r>
      <w:r>
        <w:t xml:space="preserve">    (b) move from more general to more specific</w:t>
      </w:r>
      <w:r>
        <w:br/>
      </w:r>
      <w:r>
        <w:t xml:space="preserve">    (c) reject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Flatter and praise,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commend</w:t>
      </w:r>
      <w:r>
        <w:rPr>
          <w:b/>
          <w:bCs/>
        </w:rPr>
        <w:t xml:space="preserve">, extol their graces;</w:t>
      </w:r>
      <w:r>
        <w:br/>
      </w:r>
      <w:r>
        <w:t xml:space="preserve">    (a) gain advantage from</w:t>
      </w:r>
      <w:r>
        <w:br/>
      </w:r>
      <w:r>
        <w:t xml:space="preserve">    (b) publicly express a favorable opinion</w:t>
      </w:r>
      <w:r>
        <w:br/>
      </w:r>
      <w:r>
        <w:t xml:space="preserve">    (c) influence or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Thank me for this more than for all the favours Which, all too much, I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bestow'd</w:t>
      </w:r>
      <w:r>
        <w:rPr>
          <w:b/>
          <w:bCs/>
        </w:rPr>
        <w:t xml:space="preserve"> </w:t>
      </w:r>
      <w:r>
        <w:rPr>
          <w:b/>
          <w:bCs/>
        </w:rPr>
        <w:t xml:space="preserve">on thee.</w:t>
      </w:r>
      <w:r>
        <w:br/>
      </w:r>
      <w:r>
        <w:t xml:space="preserve">    (a) to give -- typically to present as an honor or give as a gift</w:t>
      </w:r>
      <w:r>
        <w:br/>
      </w:r>
      <w:r>
        <w:t xml:space="preserve">    (b) provided investment funds for something -- such as a business</w:t>
      </w:r>
      <w:r>
        <w:br/>
      </w:r>
      <w:r>
        <w:t xml:space="preserve">    (c) wanting to do something; or made someone want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Cease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that thou canst not help,</w:t>
      </w:r>
      <w:r>
        <w:br/>
      </w:r>
      <w:r>
        <w:t xml:space="preserve">    (a) make or cause to become</w:t>
      </w:r>
      <w:r>
        <w:br/>
      </w:r>
      <w:r>
        <w:t xml:space="preserve">    (b) gradually add or remove</w:t>
      </w:r>
      <w:r>
        <w:br/>
      </w:r>
      <w:r>
        <w:t xml:space="preserve">    (c) express grief or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were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banish'd</w:t>
      </w:r>
      <w:r>
        <w:rPr>
          <w:b/>
          <w:bCs/>
        </w:rPr>
        <w:t xml:space="preserve"> </w:t>
      </w:r>
      <w:r>
        <w:rPr>
          <w:b/>
          <w:bCs/>
        </w:rPr>
        <w:t xml:space="preserve">for so small a fault?</w:t>
      </w:r>
      <w:r>
        <w:br/>
      </w:r>
      <w:r>
        <w:t xml:space="preserve">    (a) was abundant or plentiful</w:t>
      </w:r>
      <w:r>
        <w:br/>
      </w:r>
      <w:r>
        <w:t xml:space="preserve">    (b) thought -- possibly aloud</w:t>
      </w:r>
      <w:r>
        <w:br/>
      </w:r>
      <w:r>
        <w:t xml:space="preserve">    (c) expelled (forced to leave) from a country or community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you delight not in music.</w:t>
      </w:r>
      <w:r>
        <w:br/>
      </w:r>
      <w:r>
        <w:t xml:space="preserve">    (a) think carefully</w:t>
      </w:r>
      <w:r>
        <w:br/>
      </w:r>
      <w:r>
        <w:t xml:space="preserve">    (b) strongly desire</w:t>
      </w:r>
      <w:r>
        <w:br/>
      </w:r>
      <w:r>
        <w:t xml:space="preserve">    (c) see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so far from granting thy request</w:t>
      </w:r>
      <w:r>
        <w:br/>
      </w:r>
      <w:r>
        <w:rPr>
          <w:b/>
          <w:bCs/>
        </w:rPr>
        <w:t xml:space="preserve">That I despise thee for thy wrongful suit, And by and by intend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chide</w:t>
      </w:r>
      <w:r>
        <w:rPr>
          <w:b/>
          <w:bCs/>
        </w:rPr>
        <w:t xml:space="preserve"> </w:t>
      </w:r>
      <w:r>
        <w:rPr>
          <w:b/>
          <w:bCs/>
        </w:rPr>
        <w:t xml:space="preserve">myself</w:t>
      </w:r>
      <w:r>
        <w:br/>
      </w:r>
      <w:r>
        <w:rPr>
          <w:b/>
          <w:bCs/>
        </w:rPr>
        <w:t xml:space="preserve">Even for this time I spend in talking to thee.</w:t>
      </w:r>
      <w:r>
        <w:br/>
      </w:r>
      <w:r>
        <w:t xml:space="preserve">    (a) notable difference</w:t>
      </w:r>
      <w:r>
        <w:br/>
      </w:r>
      <w:r>
        <w:t xml:space="preserve">    (b) come to terms with</w:t>
      </w:r>
      <w:r>
        <w:br/>
      </w:r>
      <w:r>
        <w:t xml:space="preserve">    (c) to tell someone they have done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the hour that Madam Silvia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entreated</w:t>
      </w:r>
      <w:r>
        <w:rPr>
          <w:b/>
          <w:bCs/>
        </w:rPr>
        <w:t xml:space="preserve"> </w:t>
      </w:r>
      <w:r>
        <w:rPr>
          <w:b/>
          <w:bCs/>
        </w:rPr>
        <w:t xml:space="preserve">me to call and know her mind:</w:t>
      </w:r>
      <w:r>
        <w:br/>
      </w:r>
      <w:r>
        <w:t xml:space="preserve">    (a) said indirectly</w:t>
      </w:r>
      <w:r>
        <w:br/>
      </w:r>
      <w:r>
        <w:t xml:space="preserve">    (b) asked</w:t>
      </w:r>
      <w:r>
        <w:br/>
      </w:r>
      <w:r>
        <w:t xml:space="preserve">    (c) became 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Love, lend me patience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awhile.</w:t>
      </w:r>
      <w:r>
        <w:br/>
      </w:r>
      <w:r>
        <w:t xml:space="preserve">    (a) refrain (hold back) from acting</w:t>
      </w:r>
      <w:r>
        <w:br/>
      </w:r>
      <w:r>
        <w:t xml:space="preserve">    (b) the ability to take on or adopt</w:t>
      </w:r>
      <w:r>
        <w:br/>
      </w:r>
      <w:r>
        <w:t xml:space="preserve">    (c) where attention is concentrated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2026-07-31T14:32:10Z</dcterms:created>
  <dcterms:modified xsi:type="dcterms:W3CDTF">2026-07-31T14:32:10Z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