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29cbc916f0944d72239a270b06386458d38126"/>
    <w:p>
      <w:pPr>
        <w:pStyle w:val="Heading1"/>
      </w:pPr>
      <w:r>
        <w:rPr>
          <w:b/>
          <w:bCs/>
        </w:rPr>
        <w:t xml:space="preserve">The Two Gentlemen of Verona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be in love, where scorn is bought with groans; Coy looks with heart-sore sighs; one fading moment's mirth With twenty watchful, weary, tedious nights: If haply won, perhaps a hapless gain; If lost, why then a grievous labour won: However, but a folly bought with wit, Or else a wit by folly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vanquished</w:t>
      </w:r>
      <w:r>
        <w:rPr>
          <w:b/>
          <w:bCs/>
        </w:rPr>
        <w:t xml:space="preserve">.</w:t>
      </w:r>
      <w:r>
        <w:br/>
      </w:r>
      <w:r>
        <w:t xml:space="preserve">    (a) nervous or confused</w:t>
      </w:r>
      <w:r>
        <w:br/>
      </w:r>
      <w:r>
        <w:t xml:space="preserve">    (b) completely defeated</w:t>
      </w:r>
      <w:r>
        <w:br/>
      </w:r>
      <w:r>
        <w:t xml:space="preserve">    (c) excessively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testify your bounty, I thank you, you have testerned me;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requital</w:t>
      </w:r>
      <w:r>
        <w:rPr>
          <w:b/>
          <w:bCs/>
        </w:rPr>
        <w:t xml:space="preserve"> </w:t>
      </w:r>
      <w:r>
        <w:rPr>
          <w:b/>
          <w:bCs/>
        </w:rPr>
        <w:t xml:space="preserve">whereof, henceforth carry your letters yourself; and so, sir, I'll commend you to my master.</w:t>
      </w:r>
      <w:r>
        <w:br/>
      </w:r>
      <w:r>
        <w:t xml:space="preserve">    (a) the act of repaying or returning -- especially an appropriate penalty</w:t>
      </w:r>
      <w:r>
        <w:br/>
      </w:r>
      <w:r>
        <w:t xml:space="preserve">    (b) someone bound to serve another without pay -- such as a slave or serf</w:t>
      </w:r>
      <w:r>
        <w:br/>
      </w:r>
      <w:r>
        <w:t xml:space="preserve">    (c) the degree to which something can change to fit a different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Pardon, dear madam; 'tis a passing shame</w:t>
      </w:r>
      <w:r>
        <w:br/>
      </w:r>
      <w:r>
        <w:rPr>
          <w:b/>
          <w:bCs/>
        </w:rPr>
        <w:t xml:space="preserve">That I, unworthy body as I am,</w:t>
      </w:r>
      <w:r>
        <w:br/>
      </w:r>
      <w:r>
        <w:rPr>
          <w:b/>
          <w:bCs/>
        </w:rPr>
        <w:t xml:space="preserve">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thus on lovely gentlemen.</w:t>
      </w:r>
      <w:r>
        <w:br/>
      </w:r>
      <w:r>
        <w:t xml:space="preserve">    (a) find, search, or research</w:t>
      </w:r>
      <w:r>
        <w:br/>
      </w:r>
      <w:r>
        <w:t xml:space="preserve">    (b) being a boundary or limit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maids, in modesty, say 'No' to that Which they would have the profferer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'Ay.'</w:t>
      </w:r>
      <w:r>
        <w:br/>
      </w:r>
      <w:r>
        <w:t xml:space="preserve">    (a) understand something to have a specific meaning</w:t>
      </w:r>
      <w:r>
        <w:br/>
      </w:r>
      <w:r>
        <w:t xml:space="preserve">    (b) mark important text; or the text that is marked</w:t>
      </w:r>
      <w:r>
        <w:br/>
      </w:r>
      <w:r>
        <w:t xml:space="preserve">    (c) give an opinion of what is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did request 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importune</w:t>
      </w:r>
      <w:r>
        <w:rPr>
          <w:b/>
          <w:bCs/>
        </w:rPr>
        <w:t xml:space="preserve"> </w:t>
      </w:r>
      <w:r>
        <w:rPr>
          <w:b/>
          <w:bCs/>
        </w:rPr>
        <w:t xml:space="preserve">you to let...</w:t>
      </w:r>
      <w:r>
        <w:br/>
      </w:r>
      <w:r>
        <w:t xml:space="preserve">    (a) to cause something to move forward</w:t>
      </w:r>
      <w:r>
        <w:br/>
      </w:r>
      <w:r>
        <w:t xml:space="preserve">    (b) make different; or show difference</w:t>
      </w:r>
      <w:r>
        <w:br/>
      </w:r>
      <w:r>
        <w:t xml:space="preserve">    (c) beg persistently and urgently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To-morrow be in readiness to go: Excuse it not, for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.</w:t>
      </w:r>
      <w:r>
        <w:br/>
      </w:r>
      <w:r>
        <w:t xml:space="preserve">    (a) not bouncing back light/heat/sound...</w:t>
      </w:r>
      <w:r>
        <w:br/>
      </w:r>
      <w:r>
        <w:t xml:space="preserve">    (b) able to be restored to good condition</w:t>
      </w:r>
      <w:r>
        <w:br/>
      </w:r>
      <w:r>
        <w:t xml:space="preserve">    (c) not allowing contradiction or refusal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Ay, but hearken, sir; though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chameleon</w:t>
      </w:r>
      <w:r>
        <w:rPr>
          <w:b/>
          <w:bCs/>
        </w:rPr>
        <w:t xml:space="preserve"> </w:t>
      </w:r>
      <w:r>
        <w:rPr>
          <w:b/>
          <w:bCs/>
        </w:rPr>
        <w:t xml:space="preserve">Love can feed on the air, I am one that am nourished by my victuals, and would fain have meat.</w:t>
      </w:r>
      <w:r>
        <w:br/>
      </w:r>
      <w:r>
        <w:t xml:space="preserve">    (a) the act of forcing into an undesired activity or situation -- such as legally sentencing someone to punishment  OR  the act of finding guilty -- especially in court</w:t>
      </w:r>
      <w:r>
        <w:br/>
      </w:r>
      <w:r>
        <w:t xml:space="preserve">    (b) a workplace where people do scientific or medical research, or produce drugs or chemicals (also used figuratively)  OR  (as an adjective) related to such a place</w:t>
      </w:r>
      <w:r>
        <w:br/>
      </w:r>
      <w:r>
        <w:t xml:space="preserve">    (c) a person who changes opinions, behavior, or appearance depending upon the circumstances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kind of lizard that changes its colors to match the colors around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No; but she is an earthly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paragon</w:t>
      </w:r>
      <w:r>
        <w:rPr>
          <w:b/>
          <w:bCs/>
        </w:rPr>
        <w:t xml:space="preserve">.</w:t>
      </w:r>
      <w:r>
        <w:br/>
      </w:r>
      <w:r>
        <w:t xml:space="preserve">    (a) stop interacting; or stop having interest</w:t>
      </w:r>
      <w:r>
        <w:br/>
      </w:r>
      <w:r>
        <w:t xml:space="preserve">    (b) treating thoughtlessly or without respect</w:t>
      </w:r>
      <w:r>
        <w:br/>
      </w:r>
      <w:r>
        <w:t xml:space="preserve">    (c) an ideal instance; or model of excellence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let me go,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not my course.</w:t>
      </w:r>
      <w:r>
        <w:br/>
      </w:r>
      <w:r>
        <w:t xml:space="preserve">    (a) to cause something to move forward</w:t>
      </w:r>
      <w:r>
        <w:br/>
      </w:r>
      <w:r>
        <w:t xml:space="preserve">    (b) make different; or show difference</w:t>
      </w:r>
      <w:r>
        <w:br/>
      </w:r>
      <w:r>
        <w:t xml:space="preserve">    (c) slowed down or caused problems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never dream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rPr>
          <w:b/>
          <w:bCs/>
        </w:rPr>
        <w:t xml:space="preserve">, but go.</w:t>
      </w:r>
      <w:r>
        <w:br/>
      </w:r>
      <w:r>
        <w:t xml:space="preserve">    (a) famous for something that is bad; or an extremely bad event</w:t>
      </w:r>
      <w:r>
        <w:br/>
      </w:r>
      <w:r>
        <w:t xml:space="preserve">    (b) the process or result of learning, discovering, or deciding</w:t>
      </w:r>
      <w:r>
        <w:br/>
      </w:r>
      <w:r>
        <w:t xml:space="preserve">    (c) person, organization, or anything with a separate existence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O, I have fed upon this woe already, And now excess of it will make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surfeit</w:t>
      </w:r>
      <w:r>
        <w:rPr>
          <w:b/>
          <w:bCs/>
        </w:rPr>
        <w:t xml:space="preserve">.</w:t>
      </w:r>
      <w:r>
        <w:br/>
      </w:r>
      <w:r>
        <w:t xml:space="preserve">    (a) an excessive amount; or to overindulge</w:t>
      </w:r>
      <w:r>
        <w:br/>
      </w:r>
      <w:r>
        <w:t xml:space="preserve">    (b) examine in detail to better understand</w:t>
      </w:r>
      <w:r>
        <w:br/>
      </w:r>
      <w:r>
        <w:t xml:space="preserve">    (c)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you, Sir Thurio, are not sharp enough; You must lay lime to tangle her desires By wailful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sonnets</w:t>
      </w:r>
      <w:r>
        <w:rPr>
          <w:b/>
          <w:bCs/>
        </w:rPr>
        <w:t xml:space="preserve">, whose composed rhymes Should be full-fraught with serviceable vows.</w:t>
      </w:r>
      <w:r>
        <w:br/>
      </w:r>
      <w:r>
        <w:t xml:space="preserve">    (a) members of Nazi organization for children aged 10 to 18</w:t>
      </w:r>
      <w:r>
        <w:br/>
      </w:r>
      <w:r>
        <w:t xml:space="preserve">    (b) a poem consisting of 14 lines with a fixed rhyme scheme</w:t>
      </w:r>
      <w:r>
        <w:br/>
      </w:r>
      <w:r>
        <w:t xml:space="preserve">    (c) extremely dense collapsed stars made mostly of neutrons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you, Sir Thurio, are not sharp enough; You must lay lime to tangle her desires By wailful sonnets, whose composed rhymes Should be full-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serviceable vows.</w:t>
      </w:r>
      <w:r>
        <w:br/>
      </w:r>
      <w:r>
        <w:t xml:space="preserve">    (a) full of negative things; or marked by or causing distress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Write till your ink be dry, and with your tears Moist it again, and frame some feeling line That may discover such integrity: For Orpheus' lute was strung with poets' sinews, Whose golden touch could soften steel and stones, Make tigers tame, and huge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leviathans</w:t>
      </w:r>
      <w:r>
        <w:rPr>
          <w:b/>
          <w:bCs/>
        </w:rPr>
        <w:t xml:space="preserve"> </w:t>
      </w:r>
      <w:r>
        <w:rPr>
          <w:b/>
          <w:bCs/>
        </w:rPr>
        <w:t xml:space="preserve">Forsake unsounded deeps to dance on sands.</w:t>
      </w:r>
      <w:r>
        <w:br/>
      </w:r>
      <w:r>
        <w:t xml:space="preserve">    (a) the branch of physics concerned with the conversion of different forms of energy</w:t>
      </w:r>
      <w:r>
        <w:br/>
      </w:r>
      <w:r>
        <w:t xml:space="preserve">    (b) originally, a large sea monster or whale; now used for anything of enormous size</w:t>
      </w:r>
      <w:r>
        <w:br/>
      </w:r>
      <w:r>
        <w:t xml:space="preserve">    (c) surgical interruptions of nerve tracts to and from the frontal lobe of the brain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 protest true loyalty to her, She twits me with my falsehood to my friend; When to her beauty I commend my vows, She bids me think how I have been forsworn In breaking faith with Julia whom I lov'd; And notwithstanding all her sudden quips, The least whereof would quell a lover's hope, Yet, spaniel-like, the more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spurns</w:t>
      </w:r>
      <w:r>
        <w:rPr>
          <w:b/>
          <w:bCs/>
        </w:rPr>
        <w:t xml:space="preserve"> </w:t>
      </w:r>
      <w:r>
        <w:rPr>
          <w:b/>
          <w:bCs/>
        </w:rPr>
        <w:t xml:space="preserve">my love The more it grows and fawneth on her still.</w:t>
      </w:r>
      <w:r>
        <w:br/>
      </w:r>
      <w:r>
        <w:t xml:space="preserve">    (a) rejects as not good enough</w:t>
      </w:r>
      <w:r>
        <w:br/>
      </w:r>
      <w:r>
        <w:t xml:space="preserve">    (b) struggles or disagreements</w:t>
      </w:r>
      <w:r>
        <w:br/>
      </w:r>
      <w:r>
        <w:t xml:space="preserve">    (c) is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Sebastian, I have entertained thee Partly that I have need of such a youth That can with some discretion do my business, For 'tis no trusting to yond foolish lout; But chiefly for thy face and thy behaviour, Which, if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augury</w:t>
      </w:r>
      <w:r>
        <w:rPr>
          <w:b/>
          <w:bCs/>
        </w:rPr>
        <w:t xml:space="preserve"> </w:t>
      </w:r>
      <w:r>
        <w:rPr>
          <w:b/>
          <w:bCs/>
        </w:rPr>
        <w:t xml:space="preserve">deceive me not, Witness good bringing up, fortune, and truth: Therefore, know thou, for this I entertain thee.</w:t>
      </w:r>
      <w:r>
        <w:br/>
      </w:r>
      <w:r>
        <w:t xml:space="preserve">    (a) the practice of predicting the future by interpreting signs or omens, or a sign believed to show what will happen</w:t>
      </w:r>
      <w:r>
        <w:br/>
      </w:r>
      <w:r>
        <w:t xml:space="preserve">    (b) related to a theory that views history as class struggle and argues that capitalism will be replaced by communism</w:t>
      </w:r>
      <w:r>
        <w:br/>
      </w:r>
      <w:r>
        <w:t xml:space="preserve">    (c) something that is different than others of its type (synonyms could include: adaptation, version, alternate form)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Alas, how love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 with</w:t>
      </w:r>
      <w:r>
        <w:rPr>
          <w:b/>
          <w:bCs/>
        </w:rPr>
        <w:t xml:space="preserve"> </w:t>
      </w:r>
      <w:r>
        <w:rPr>
          <w:b/>
          <w:bCs/>
        </w:rPr>
        <w:t xml:space="preserve">itself!</w:t>
      </w:r>
      <w:r>
        <w:br/>
      </w:r>
      <w:r>
        <w:t xml:space="preserve">    (a) beyond the permitted boundary or limit</w:t>
      </w:r>
      <w:r>
        <w:br/>
      </w:r>
      <w:r>
        <w:t xml:space="preserve">    (b) injured muscles or tendons of the back</w:t>
      </w:r>
      <w:r>
        <w:br/>
      </w:r>
      <w:r>
        <w:t xml:space="preserve">    (c) treat thoughtlessly or without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 shalt be worshipp'd, kiss'd, lov'd, and ador'd, And, were there sense in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idolatry</w:t>
      </w:r>
      <w:r>
        <w:rPr>
          <w:b/>
          <w:bCs/>
        </w:rPr>
        <w:t xml:space="preserve">, My substance should be statue in thy stead.</w:t>
      </w:r>
      <w:r>
        <w:br/>
      </w:r>
      <w:r>
        <w:t xml:space="preserve">    (a) Greek Mythology: one of the giant-sized gods who ruled the Earth until overthrown by Zeus (also the name of Saturn's largest moon)</w:t>
      </w:r>
      <w:r>
        <w:br/>
      </w:r>
      <w:r>
        <w:t xml:space="preserve">    (b) something that indirectly shows something else -- such as an indication, demonstration, expression, or representation of something</w:t>
      </w:r>
      <w:r>
        <w:br/>
      </w:r>
      <w:r>
        <w:t xml:space="preserve">    (c) the worship of idols (physical objects representative of gods)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 admiration and devotion to something or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Why, this it is to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girl That flies her fortune when it follows her.</w:t>
      </w:r>
      <w:r>
        <w:br/>
      </w:r>
      <w:r>
        <w:t xml:space="preserve">    (a) trustworthy with secrets or subtle (not attracting attention)</w:t>
      </w:r>
      <w:r>
        <w:br/>
      </w:r>
      <w:r>
        <w:t xml:space="preserve">    (b) annoyed or easily annoyed -- especially by unimportant things</w:t>
      </w:r>
      <w:r>
        <w:br/>
      </w:r>
      <w:r>
        <w:t xml:space="preserve">    (c) related to the setting or situation in which something occurs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penitence</w:t>
      </w:r>
      <w:r>
        <w:rPr>
          <w:b/>
          <w:bCs/>
        </w:rPr>
        <w:t xml:space="preserve"> </w:t>
      </w:r>
      <w:r>
        <w:rPr>
          <w:b/>
          <w:bCs/>
        </w:rPr>
        <w:t xml:space="preserve">the Eternal's wrath's appeas'd:</w:t>
      </w:r>
      <w:r>
        <w:br/>
      </w:r>
      <w:r>
        <w:t xml:space="preserve">    (a) a government, country, or ruling family of a country ruled by a king of queen</w:t>
      </w:r>
      <w:r>
        <w:br/>
      </w:r>
      <w:r>
        <w:t xml:space="preserve">    (b) a psychologist concerned with the treatment of abnormal thinking and behavior</w:t>
      </w:r>
      <w:r>
        <w:br/>
      </w:r>
      <w:r>
        <w:t xml:space="preserve">    (c) feeling or expressing remorse for misdeeds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2026-07-31T14:32:11Z</dcterms:created>
  <dcterms:modified xsi:type="dcterms:W3CDTF">2026-07-31T14:32:11Z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