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2ebbd08e56ab0410d08819f06d45d464cd10c5e"/>
    <w:p>
      <w:pPr>
        <w:pStyle w:val="Heading1"/>
      </w:pPr>
      <w:r>
        <w:rPr>
          <w:b/>
          <w:bCs/>
        </w:rPr>
        <w:t xml:space="preserve">The Turn of the Screw</w:t>
      </w:r>
      <w:r>
        <w:br/>
      </w:r>
      <w:r>
        <w:rPr>
          <w:i/>
          <w:iCs/>
        </w:rPr>
        <w:t xml:space="preserve">Henry James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others resented postponement, but it was just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scruples</w:t>
      </w:r>
      <w:r>
        <w:rPr>
          <w:b/>
          <w:bCs/>
        </w:rPr>
        <w:t xml:space="preserve"> </w:t>
      </w:r>
      <w:r>
        <w:rPr>
          <w:b/>
          <w:bCs/>
        </w:rPr>
        <w:t xml:space="preserve">that charmed me.</w:t>
      </w:r>
      <w:r>
        <w:br/>
      </w:r>
      <w:r>
        <w:t xml:space="preserve">    (a) principles that discourage certain kinds of action</w:t>
      </w:r>
      <w:r>
        <w:br/>
      </w:r>
      <w:r>
        <w:t xml:space="preserve">    (b) moves again into position to work; or starts again</w:t>
      </w:r>
      <w:r>
        <w:br/>
      </w:r>
      <w:r>
        <w:t xml:space="preserve">    (c) prepares food in a way that keeps it from spoiling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were all listening now, and of course there was somebody to be arch, or at any rate to draw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inference</w:t>
      </w:r>
      <w:r>
        <w:rPr>
          <w:b/>
          <w:bCs/>
        </w:rPr>
        <w:t xml:space="preserve">.</w:t>
      </w:r>
      <w:r>
        <w:br/>
      </w:r>
      <w:r>
        <w:t xml:space="preserve">    (a) purpose, job, or natural activity</w:t>
      </w:r>
      <w:r>
        <w:br/>
      </w:r>
      <w:r>
        <w:t xml:space="preserve">    (b) conclusion (reached by reasoning)</w:t>
      </w:r>
      <w:r>
        <w:br/>
      </w:r>
      <w:r>
        <w:t xml:space="preserve">    (c) someone who expresses disapproval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Nonetheless</w:t>
      </w:r>
      <w:r>
        <w:rPr>
          <w:b/>
          <w:bCs/>
        </w:rPr>
        <w:t xml:space="preserve">, the rest of the day I watched for further occasion to approach my colleague, especially as, toward evening, I began to fancy she rather sought to avoid me.</w:t>
      </w:r>
      <w:r>
        <w:br/>
      </w:r>
      <w:r>
        <w:t xml:space="preserve">    (a) in spite of that (used to connect contrasting ideas)</w:t>
      </w:r>
      <w:r>
        <w:br/>
      </w:r>
      <w:r>
        <w:t xml:space="preserve">    (b) in keeping with or in agreement with what was just stated</w:t>
      </w:r>
      <w:r>
        <w:br/>
      </w:r>
      <w:r>
        <w:t xml:space="preserve">    (c) therefore (for that reason)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came to me thus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bewilderment</w:t>
      </w:r>
      <w:r>
        <w:rPr>
          <w:b/>
          <w:bCs/>
        </w:rPr>
        <w:t xml:space="preserve"> </w:t>
      </w:r>
      <w:r>
        <w:rPr>
          <w:b/>
          <w:bCs/>
        </w:rPr>
        <w:t xml:space="preserve">of vision of which, after these years, there is no living view that I can hope to give.</w:t>
      </w:r>
      <w:r>
        <w:br/>
      </w:r>
      <w:r>
        <w:t xml:space="preserve">    (a) a change; or a changed version</w:t>
      </w:r>
      <w:r>
        <w:br/>
      </w:r>
      <w:r>
        <w:t xml:space="preserve">    (b) a type of small portable radio</w:t>
      </w:r>
      <w:r>
        <w:br/>
      </w:r>
      <w:r>
        <w:t xml:space="preserve">    (c) a feeling of extreme confusion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place,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moreover</w:t>
      </w:r>
      <w:r>
        <w:rPr>
          <w:b/>
          <w:bCs/>
        </w:rPr>
        <w:t xml:space="preserve">, in the strangest way in the world, had, on the instant, and by the very fact of its appearance, become a solitude.</w:t>
      </w:r>
      <w:r>
        <w:br/>
      </w:r>
      <w:r>
        <w:t xml:space="preserve">    (a) even though -- used to connect contrasting ideas</w:t>
      </w:r>
      <w:r>
        <w:br/>
      </w:r>
      <w:r>
        <w:t xml:space="preserve">    (b) despite that (used to connect contrasting ideas)</w:t>
      </w:r>
      <w:r>
        <w:br/>
      </w:r>
      <w:r>
        <w:t xml:space="preserve">    (c) in addition to what has just been said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took little time to see that I could sound without forms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inquiry</w:t>
      </w:r>
      <w:r>
        <w:rPr>
          <w:b/>
          <w:bCs/>
        </w:rPr>
        <w:t xml:space="preserve"> </w:t>
      </w:r>
      <w:r>
        <w:rPr>
          <w:b/>
          <w:bCs/>
        </w:rPr>
        <w:t xml:space="preserve">and without exciting remark any domestic complications.</w:t>
      </w:r>
      <w:r>
        <w:br/>
      </w:r>
      <w:r>
        <w:t xml:space="preserve">    (a) questioning or investigating</w:t>
      </w:r>
      <w:r>
        <w:br/>
      </w:r>
      <w:r>
        <w:t xml:space="preserve">    (b) reason (for doing something)</w:t>
      </w:r>
      <w:r>
        <w:br/>
      </w:r>
      <w:r>
        <w:t xml:space="preserve">    (c) small quantity or indication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were like the cherubs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anecdote</w:t>
      </w:r>
      <w:r>
        <w:rPr>
          <w:b/>
          <w:bCs/>
        </w:rPr>
        <w:t xml:space="preserve">, who had—morally, at any rate—nothing to whack!</w:t>
      </w:r>
      <w:r>
        <w:br/>
      </w:r>
      <w:r>
        <w:t xml:space="preserve">    (a) a short story that is true -- often told for amusement or to make a point</w:t>
      </w:r>
      <w:r>
        <w:br/>
      </w:r>
      <w:r>
        <w:t xml:space="preserve">    (b) Hitler's fanatical and oppressive political party in World War II Germany</w:t>
      </w:r>
      <w:r>
        <w:br/>
      </w:r>
      <w:r>
        <w:t xml:space="preserve">    (c) a feeling of anger or unhappiness at having to accept something not liked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scarce</w:t>
      </w:r>
      <w:r>
        <w:rPr>
          <w:b/>
          <w:bCs/>
        </w:rPr>
        <w:t xml:space="preserve"> </w:t>
      </w:r>
      <w:r>
        <w:rPr>
          <w:b/>
          <w:bCs/>
        </w:rPr>
        <w:t xml:space="preserve">know how to put my story into words...</w:t>
      </w:r>
      <w:r>
        <w:br/>
      </w:r>
      <w:r>
        <w:t xml:space="preserve">    (a) hardly (by a small margin)</w:t>
      </w:r>
      <w:r>
        <w:br/>
      </w:r>
      <w:r>
        <w:t xml:space="preserve">    (b) the state of not being aware or concerned about something</w:t>
      </w:r>
      <w:r>
        <w:br/>
      </w:r>
      <w:r>
        <w:t xml:space="preserve">    (c) a state similar to sleep where one is unaware of anything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At the image of this possibility Mrs. Grose for a moment collapsed, yet presently to pull herself together again, as if from the positive force of the sense of what, should we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</w:t>
      </w:r>
      <w:r>
        <w:rPr>
          <w:b/>
          <w:bCs/>
        </w:rPr>
        <w:t xml:space="preserve"> </w:t>
      </w:r>
      <w:r>
        <w:rPr>
          <w:b/>
          <w:bCs/>
        </w:rPr>
        <w:t xml:space="preserve">an inch, there would really be to give way to.</w:t>
      </w:r>
      <w:r>
        <w:br/>
      </w:r>
      <w:r>
        <w:t xml:space="preserve">    (a) produce or give</w:t>
      </w:r>
      <w:r>
        <w:br/>
      </w:r>
      <w:r>
        <w:t xml:space="preserve">    (b) stop (something from happening)</w:t>
      </w:r>
      <w:r>
        <w:br/>
      </w:r>
      <w:r>
        <w:t xml:space="preserve">    (c) think deeply or carefully about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neither more nor less than the circumstance that for a period of several months Quint and the boy had been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perpetually</w:t>
      </w:r>
      <w:r>
        <w:rPr>
          <w:b/>
          <w:bCs/>
        </w:rPr>
        <w:t xml:space="preserve"> </w:t>
      </w:r>
      <w:r>
        <w:rPr>
          <w:b/>
          <w:bCs/>
        </w:rPr>
        <w:t xml:space="preserve">together.</w:t>
      </w:r>
      <w:r>
        <w:br/>
      </w:r>
      <w:r>
        <w:t xml:space="preserve">    (a) done in a manner that is of low quality or of lower quality than something else</w:t>
      </w:r>
      <w:r>
        <w:br/>
      </w:r>
      <w:r>
        <w:t xml:space="preserve">    (b) in a manner that relates to electricity generated by light or affected by light</w:t>
      </w:r>
      <w:r>
        <w:br/>
      </w:r>
      <w:r>
        <w:t xml:space="preserve">    (c) continuing forever without change; or occurring so frequently it seems constant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had had brothers myself, and it was 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revelation</w:t>
      </w:r>
      <w:r>
        <w:rPr>
          <w:b/>
          <w:bCs/>
        </w:rPr>
        <w:t xml:space="preserve"> </w:t>
      </w:r>
      <w:r>
        <w:rPr>
          <w:b/>
          <w:bCs/>
        </w:rPr>
        <w:t xml:space="preserve">to me that little girls could be slavish idolaters of little boys.</w:t>
      </w:r>
      <w:r>
        <w:br/>
      </w:r>
      <w:r>
        <w:t xml:space="preserve">    (a) of the philosophical &amp; religious system based on the teachings of Laozi (also spelled Taoist)</w:t>
      </w:r>
      <w:r>
        <w:br/>
      </w:r>
      <w:r>
        <w:t xml:space="preserve">    (b) a large, elongated gland located behind the stomach that secretes digestive enzymes and insulin</w:t>
      </w:r>
      <w:r>
        <w:br/>
      </w:r>
      <w:r>
        <w:t xml:space="preserve">    (c) something previously unknown; or making such a thing known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perceived</w:t>
      </w:r>
      <w:r>
        <w:rPr>
          <w:b/>
          <w:bCs/>
        </w:rPr>
        <w:t xml:space="preserve"> </w:t>
      </w:r>
      <w:r>
        <w:rPr>
          <w:b/>
          <w:bCs/>
        </w:rPr>
        <w:t xml:space="preserve">an agitation of the window blind,</w:t>
      </w:r>
      <w:r>
        <w:br/>
      </w:r>
      <w:r>
        <w:t xml:space="preserve">    (a) saw (became aware of)</w:t>
      </w:r>
      <w:r>
        <w:br/>
      </w:r>
      <w:r>
        <w:t xml:space="preserve">    (b) greatly annoyed</w:t>
      </w:r>
      <w:r>
        <w:br/>
      </w:r>
      <w:r>
        <w:t xml:space="preserve">    (c) said indirectly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"While you," 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concurred</w:t>
      </w:r>
      <w:r>
        <w:rPr>
          <w:b/>
          <w:bCs/>
        </w:rPr>
        <w:t xml:space="preserve">, "caught your death in the night air!"</w:t>
      </w:r>
      <w:r>
        <w:br/>
      </w:r>
      <w:r>
        <w:t xml:space="preserve">    (a) agreed</w:t>
      </w:r>
      <w:r>
        <w:br/>
      </w:r>
      <w:r>
        <w:t xml:space="preserve">    (b) traded</w:t>
      </w:r>
      <w:r>
        <w:br/>
      </w:r>
      <w:r>
        <w:t xml:space="preserve">    (c) copied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NEVER, by a slip of the tongue, have they so much 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alluded</w:t>
      </w:r>
      <w:r>
        <w:rPr>
          <w:b/>
          <w:bCs/>
        </w:rPr>
        <w:t xml:space="preserve"> </w:t>
      </w:r>
      <w:r>
        <w:rPr>
          <w:b/>
          <w:bCs/>
        </w:rPr>
        <w:t xml:space="preserve">to either of their old friends,</w:t>
      </w:r>
      <w:r>
        <w:br/>
      </w:r>
      <w:r>
        <w:t xml:space="preserve">    (a) marked important text</w:t>
      </w:r>
      <w:r>
        <w:br/>
      </w:r>
      <w:r>
        <w:t xml:space="preserve">    (b) indirectly referenced</w:t>
      </w:r>
      <w:r>
        <w:br/>
      </w:r>
      <w:r>
        <w:t xml:space="preserve">    (c) gained advantage from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not, I am as sure today as I was sure then, my mere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infernal</w:t>
      </w:r>
      <w:r>
        <w:rPr>
          <w:b/>
          <w:bCs/>
        </w:rPr>
        <w:t xml:space="preserve"> </w:t>
      </w:r>
      <w:r>
        <w:rPr>
          <w:b/>
          <w:bCs/>
        </w:rPr>
        <w:t xml:space="preserve">imagination: it was absolutely traceable that they were aware of my predicament and that this strange relation made, in a manner, for a long time, the air in which we moved.</w:t>
      </w:r>
      <w:r>
        <w:br/>
      </w:r>
      <w:r>
        <w:t xml:space="preserve">    (a) strict, firm, or hard (not giving in, not giving way, or not giving up)</w:t>
      </w:r>
      <w:r>
        <w:br/>
      </w:r>
      <w:r>
        <w:t xml:space="preserve">    (b) very bad; or very annoying; or characteristic of hell or the underworld</w:t>
      </w:r>
      <w:r>
        <w:br/>
      </w:r>
      <w:r>
        <w:t xml:space="preserve">    (c) relating to classical music plays in which most of the dialogue is sung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seemed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literally</w:t>
      </w:r>
      <w:r>
        <w:rPr>
          <w:b/>
          <w:bCs/>
        </w:rPr>
        <w:t xml:space="preserve"> </w:t>
      </w:r>
      <w:r>
        <w:rPr>
          <w:b/>
          <w:bCs/>
        </w:rPr>
        <w:t xml:space="preserve">to be running a race with some confusion to which he was about to reduce me, but I felt that he had got in first when, before we had even entered the churchyard, he threw out— "I want my own sort!"</w:t>
      </w:r>
      <w:r>
        <w:br/>
      </w:r>
      <w:r>
        <w:t xml:space="preserve">    (a) in a manner that is not successful or good</w:t>
      </w:r>
      <w:r>
        <w:br/>
      </w:r>
      <w:r>
        <w:t xml:space="preserve">    (b) an intensifier (to intensify what is said)</w:t>
      </w:r>
      <w:r>
        <w:br/>
      </w:r>
      <w:r>
        <w:t xml:space="preserve">    (c) in a manner that is not aware of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literally</w:t>
      </w:r>
      <w:r>
        <w:rPr>
          <w:b/>
          <w:bCs/>
        </w:rPr>
        <w:t xml:space="preserve"> </w:t>
      </w:r>
      <w:r>
        <w:rPr>
          <w:b/>
          <w:bCs/>
        </w:rPr>
        <w:t xml:space="preserve">made me bound forward.</w:t>
      </w:r>
      <w:r>
        <w:br/>
      </w:r>
      <w:r>
        <w:t xml:space="preserve">    (a) meticulously (with great care for small details)</w:t>
      </w:r>
      <w:r>
        <w:br/>
      </w:r>
      <w:r>
        <w:t xml:space="preserve">    (b) actually (not figuratively; not an exaggeration)</w:t>
      </w:r>
      <w:r>
        <w:br/>
      </w:r>
      <w:r>
        <w:t xml:space="preserve">    (c) in a manner that accepts as true (without proof)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passed that night, by the most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tacit</w:t>
      </w:r>
      <w:r>
        <w:rPr>
          <w:b/>
          <w:bCs/>
        </w:rPr>
        <w:t xml:space="preserve">, and I should add, were not the word so grotesque a false note, the happiest of arrangements, with Mrs. Grose.</w:t>
      </w:r>
      <w:r>
        <w:br/>
      </w:r>
      <w:r>
        <w:t xml:space="preserve">    (a) outside</w:t>
      </w:r>
      <w:r>
        <w:br/>
      </w:r>
      <w:r>
        <w:t xml:space="preserve">    (b) implied</w:t>
      </w:r>
      <w:r>
        <w:br/>
      </w:r>
      <w:r>
        <w:t xml:space="preserve">    (c) certain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...she had passed a night of extreme unrest, a night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agitated</w:t>
      </w:r>
      <w:r>
        <w:rPr>
          <w:b/>
          <w:bCs/>
        </w:rPr>
        <w:t xml:space="preserve"> </w:t>
      </w:r>
      <w:r>
        <w:rPr>
          <w:b/>
          <w:bCs/>
        </w:rPr>
        <w:t xml:space="preserve">above all by fears that...</w:t>
      </w:r>
      <w:r>
        <w:br/>
      </w:r>
      <w:r>
        <w:t xml:space="preserve">    (a) disturbed</w:t>
      </w:r>
      <w:r>
        <w:br/>
      </w:r>
      <w:r>
        <w:t xml:space="preserve">    (b) concentrated, look at, or paid attention to</w:t>
      </w:r>
      <w:r>
        <w:br/>
      </w:r>
      <w:r>
        <w:t xml:space="preserve">    (c) thought carefully and made a judgment about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 there again, against the glass, as if to blight his confession and stay his answer, was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hideous</w:t>
      </w:r>
      <w:r>
        <w:rPr>
          <w:b/>
          <w:bCs/>
        </w:rPr>
        <w:t xml:space="preserve"> </w:t>
      </w:r>
      <w:r>
        <w:rPr>
          <w:b/>
          <w:bCs/>
        </w:rPr>
        <w:t xml:space="preserve">author of our woe—the white face of damnation.</w:t>
      </w:r>
      <w:r>
        <w:br/>
      </w:r>
      <w:r>
        <w:t xml:space="preserve">    (a) the quality of not being sensible and careful</w:t>
      </w:r>
      <w:r>
        <w:br/>
      </w:r>
      <w:r>
        <w:t xml:space="preserve">    (b) extremely ugly, offensive, and/or frightening</w:t>
      </w:r>
      <w:r>
        <w:br/>
      </w:r>
      <w:r>
        <w:t xml:space="preserve">    (c) the characteristic of demonstrating something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2026-07-31T16:22:20Z</dcterms:created>
  <dcterms:modified xsi:type="dcterms:W3CDTF">2026-07-31T16:22:20Z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