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3c50f3ac38a35fc0aef84d2d07cc969e25b628"/>
    <w:p>
      <w:pPr>
        <w:pStyle w:val="Heading1"/>
      </w:pPr>
      <w:r>
        <w:rPr>
          <w:b/>
          <w:bCs/>
        </w:rPr>
        <w:t xml:space="preserve">The Truth About Forever</w:t>
      </w:r>
      <w:r>
        <w:br/>
      </w:r>
      <w:r>
        <w:rPr>
          <w:i/>
          <w:iCs/>
        </w:rPr>
        <w:t xml:space="preserve">Sarah Dessen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CEO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adamant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company would not compromise on its commitment to sustainability, even if it meant sacrificing short-term profits.</w:t>
      </w:r>
      <w:r>
        <w:br/>
      </w:r>
      <w:r>
        <w:t xml:space="preserve">    (a) willing to change a decision based on new information</w:t>
      </w:r>
      <w:r>
        <w:br/>
      </w:r>
      <w:r>
        <w:t xml:space="preserve">    (b) uncertain or hesitant about a decision</w:t>
      </w:r>
      <w:r>
        <w:br/>
      </w:r>
      <w:r>
        <w:t xml:space="preserve">    (c) determined not to change a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understand</w:t>
      </w:r>
      <w:r>
        <w:br/>
      </w:r>
      <w:r>
        <w:t xml:space="preserve">    (b) express</w:t>
      </w:r>
      <w:r>
        <w:br/>
      </w:r>
      <w:r>
        <w:t xml:space="preserve">    (c) accept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bones in a bat's wing exactly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</w:t>
      </w:r>
      <w:r>
        <w:rPr>
          <w:b/>
          <w:bCs/>
        </w:rPr>
        <w:t xml:space="preserve"> </w:t>
      </w:r>
      <w:r>
        <w:rPr>
          <w:b/>
          <w:bCs/>
        </w:rPr>
        <w:t xml:space="preserve">to those in a human forearm.</w:t>
      </w:r>
      <w:r>
        <w:br/>
      </w:r>
      <w:r>
        <w:t xml:space="preserve">    (a) are opposite</w:t>
      </w:r>
      <w:r>
        <w:br/>
      </w:r>
      <w:r>
        <w:t xml:space="preserve">    (b) are equivalent</w:t>
      </w:r>
      <w:r>
        <w:br/>
      </w:r>
      <w:r>
        <w:t xml:space="preserve">    (c) are unrelated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information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crucial</w:t>
      </w:r>
      <w:r>
        <w:rPr>
          <w:b/>
          <w:bCs/>
        </w:rPr>
        <w:t xml:space="preserve"> </w:t>
      </w:r>
      <w:r>
        <w:rPr>
          <w:b/>
          <w:bCs/>
        </w:rPr>
        <w:t xml:space="preserve">to making a good decision.</w:t>
      </w:r>
      <w:r>
        <w:br/>
      </w:r>
      <w:r>
        <w:t xml:space="preserve">    (a) very important</w:t>
      </w:r>
      <w:r>
        <w:br/>
      </w:r>
      <w:r>
        <w:t xml:space="preserve">    (b) helpful</w:t>
      </w:r>
      <w:r>
        <w:br/>
      </w:r>
      <w:r>
        <w:t xml:space="preserve">    (c) more than is needed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my company, sick days are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cumulative</w:t>
      </w:r>
      <w:r>
        <w:rPr>
          <w:b/>
          <w:bCs/>
        </w:rPr>
        <w:t xml:space="preserve">. They say, "Thank you," but you lose days you do not use by the end of the year.</w:t>
      </w:r>
      <w:r>
        <w:br/>
      </w:r>
      <w:r>
        <w:t xml:space="preserve">    (a) increased by additions over time</w:t>
      </w:r>
      <w:r>
        <w:br/>
      </w:r>
      <w:r>
        <w:t xml:space="preserve">    (b) interchangeable with similar things</w:t>
      </w:r>
      <w:r>
        <w:br/>
      </w:r>
      <w:r>
        <w:t xml:space="preserve">    (c) swappable for cash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frightened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diabolical</w:t>
      </w:r>
      <w:r>
        <w:rPr>
          <w:b/>
          <w:bCs/>
        </w:rPr>
        <w:t xml:space="preserve"> </w:t>
      </w:r>
      <w:r>
        <w:rPr>
          <w:b/>
          <w:bCs/>
        </w:rPr>
        <w:t xml:space="preserve">expression on his face.</w:t>
      </w:r>
      <w:r>
        <w:br/>
      </w:r>
      <w:r>
        <w:t xml:space="preserve">    (a) evil</w:t>
      </w:r>
      <w:r>
        <w:br/>
      </w:r>
      <w:r>
        <w:t xml:space="preserve">    (b) angry</w:t>
      </w:r>
      <w:r>
        <w:br/>
      </w:r>
      <w:r>
        <w:t xml:space="preserve">    (c) crazy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 procedure for handling these kinds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disputes</w:t>
      </w:r>
      <w:r>
        <w:rPr>
          <w:b/>
          <w:bCs/>
        </w:rPr>
        <w:t xml:space="preserve">.</w:t>
      </w:r>
      <w:r>
        <w:br/>
      </w:r>
      <w:r>
        <w:t xml:space="preserve">    (a) surprises</w:t>
      </w:r>
      <w:r>
        <w:br/>
      </w:r>
      <w:r>
        <w:t xml:space="preserve">    (b) opportunities</w:t>
      </w:r>
      <w:r>
        <w:br/>
      </w:r>
      <w:r>
        <w:t xml:space="preserve">    (c) disagreements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disputes</w:t>
      </w:r>
      <w:r>
        <w:rPr>
          <w:b/>
          <w:bCs/>
        </w:rPr>
        <w:t xml:space="preserve"> </w:t>
      </w:r>
      <w:r>
        <w:rPr>
          <w:b/>
          <w:bCs/>
        </w:rPr>
        <w:t xml:space="preserve">his claim.</w:t>
      </w:r>
      <w:r>
        <w:br/>
      </w:r>
      <w:r>
        <w:t xml:space="preserve">    (a) accepts</w:t>
      </w:r>
      <w:r>
        <w:br/>
      </w:r>
      <w:r>
        <w:t xml:space="preserve">    (b) supports</w:t>
      </w:r>
      <w:r>
        <w:br/>
      </w:r>
      <w:r>
        <w:t xml:space="preserve">    (c) challenges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but</w:t>
      </w:r>
      <w:r>
        <w:br/>
      </w:r>
      <w:r>
        <w:t xml:space="preserve">    (b) also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no matter how</w:t>
      </w:r>
      <w:r>
        <w:br/>
      </w:r>
      <w:r>
        <w:t xml:space="preserve">    (b) on-the-other-hand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first,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</w:t>
      </w:r>
      <w:r>
        <w:rPr>
          <w:b/>
          <w:bCs/>
        </w:rPr>
        <w:t xml:space="preserve">--thinking the report was in error.</w:t>
      </w:r>
      <w:r>
        <w:br/>
      </w:r>
      <w:r>
        <w:t xml:space="preserve">    (a) without belief</w:t>
      </w:r>
      <w:r>
        <w:br/>
      </w:r>
      <w:r>
        <w:t xml:space="preserve">    (b) confused</w:t>
      </w:r>
      <w:r>
        <w:br/>
      </w:r>
      <w:r>
        <w:t xml:space="preserve">    (c) worried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, but she agreed to be searched when they accused her of shoplifting.</w:t>
      </w:r>
      <w:r>
        <w:br/>
      </w:r>
      <w:r>
        <w:t xml:space="preserve">    (a) annoyed at something unjust</w:t>
      </w:r>
      <w:r>
        <w:br/>
      </w:r>
      <w:r>
        <w:t xml:space="preserve">    (b) defensive about being suspected</w:t>
      </w:r>
      <w:r>
        <w:br/>
      </w:r>
      <w:r>
        <w:t xml:space="preserve">    (c) surprised at the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comments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innocuous</w:t>
      </w:r>
      <w:r>
        <w:rPr>
          <w:b/>
          <w:bCs/>
        </w:rPr>
        <w:t xml:space="preserve">, but he quoted them out of context to make them appear sinister.</w:t>
      </w:r>
      <w:r>
        <w:br/>
      </w:r>
      <w:r>
        <w:t xml:space="preserve">    (a) harmless</w:t>
      </w:r>
      <w:r>
        <w:br/>
      </w:r>
      <w:r>
        <w:t xml:space="preserve">    (b) silly</w:t>
      </w:r>
      <w:r>
        <w:br/>
      </w:r>
      <w:r>
        <w:t xml:space="preserve">    (c) supportive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Companies must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innovate</w:t>
      </w:r>
      <w:r>
        <w:rPr>
          <w:b/>
          <w:bCs/>
        </w:rPr>
        <w:t xml:space="preserve"> </w:t>
      </w:r>
      <w:r>
        <w:rPr>
          <w:b/>
          <w:bCs/>
        </w:rPr>
        <w:t xml:space="preserve">quickly to stay ahead of their competitors.</w:t>
      </w:r>
      <w:r>
        <w:br/>
      </w:r>
      <w:r>
        <w:t xml:space="preserve">    (a) follow old rules</w:t>
      </w:r>
      <w:r>
        <w:br/>
      </w:r>
      <w:r>
        <w:t xml:space="preserve">    (b) create new methods</w:t>
      </w:r>
      <w:r>
        <w:br/>
      </w:r>
      <w:r>
        <w:t xml:space="preserve">    (c) imitate rivals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outlook on the future was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pessimistic</w:t>
      </w:r>
      <w:r>
        <w:rPr>
          <w:b/>
          <w:bCs/>
        </w:rPr>
        <w:t xml:space="preserve">, as she worried about the economy and the environment.</w:t>
      </w:r>
      <w:r>
        <w:br/>
      </w:r>
      <w:r>
        <w:t xml:space="preserve">    (a) expecting that things will turn out badly</w:t>
      </w:r>
      <w:r>
        <w:br/>
      </w:r>
      <w:r>
        <w:t xml:space="preserve">    (b) expecting that things will turn out well</w:t>
      </w:r>
      <w:r>
        <w:br/>
      </w:r>
      <w:r>
        <w:t xml:space="preserve">    (c) having no expectation of how things will turn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merger, they concluded the office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redundant</w:t>
      </w:r>
      <w:r>
        <w:rPr>
          <w:b/>
          <w:bCs/>
        </w:rPr>
        <w:t xml:space="preserve">.</w:t>
      </w:r>
      <w:r>
        <w:br/>
      </w:r>
      <w:r>
        <w:t xml:space="preserve">    (a) exactly fitting requirements</w:t>
      </w:r>
      <w:r>
        <w:br/>
      </w:r>
      <w:r>
        <w:t xml:space="preserve">    (b) less than what is required</w:t>
      </w:r>
      <w:r>
        <w:br/>
      </w:r>
      <w:r>
        <w:t xml:space="preserve">    (c) more than is needed or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Light passing through water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refracted</w:t>
      </w:r>
      <w:r>
        <w:rPr>
          <w:b/>
          <w:bCs/>
        </w:rPr>
        <w:t xml:space="preserve">, so when a pole or stick is partially submerged at an angle in clear water, it appears to be bent at the water's surface.</w:t>
      </w:r>
      <w:r>
        <w:br/>
      </w:r>
      <w:r>
        <w:t xml:space="preserve">    (a) changed in color</w:t>
      </w:r>
      <w:r>
        <w:br/>
      </w:r>
      <w:r>
        <w:t xml:space="preserve">    (b) changed in velocity</w:t>
      </w:r>
      <w:r>
        <w:br/>
      </w:r>
      <w:r>
        <w:t xml:space="preserve">    (c) increased in brightness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</w:t>
      </w:r>
      <w:r>
        <w:rPr>
          <w:b/>
          <w:bCs/>
        </w:rPr>
        <w:t xml:space="preserve"> </w:t>
      </w:r>
      <w:r>
        <w:rPr>
          <w:b/>
          <w:bCs/>
        </w:rPr>
        <w:t xml:space="preserve">step to see if her injured ankle would support her weight.</w:t>
      </w:r>
      <w:r>
        <w:br/>
      </w:r>
      <w:r>
        <w:t xml:space="preserve">    (a) brave</w:t>
      </w:r>
      <w:r>
        <w:br/>
      </w:r>
      <w:r>
        <w:t xml:space="preserve">    (b) confident</w:t>
      </w:r>
      <w:r>
        <w:br/>
      </w:r>
      <w:r>
        <w:t xml:space="preserve">    (c)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McDonald's menu options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</w:t>
      </w:r>
      <w:r>
        <w:rPr>
          <w:b/>
          <w:bCs/>
        </w:rPr>
        <w:t xml:space="preserve"> </w:t>
      </w:r>
      <w:r>
        <w:rPr>
          <w:b/>
          <w:bCs/>
        </w:rPr>
        <w:t xml:space="preserve">by location.</w:t>
      </w:r>
      <w:r>
        <w:br/>
      </w:r>
      <w:r>
        <w:t xml:space="preserve">    (a) are known</w:t>
      </w:r>
      <w:r>
        <w:br/>
      </w:r>
      <w:r>
        <w:t xml:space="preserve">    (b) are different</w:t>
      </w:r>
      <w:r>
        <w:br/>
      </w:r>
      <w:r>
        <w:t xml:space="preserve">    (c) are consistent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wistful</w:t>
      </w:r>
      <w:r>
        <w:rPr>
          <w:b/>
          <w:bCs/>
        </w:rPr>
        <w:t xml:space="preserve">, dreamy look as she thought about how life would change if she could get a good job.</w:t>
      </w:r>
      <w:r>
        <w:br/>
      </w:r>
      <w:r>
        <w:t xml:space="preserve">    (a) showing longing</w:t>
      </w:r>
      <w:r>
        <w:br/>
      </w:r>
      <w:r>
        <w:t xml:space="preserve">    (b) showing determination</w:t>
      </w:r>
      <w:r>
        <w:br/>
      </w:r>
      <w:r>
        <w:t xml:space="preserve">    (c) showing optimism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2026-07-31T16:43:12Z</dcterms:created>
  <dcterms:modified xsi:type="dcterms:W3CDTF">2026-07-31T16:43:12Z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