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44cc7c1242a6b780e323b302ea5cfc5557def0"/>
    <w:p>
      <w:pPr>
        <w:pStyle w:val="Heading1"/>
      </w:pPr>
      <w:r>
        <w:rPr>
          <w:b/>
          <w:bCs/>
        </w:rPr>
        <w:t xml:space="preserve">The Trial</w:t>
      </w:r>
      <w:r>
        <w:br/>
      </w:r>
      <w:r>
        <w:rPr>
          <w:i/>
          <w:iCs/>
        </w:rPr>
        <w:t xml:space="preserve">Franz Kafka</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"Thank you, I'll take your word for it," said K, but went</w:t>
      </w:r>
      <w:r>
        <w:rPr>
          <w:b/>
          <w:bCs/>
        </w:rPr>
        <w:t xml:space="preserve"> </w:t>
      </w:r>
      <w:r>
        <w:rPr>
          <w:b/>
          <w:bCs/>
          <w:u w:val="single"/>
        </w:rPr>
        <w:t xml:space="preserve">nonetheless</w:t>
      </w:r>
      <w:r>
        <w:rPr>
          <w:b/>
          <w:bCs/>
        </w:rPr>
        <w:t xml:space="preserve"> </w:t>
      </w:r>
      <w:r>
        <w:rPr>
          <w:b/>
          <w:bCs/>
        </w:rPr>
        <w:t xml:space="preserve">over to the open door.</w:t>
      </w:r>
      <w:r>
        <w:br/>
      </w:r>
      <w:r>
        <w:t xml:space="preserve">    (a) in spite of that (used to connect contrasting ideas)</w:t>
      </w:r>
      <w:r>
        <w:br/>
      </w:r>
      <w:r>
        <w:t xml:space="preserve">    (b) in keeping with or in agreement with what was just stated</w:t>
      </w:r>
      <w:r>
        <w:br/>
      </w:r>
      <w:r>
        <w:t xml:space="preserve">    (c) therefore (for that reason)</w:t>
      </w:r>
    </w:p>
    <w:p>
      <w:pPr>
        <w:pStyle w:val="Compact"/>
        <w:numPr>
          <w:ilvl w:val="0"/>
          <w:numId w:val="1001"/>
        </w:numPr>
      </w:pPr>
      <w:r>
        <w:rPr>
          <w:b/>
          <w:bCs/>
        </w:rPr>
        <w:t xml:space="preserve">It showed how important K. had become in the bank and how its second most important official seemed to value his friendship, or at least his</w:t>
      </w:r>
      <w:r>
        <w:rPr>
          <w:b/>
          <w:bCs/>
        </w:rPr>
        <w:t xml:space="preserve"> </w:t>
      </w:r>
      <w:r>
        <w:rPr>
          <w:b/>
          <w:bCs/>
          <w:u w:val="single"/>
        </w:rPr>
        <w:t xml:space="preserve">impartiality</w:t>
      </w:r>
      <w:r>
        <w:rPr>
          <w:b/>
          <w:bCs/>
        </w:rPr>
        <w:t xml:space="preserve">.</w:t>
      </w:r>
      <w:r>
        <w:br/>
      </w:r>
      <w:r>
        <w:t xml:space="preserve">    (a) rain, snow, hail, or sleet</w:t>
      </w:r>
      <w:r>
        <w:br/>
      </w:r>
      <w:r>
        <w:t xml:space="preserve">    (b) requires (to do something)</w:t>
      </w:r>
      <w:r>
        <w:br/>
      </w:r>
      <w:r>
        <w:t xml:space="preserve">    (c) lack of favoritism or bias</w:t>
      </w:r>
    </w:p>
    <w:p>
      <w:pPr>
        <w:pStyle w:val="Compact"/>
        <w:numPr>
          <w:ilvl w:val="0"/>
          <w:numId w:val="1001"/>
        </w:numPr>
      </w:pPr>
      <w:r>
        <w:rPr>
          <w:b/>
          <w:bCs/>
        </w:rPr>
        <w:t xml:space="preserve">It must have been especially troublesome for those visitors who were in the gallery, as they were forced to quietly ask the participants in the assembly what exactly was happening,</w:t>
      </w:r>
      <w:r>
        <w:rPr>
          <w:b/>
          <w:bCs/>
        </w:rPr>
        <w:t xml:space="preserve"> </w:t>
      </w:r>
      <w:r>
        <w:rPr>
          <w:b/>
          <w:bCs/>
          <w:u w:val="single"/>
        </w:rPr>
        <w:t xml:space="preserve">albeit</w:t>
      </w:r>
      <w:r>
        <w:rPr>
          <w:b/>
          <w:bCs/>
        </w:rPr>
        <w:t xml:space="preserve"> </w:t>
      </w:r>
      <w:r>
        <w:rPr>
          <w:b/>
          <w:bCs/>
        </w:rPr>
        <w:t xml:space="preserve">with timid glances at the judge.</w:t>
      </w:r>
      <w:r>
        <w:br/>
      </w:r>
      <w:r>
        <w:t xml:space="preserve">    (a) although (used to introduce a phrase that reduces or modifies the effect of what preceded it)</w:t>
      </w:r>
      <w:r>
        <w:br/>
      </w:r>
      <w:r>
        <w:t xml:space="preserve">    (b) therefore (for that reason)</w:t>
      </w:r>
      <w:r>
        <w:br/>
      </w:r>
      <w:r>
        <w:t xml:space="preserve">    (c) in keeping with or in agreement with what was just stated</w:t>
      </w:r>
    </w:p>
    <w:p>
      <w:pPr>
        <w:pStyle w:val="Compact"/>
        <w:numPr>
          <w:ilvl w:val="0"/>
          <w:numId w:val="1001"/>
        </w:numPr>
      </w:pPr>
      <w:r>
        <w:rPr>
          <w:b/>
          <w:bCs/>
        </w:rPr>
        <w:t xml:space="preserve">There was no</w:t>
      </w:r>
      <w:r>
        <w:rPr>
          <w:b/>
          <w:bCs/>
        </w:rPr>
        <w:t xml:space="preserve"> </w:t>
      </w:r>
      <w:r>
        <w:rPr>
          <w:b/>
          <w:bCs/>
          <w:u w:val="single"/>
        </w:rPr>
        <w:t xml:space="preserve">direct</w:t>
      </w:r>
      <w:r>
        <w:rPr>
          <w:b/>
          <w:bCs/>
        </w:rPr>
        <w:t xml:space="preserve"> </w:t>
      </w:r>
      <w:r>
        <w:rPr>
          <w:b/>
          <w:bCs/>
        </w:rPr>
        <w:t xml:space="preserve">source of light but it was not entirely dark as many of the departments, instead of solid walls, had just wooden bars reaching up to the ceiling to separate them from the corridor.</w:t>
      </w:r>
      <w:r>
        <w:br/>
      </w:r>
      <w:r>
        <w:t xml:space="preserve">    (a) meticulousness (care for small details)</w:t>
      </w:r>
      <w:r>
        <w:br/>
      </w:r>
      <w:r>
        <w:t xml:space="preserve">    (b) the state or degree of being very large</w:t>
      </w:r>
      <w:r>
        <w:br/>
      </w:r>
      <w:r>
        <w:t xml:space="preserve">    (c) clear</w:t>
      </w:r>
    </w:p>
    <w:p>
      <w:pPr>
        <w:pStyle w:val="Compact"/>
        <w:numPr>
          <w:ilvl w:val="0"/>
          <w:numId w:val="1001"/>
        </w:numPr>
      </w:pPr>
      <w:r>
        <w:rPr>
          <w:b/>
          <w:bCs/>
        </w:rPr>
        <w:t xml:space="preserve">The girl noticed it straight away, and to make the air fresher for K., she took a window pole that was leaning against the wall and pushed open a small hatch</w:t>
      </w:r>
      <w:r>
        <w:rPr>
          <w:b/>
          <w:bCs/>
        </w:rPr>
        <w:t xml:space="preserve"> </w:t>
      </w:r>
      <w:r>
        <w:rPr>
          <w:b/>
          <w:bCs/>
          <w:u w:val="single"/>
        </w:rPr>
        <w:t xml:space="preserve">directly</w:t>
      </w:r>
      <w:r>
        <w:rPr>
          <w:b/>
          <w:bCs/>
        </w:rPr>
        <w:t xml:space="preserve"> </w:t>
      </w:r>
      <w:r>
        <w:rPr>
          <w:b/>
          <w:bCs/>
        </w:rPr>
        <w:t xml:space="preserve">above K.'s head that led to the outside.</w:t>
      </w:r>
      <w:r>
        <w:br/>
      </w:r>
      <w:r>
        <w:t xml:space="preserve">    (a) in a manner that is appropriate or related in size, amount, or degree</w:t>
      </w:r>
      <w:r>
        <w:br/>
      </w:r>
      <w:r>
        <w:t xml:space="preserve">    (b) in a manner that is not sexually attractive, or persuasively tempting</w:t>
      </w:r>
      <w:r>
        <w:br/>
      </w:r>
      <w:r>
        <w:t xml:space="preserve">    (c) close, or in a straight line</w:t>
      </w:r>
    </w:p>
    <w:p>
      <w:pPr>
        <w:pStyle w:val="Compact"/>
        <w:numPr>
          <w:ilvl w:val="0"/>
          <w:numId w:val="1001"/>
        </w:numPr>
      </w:pPr>
      <w:r>
        <w:rPr>
          <w:b/>
          <w:bCs/>
        </w:rPr>
        <w:t xml:space="preserve">And anyway, K.'s knowledge of Italian was surprisingly good, the</w:t>
      </w:r>
      <w:r>
        <w:rPr>
          <w:b/>
          <w:bCs/>
        </w:rPr>
        <w:t xml:space="preserve"> </w:t>
      </w:r>
      <w:r>
        <w:rPr>
          <w:b/>
          <w:bCs/>
          <w:u w:val="single"/>
        </w:rPr>
        <w:t xml:space="preserve">director</w:t>
      </w:r>
      <w:r>
        <w:rPr>
          <w:b/>
          <w:bCs/>
        </w:rPr>
        <w:t xml:space="preserve"> </w:t>
      </w:r>
      <w:r>
        <w:rPr>
          <w:b/>
          <w:bCs/>
        </w:rPr>
        <w:t xml:space="preserve">was sure he would get by very well.</w:t>
      </w:r>
      <w:r>
        <w:br/>
      </w:r>
      <w:r>
        <w:t xml:space="preserve">    (a) to guide, aim, or manage -- such as actions, attention, speech, a project or company</w:t>
      </w:r>
      <w:r>
        <w:br/>
      </w:r>
      <w:r>
        <w:t xml:space="preserve">    (b) a doctor who tests eyesight and provides glasses or contact lenses to improve vision</w:t>
      </w:r>
      <w:r>
        <w:br/>
      </w:r>
      <w:r>
        <w:t xml:space="preserve">    (c) someone who polishes something and makes it shiny; or someone who improves something</w:t>
      </w:r>
    </w:p>
    <w:p>
      <w:pPr>
        <w:pStyle w:val="Compact"/>
        <w:numPr>
          <w:ilvl w:val="0"/>
          <w:numId w:val="1001"/>
        </w:numPr>
      </w:pPr>
      <w:r>
        <w:rPr>
          <w:b/>
          <w:bCs/>
        </w:rPr>
        <w:t xml:space="preserve">"Really!" said K. "They're</w:t>
      </w:r>
      <w:r>
        <w:rPr>
          <w:b/>
          <w:bCs/>
        </w:rPr>
        <w:t xml:space="preserve"> </w:t>
      </w:r>
      <w:r>
        <w:rPr>
          <w:b/>
          <w:bCs/>
          <w:u w:val="single"/>
        </w:rPr>
        <w:t xml:space="preserve">colleagues</w:t>
      </w:r>
      <w:r>
        <w:rPr>
          <w:b/>
          <w:bCs/>
        </w:rPr>
        <w:t xml:space="preserve"> </w:t>
      </w:r>
      <w:r>
        <w:rPr>
          <w:b/>
          <w:bCs/>
        </w:rPr>
        <w:t xml:space="preserve">of mine then."</w:t>
      </w:r>
      <w:r>
        <w:br/>
      </w:r>
      <w:r>
        <w:t xml:space="preserve">    (a) fellow workers -- especially in a respected profession such as teaching, medicine, or law</w:t>
      </w:r>
      <w:r>
        <w:br/>
      </w:r>
      <w:r>
        <w:t xml:space="preserve">    (b) scales where each step is a multiple of the prior step rather than a fixed addition to it</w:t>
      </w:r>
      <w:r>
        <w:br/>
      </w:r>
      <w:r>
        <w:t xml:space="preserve">    (c) mammals of a specific type that seldom move and are typically very slow when they do move</w:t>
      </w:r>
    </w:p>
    <w:p>
      <w:pPr>
        <w:pStyle w:val="Compact"/>
        <w:numPr>
          <w:ilvl w:val="0"/>
          <w:numId w:val="1001"/>
        </w:numPr>
      </w:pPr>
      <w:r>
        <w:rPr>
          <w:b/>
          <w:bCs/>
        </w:rPr>
        <w:t xml:space="preserve">K. just did not feel like</w:t>
      </w:r>
      <w:r>
        <w:rPr>
          <w:b/>
          <w:bCs/>
        </w:rPr>
        <w:t xml:space="preserve"> </w:t>
      </w:r>
      <w:r>
        <w:rPr>
          <w:b/>
          <w:bCs/>
          <w:u w:val="single"/>
        </w:rPr>
        <w:t xml:space="preserve">contradicting</w:t>
      </w:r>
      <w:r>
        <w:rPr>
          <w:b/>
          <w:bCs/>
        </w:rPr>
        <w:t xml:space="preserve"> </w:t>
      </w:r>
      <w:r>
        <w:rPr>
          <w:b/>
          <w:bCs/>
        </w:rPr>
        <w:t xml:space="preserve">him...The girl's intention may have been good, perhaps she was under instructions to distract him or to give him the chance to collect himself, but the attempt had not worked.</w:t>
      </w:r>
      <w:r>
        <w:br/>
      </w:r>
      <w:r>
        <w:t xml:space="preserve">    (a) subtracting</w:t>
      </w:r>
      <w:r>
        <w:br/>
      </w:r>
      <w:r>
        <w:t xml:space="preserve">    (b) translating</w:t>
      </w:r>
      <w:r>
        <w:br/>
      </w:r>
      <w:r>
        <w:t xml:space="preserve">    (c) disagreeing</w:t>
      </w:r>
    </w:p>
    <w:p>
      <w:pPr>
        <w:pStyle w:val="Compact"/>
        <w:numPr>
          <w:ilvl w:val="0"/>
          <w:numId w:val="1001"/>
        </w:numPr>
      </w:pPr>
      <w:r>
        <w:rPr>
          <w:b/>
          <w:bCs/>
        </w:rPr>
        <w:t xml:space="preserve">You slope of with some dirty, little thing who,</w:t>
      </w:r>
      <w:r>
        <w:rPr>
          <w:b/>
          <w:bCs/>
        </w:rPr>
        <w:t xml:space="preserve"> </w:t>
      </w:r>
      <w:r>
        <w:rPr>
          <w:b/>
          <w:bCs/>
          <w:u w:val="single"/>
        </w:rPr>
        <w:t xml:space="preserve">moreover</w:t>
      </w:r>
      <w:r>
        <w:rPr>
          <w:b/>
          <w:bCs/>
        </w:rPr>
        <w:t xml:space="preserve">, is obviously the lawyer's beloved, and stay away for hours.</w:t>
      </w:r>
      <w:r>
        <w:br/>
      </w:r>
      <w:r>
        <w:t xml:space="preserve">    (a) in addition to what has just been said</w:t>
      </w:r>
      <w:r>
        <w:br/>
      </w:r>
      <w:r>
        <w:t xml:space="preserve">    (b) even though -- used to connect contrasting ideas</w:t>
      </w:r>
      <w:r>
        <w:br/>
      </w:r>
      <w:r>
        <w:t xml:space="preserve">    (c) despite that (used to connect contrasting ideas)</w:t>
      </w:r>
    </w:p>
    <w:p>
      <w:pPr>
        <w:pStyle w:val="Compact"/>
        <w:numPr>
          <w:ilvl w:val="0"/>
          <w:numId w:val="1001"/>
        </w:numPr>
      </w:pPr>
      <w:r>
        <w:rPr>
          <w:b/>
          <w:bCs/>
        </w:rPr>
        <w:t xml:space="preserve">The room they've been</w:t>
      </w:r>
      <w:r>
        <w:rPr>
          <w:b/>
          <w:bCs/>
        </w:rPr>
        <w:t xml:space="preserve"> </w:t>
      </w:r>
      <w:r>
        <w:rPr>
          <w:b/>
          <w:bCs/>
          <w:u w:val="single"/>
        </w:rPr>
        <w:t xml:space="preserve">allocated</w:t>
      </w:r>
      <w:r>
        <w:rPr>
          <w:b/>
          <w:bCs/>
        </w:rPr>
        <w:t xml:space="preserve">, with its narrow space and low ceiling, will be enough to show what contempt the court has for these people.</w:t>
      </w:r>
      <w:r>
        <w:br/>
      </w:r>
      <w:r>
        <w:t xml:space="preserve">    (a) selected (on a computer screen)</w:t>
      </w:r>
      <w:r>
        <w:br/>
      </w:r>
      <w:r>
        <w:t xml:space="preserve">    (b) took up or received into heaven</w:t>
      </w:r>
      <w:r>
        <w:br/>
      </w:r>
      <w:r>
        <w:t xml:space="preserve">    (c) set apart for a special purpose</w:t>
      </w:r>
    </w:p>
    <w:p>
      <w:pPr>
        <w:pStyle w:val="Compact"/>
        <w:numPr>
          <w:ilvl w:val="0"/>
          <w:numId w:val="1001"/>
        </w:numPr>
      </w:pPr>
      <w:r>
        <w:rPr>
          <w:b/>
          <w:bCs/>
        </w:rPr>
        <w:t xml:space="preserve">And the accused doesn't get to see the court records either, and it's very difficult to</w:t>
      </w:r>
      <w:r>
        <w:rPr>
          <w:b/>
          <w:bCs/>
        </w:rPr>
        <w:t xml:space="preserve"> </w:t>
      </w:r>
      <w:r>
        <w:rPr>
          <w:b/>
          <w:bCs/>
          <w:u w:val="single"/>
        </w:rPr>
        <w:t xml:space="preserve">infer</w:t>
      </w:r>
      <w:r>
        <w:rPr>
          <w:b/>
          <w:bCs/>
        </w:rPr>
        <w:t xml:space="preserve"> </w:t>
      </w:r>
      <w:r>
        <w:rPr>
          <w:b/>
          <w:bCs/>
        </w:rPr>
        <w:t xml:space="preserve">what's in the court records from what's been said during questioning based on them, especially for the accused who is in a difficult situation and is faced with every possible worry to distract him.</w:t>
      </w:r>
      <w:r>
        <w:br/>
      </w:r>
      <w:r>
        <w:t xml:space="preserve">    (a) take up or receive into heaven</w:t>
      </w:r>
      <w:r>
        <w:br/>
      </w:r>
      <w:r>
        <w:t xml:space="preserve">    (b) hire, reserve, book, or occupy</w:t>
      </w:r>
      <w:r>
        <w:br/>
      </w:r>
      <w:r>
        <w:t xml:space="preserve">    (c) conclude or guess by reasoning</w:t>
      </w:r>
    </w:p>
    <w:p>
      <w:pPr>
        <w:pStyle w:val="Compact"/>
        <w:numPr>
          <w:ilvl w:val="0"/>
          <w:numId w:val="1001"/>
        </w:numPr>
      </w:pPr>
      <w:r>
        <w:rPr>
          <w:b/>
          <w:bCs/>
        </w:rPr>
        <w:t xml:space="preserve">There followed an</w:t>
      </w:r>
      <w:r>
        <w:rPr>
          <w:b/>
          <w:bCs/>
        </w:rPr>
        <w:t xml:space="preserve"> </w:t>
      </w:r>
      <w:r>
        <w:rPr>
          <w:b/>
          <w:bCs/>
          <w:u w:val="single"/>
        </w:rPr>
        <w:t xml:space="preserve">incomprehensible</w:t>
      </w:r>
      <w:r>
        <w:rPr>
          <w:b/>
          <w:bCs/>
        </w:rPr>
        <w:t xml:space="preserve">, interwoven babble of shouts and replies and calls of agreement.</w:t>
      </w:r>
      <w:r>
        <w:br/>
      </w:r>
      <w:r>
        <w:t xml:space="preserve">    (a) very detailed</w:t>
      </w:r>
      <w:r>
        <w:br/>
      </w:r>
      <w:r>
        <w:t xml:space="preserve">    (b) quickly spoken</w:t>
      </w:r>
      <w:r>
        <w:br/>
      </w:r>
      <w:r>
        <w:t xml:space="preserve">    (c) not understandable</w:t>
      </w:r>
    </w:p>
    <w:p>
      <w:pPr>
        <w:pStyle w:val="Compact"/>
        <w:numPr>
          <w:ilvl w:val="0"/>
          <w:numId w:val="1001"/>
        </w:numPr>
      </w:pPr>
      <w:r>
        <w:rPr>
          <w:b/>
          <w:bCs/>
        </w:rPr>
        <w:t xml:space="preserve">Moreover, you said earlier that the judges can be influenced personally but now you insist that an absolute</w:t>
      </w:r>
      <w:r>
        <w:rPr>
          <w:b/>
          <w:bCs/>
        </w:rPr>
        <w:t xml:space="preserve"> </w:t>
      </w:r>
      <w:r>
        <w:rPr>
          <w:b/>
          <w:bCs/>
          <w:u w:val="single"/>
        </w:rPr>
        <w:t xml:space="preserve">acquittal</w:t>
      </w:r>
      <w:r>
        <w:rPr>
          <w:b/>
          <w:bCs/>
        </w:rPr>
        <w:t xml:space="preserve">, as you call it, can never be attained through personal influence.</w:t>
      </w:r>
      <w:r>
        <w:br/>
      </w:r>
      <w:r>
        <w:t xml:space="preserve">    (a) official finding of "not guilty"</w:t>
      </w:r>
      <w:r>
        <w:br/>
      </w:r>
      <w:r>
        <w:t xml:space="preserve">    (b) another battle with the same foe</w:t>
      </w:r>
      <w:r>
        <w:br/>
      </w:r>
      <w:r>
        <w:t xml:space="preserve">    (c) describing someone as antisocial</w:t>
      </w:r>
    </w:p>
    <w:p>
      <w:pPr>
        <w:pStyle w:val="Compact"/>
        <w:numPr>
          <w:ilvl w:val="0"/>
          <w:numId w:val="1001"/>
        </w:numPr>
      </w:pPr>
      <w:r>
        <w:rPr>
          <w:b/>
          <w:bCs/>
        </w:rPr>
        <w:t xml:space="preserve">Not a single innocent</w:t>
      </w:r>
      <w:r>
        <w:rPr>
          <w:b/>
          <w:bCs/>
        </w:rPr>
        <w:t xml:space="preserve"> </w:t>
      </w:r>
      <w:r>
        <w:rPr>
          <w:b/>
          <w:bCs/>
          <w:u w:val="single"/>
        </w:rPr>
        <w:t xml:space="preserve">defendant</w:t>
      </w:r>
      <w:r>
        <w:rPr>
          <w:b/>
          <w:bCs/>
        </w:rPr>
        <w:t xml:space="preserve"> </w:t>
      </w:r>
      <w:r>
        <w:rPr>
          <w:b/>
          <w:bCs/>
        </w:rPr>
        <w:t xml:space="preserve">in so many cases?</w:t>
      </w:r>
      <w:r>
        <w:br/>
      </w:r>
      <w:r>
        <w:t xml:space="preserve">    (a) soft leather shoe traditionally worn by Native Americans</w:t>
      </w:r>
      <w:r>
        <w:br/>
      </w:r>
      <w:r>
        <w:t xml:space="preserve">    (b) belief or opinion formed by viewing things a certain way</w:t>
      </w:r>
      <w:r>
        <w:br/>
      </w:r>
      <w:r>
        <w:t xml:space="preserve">    (c) someone legally accused in court</w:t>
      </w:r>
    </w:p>
    <w:p>
      <w:pPr>
        <w:pStyle w:val="Compact"/>
        <w:numPr>
          <w:ilvl w:val="0"/>
          <w:numId w:val="1001"/>
        </w:numPr>
      </w:pPr>
      <w:r>
        <w:rPr>
          <w:b/>
          <w:bCs/>
        </w:rPr>
        <w:t xml:space="preserve">And of course, it always wakes me up when I hear the door opened beside the bed,</w:t>
      </w:r>
      <w:r>
        <w:rPr>
          <w:b/>
          <w:bCs/>
        </w:rPr>
        <w:t xml:space="preserve"> </w:t>
      </w:r>
      <w:r>
        <w:rPr>
          <w:b/>
          <w:bCs/>
          <w:u w:val="single"/>
        </w:rPr>
        <w:t xml:space="preserve">however</w:t>
      </w:r>
      <w:r>
        <w:rPr>
          <w:b/>
          <w:bCs/>
        </w:rPr>
        <w:t xml:space="preserve"> </w:t>
      </w:r>
      <w:r>
        <w:rPr>
          <w:b/>
          <w:bCs/>
        </w:rPr>
        <w:t xml:space="preserve">fast asleep I am.</w:t>
      </w:r>
      <w:r>
        <w:br/>
      </w:r>
      <w:r>
        <w:t xml:space="preserve">    (a) regardless of how</w:t>
      </w:r>
      <w:r>
        <w:br/>
      </w:r>
      <w:r>
        <w:t xml:space="preserve">    (b) people who are good at or spend much time studying, thinking, and reasoning</w:t>
      </w:r>
      <w:r>
        <w:br/>
      </w:r>
      <w:r>
        <w:t xml:space="preserve">    (c) aka analysis -- psychiatric treatment; or a theory of psychiatric treatment</w:t>
      </w:r>
    </w:p>
    <w:p>
      <w:pPr>
        <w:pStyle w:val="Compact"/>
        <w:numPr>
          <w:ilvl w:val="0"/>
          <w:numId w:val="1001"/>
        </w:numPr>
      </w:pPr>
      <w:r>
        <w:rPr>
          <w:b/>
          <w:bCs/>
        </w:rPr>
        <w:t xml:space="preserve">Then, still with her hands balled into fists, she ran after K. who,</w:t>
      </w:r>
      <w:r>
        <w:rPr>
          <w:b/>
          <w:bCs/>
        </w:rPr>
        <w:t xml:space="preserve"> </w:t>
      </w:r>
      <w:r>
        <w:rPr>
          <w:b/>
          <w:bCs/>
          <w:u w:val="single"/>
        </w:rPr>
        <w:t xml:space="preserve">however</w:t>
      </w:r>
      <w:r>
        <w:rPr>
          <w:b/>
          <w:bCs/>
        </w:rPr>
        <w:t xml:space="preserve">, had been given a long start.</w:t>
      </w:r>
      <w:r>
        <w:br/>
      </w:r>
      <w:r>
        <w:t xml:space="preserve">    (a) therefore (for that reason)</w:t>
      </w:r>
      <w:r>
        <w:br/>
      </w:r>
      <w:r>
        <w:t xml:space="preserve">    (b) in keeping with or in agreement with what was just stated</w:t>
      </w:r>
      <w:r>
        <w:br/>
      </w:r>
      <w:r>
        <w:t xml:space="preserve">    (c) a word used to connect contrasting ideas as when using</w:t>
      </w:r>
      <w:r>
        <w:t xml:space="preserve"> </w:t>
      </w:r>
      <w:r>
        <w:rPr>
          <w:i/>
          <w:iCs/>
        </w:rPr>
        <w:t xml:space="preserve">though</w:t>
      </w:r>
      <w:r>
        <w:t xml:space="preserve">,</w:t>
      </w:r>
      <w:r>
        <w:t xml:space="preserve"> </w:t>
      </w:r>
      <w:r>
        <w:rPr>
          <w:i/>
          <w:iCs/>
        </w:rPr>
        <w:t xml:space="preserve">in spite of that</w:t>
      </w:r>
      <w:r>
        <w:t xml:space="preserve">,</w:t>
      </w:r>
      <w:r>
        <w:t xml:space="preserve"> </w:t>
      </w:r>
      <w:r>
        <w:rPr>
          <w:i/>
          <w:iCs/>
        </w:rPr>
        <w:t xml:space="preserve">in contrast</w:t>
      </w:r>
      <w:r>
        <w:t xml:space="preserve">,</w:t>
      </w:r>
      <w:r>
        <w:t xml:space="preserve"> </w:t>
      </w:r>
      <w:r>
        <w:rPr>
          <w:i/>
          <w:iCs/>
        </w:rPr>
        <w:t xml:space="preserve">nevertheless</w:t>
      </w:r>
      <w:r>
        <w:t xml:space="preserve">, etc.</w:t>
      </w:r>
    </w:p>
    <w:p>
      <w:pPr>
        <w:pStyle w:val="Compact"/>
        <w:numPr>
          <w:ilvl w:val="0"/>
          <w:numId w:val="1001"/>
        </w:numPr>
      </w:pPr>
      <w:r>
        <w:rPr>
          <w:b/>
          <w:bCs/>
        </w:rPr>
        <w:t xml:space="preserve">So many</w:t>
      </w:r>
      <w:r>
        <w:rPr>
          <w:b/>
          <w:bCs/>
        </w:rPr>
        <w:t xml:space="preserve"> </w:t>
      </w:r>
      <w:r>
        <w:rPr>
          <w:b/>
          <w:bCs/>
          <w:u w:val="single"/>
        </w:rPr>
        <w:t xml:space="preserve">litigants</w:t>
      </w:r>
      <w:r>
        <w:rPr>
          <w:b/>
          <w:bCs/>
        </w:rPr>
        <w:t xml:space="preserve">, at the same stage in their trials, have stood before me just like you are now</w:t>
      </w:r>
      <w:r>
        <w:br/>
      </w:r>
      <w:r>
        <w:t xml:space="preserve">    (a) instances of telling a story</w:t>
      </w:r>
      <w:r>
        <w:br/>
      </w:r>
      <w:r>
        <w:t xml:space="preserve">    (b) instances of dramatic change</w:t>
      </w:r>
      <w:r>
        <w:br/>
      </w:r>
      <w:r>
        <w:t xml:space="preserve">    (c) people involved in a lawsuit</w:t>
      </w:r>
    </w:p>
    <w:p>
      <w:pPr>
        <w:pStyle w:val="Compact"/>
        <w:numPr>
          <w:ilvl w:val="0"/>
          <w:numId w:val="1001"/>
        </w:numPr>
      </w:pPr>
      <w:r>
        <w:rPr>
          <w:b/>
          <w:bCs/>
        </w:rPr>
        <w:t xml:space="preserve">But he's also being</w:t>
      </w:r>
      <w:r>
        <w:rPr>
          <w:b/>
          <w:bCs/>
        </w:rPr>
        <w:t xml:space="preserve"> </w:t>
      </w:r>
      <w:r>
        <w:rPr>
          <w:b/>
          <w:bCs/>
          <w:u w:val="single"/>
        </w:rPr>
        <w:t xml:space="preserve">deceived</w:t>
      </w:r>
      <w:r>
        <w:rPr>
          <w:b/>
          <w:bCs/>
        </w:rPr>
        <w:t xml:space="preserve"> </w:t>
      </w:r>
      <w:r>
        <w:rPr>
          <w:b/>
          <w:bCs/>
        </w:rPr>
        <w:t xml:space="preserve">by the man from the country as he's this man's subordinate and doesn't know it.</w:t>
      </w:r>
      <w:r>
        <w:br/>
      </w:r>
      <w:r>
        <w:t xml:space="preserve">    (a) began fighting</w:t>
      </w:r>
      <w:r>
        <w:br/>
      </w:r>
      <w:r>
        <w:t xml:space="preserve">    (b) lied or misled</w:t>
      </w:r>
      <w:r>
        <w:br/>
      </w:r>
      <w:r>
        <w:t xml:space="preserve">    (c) told (a story)</w:t>
      </w:r>
    </w:p>
    <w:p>
      <w:pPr>
        <w:pStyle w:val="Compact"/>
        <w:numPr>
          <w:ilvl w:val="0"/>
          <w:numId w:val="1001"/>
        </w:numPr>
      </w:pPr>
      <w:r>
        <w:rPr>
          <w:b/>
          <w:bCs/>
        </w:rPr>
        <w:t xml:space="preserve">But he's also being deceived by the man from the country as he's this man's</w:t>
      </w:r>
      <w:r>
        <w:rPr>
          <w:b/>
          <w:bCs/>
        </w:rPr>
        <w:t xml:space="preserve"> </w:t>
      </w:r>
      <w:r>
        <w:rPr>
          <w:b/>
          <w:bCs/>
          <w:u w:val="single"/>
        </w:rPr>
        <w:t xml:space="preserve">subordinate</w:t>
      </w:r>
      <w:r>
        <w:rPr>
          <w:b/>
          <w:bCs/>
        </w:rPr>
        <w:t xml:space="preserve"> </w:t>
      </w:r>
      <w:r>
        <w:rPr>
          <w:b/>
          <w:bCs/>
        </w:rPr>
        <w:t xml:space="preserve">and doesn't know it.</w:t>
      </w:r>
      <w:r>
        <w:br/>
      </w:r>
      <w:r>
        <w:t xml:space="preserve">    (a) prepare food in a way that keeps it from spoiling</w:t>
      </w:r>
      <w:r>
        <w:br/>
      </w:r>
      <w:r>
        <w:t xml:space="preserve">    (b) treat as a particular type that is considered bad</w:t>
      </w:r>
      <w:r>
        <w:br/>
      </w:r>
      <w:r>
        <w:t xml:space="preserve">    (c) less important or subservient; or to rank as such</w:t>
      </w:r>
    </w:p>
    <w:p>
      <w:pPr>
        <w:pStyle w:val="Compact"/>
        <w:numPr>
          <w:ilvl w:val="0"/>
          <w:numId w:val="1001"/>
        </w:numPr>
      </w:pPr>
      <w:r>
        <w:rPr>
          <w:b/>
          <w:bCs/>
        </w:rPr>
        <w:t xml:space="preserve">All three of them now, in complete agreement, went over a bridge in the light of the moon, the two gentlemen were willing to</w:t>
      </w:r>
      <w:r>
        <w:rPr>
          <w:b/>
          <w:bCs/>
        </w:rPr>
        <w:t xml:space="preserve"> </w:t>
      </w:r>
      <w:r>
        <w:rPr>
          <w:b/>
          <w:bCs/>
          <w:u w:val="single"/>
        </w:rPr>
        <w:t xml:space="preserve">yield</w:t>
      </w:r>
      <w:r>
        <w:rPr>
          <w:b/>
          <w:bCs/>
        </w:rPr>
        <w:t xml:space="preserve"> </w:t>
      </w:r>
      <w:r>
        <w:rPr>
          <w:b/>
          <w:bCs/>
        </w:rPr>
        <w:t xml:space="preserve">to each little movement made by K. as he moved slightly towards the edge and directed the group in that direction as a single unit.</w:t>
      </w:r>
      <w:r>
        <w:br/>
      </w:r>
      <w:r>
        <w:t xml:space="preserve">    (a) select (on a computer screen)</w:t>
      </w:r>
      <w:r>
        <w:br/>
      </w:r>
      <w:r>
        <w:t xml:space="preserve">    (b) give in, give way, or give up</w:t>
      </w:r>
      <w:r>
        <w:br/>
      </w:r>
      <w:r>
        <w:t xml:space="preserve">    (c) an involuntary vomiting spasm</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2026-07-31T16:18:08Z</dcterms:created>
  <dcterms:modified xsi:type="dcterms:W3CDTF">2026-07-31T16:18:08Z</dcterms:modified>
</cp:coreProperties>
</file>

<file path=docProps/custom.xml><?xml version="1.0" encoding="utf-8"?>
<Properties xmlns="http://schemas.openxmlformats.org/officeDocument/2006/custom-properties" xmlns:vt="http://schemas.openxmlformats.org/officeDocument/2006/docPropsVTypes"/>
</file>