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65f8588725d4d0510f3824adb263932f8f0b599"/>
    <w:p>
      <w:pPr>
        <w:pStyle w:val="Heading1"/>
      </w:pPr>
      <w:r>
        <w:rPr>
          <w:b/>
          <w:bCs/>
        </w:rPr>
        <w:t xml:space="preserve">The Trial of Socrates</w:t>
      </w:r>
      <w:r>
        <w:br/>
      </w:r>
      <w:r>
        <w:rPr>
          <w:i/>
          <w:iCs/>
        </w:rPr>
        <w:t xml:space="preserve">Doug Linder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Why, in a society enjoying more freedom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democracy</w:t>
      </w:r>
      <w:r>
        <w:rPr>
          <w:b/>
          <w:bCs/>
        </w:rPr>
        <w:t xml:space="preserve"> </w:t>
      </w:r>
      <w:r>
        <w:rPr>
          <w:b/>
          <w:bCs/>
        </w:rPr>
        <w:t xml:space="preserve">than any the world had ever seen, would a seventy-year-old philosopher be put to death for what he was teaching?</w:t>
      </w:r>
      <w:r>
        <w:br/>
      </w:r>
      <w:r>
        <w:t xml:space="preserve">    (a) lack of interest; or the process of stopping interaction or interest</w:t>
      </w:r>
      <w:r>
        <w:br/>
      </w:r>
      <w:r>
        <w:t xml:space="preserve">    (b) relating to logical examination of something to better understand it</w:t>
      </w:r>
      <w:r>
        <w:br/>
      </w:r>
      <w:r>
        <w:t xml:space="preserve">    (c) a system of government in which citizens have power with equal votes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 appears almost certain is that the decisions to prosecute and ultimately convict Socrates had a lot to do with the turbulent history of Athens in the several years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preceding</w:t>
      </w:r>
      <w:r>
        <w:rPr>
          <w:b/>
          <w:bCs/>
        </w:rPr>
        <w:t xml:space="preserve"> </w:t>
      </w:r>
      <w:r>
        <w:rPr>
          <w:b/>
          <w:bCs/>
        </w:rPr>
        <w:t xml:space="preserve">his trial.</w:t>
      </w:r>
      <w:r>
        <w:br/>
      </w:r>
      <w:r>
        <w:t xml:space="preserve">    (a) beginning to fight again</w:t>
      </w:r>
      <w:r>
        <w:br/>
      </w:r>
      <w:r>
        <w:t xml:space="preserve">    (b) influencing or effecting</w:t>
      </w:r>
      <w:r>
        <w:br/>
      </w:r>
      <w:r>
        <w:t xml:space="preserve">    (c) prior (in time or space)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Writing in the third-century C.E. in his The Lives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Eminent</w:t>
      </w:r>
      <w:r>
        <w:rPr>
          <w:b/>
          <w:bCs/>
        </w:rPr>
        <w:t xml:space="preserve"> </w:t>
      </w:r>
      <w:r>
        <w:rPr>
          <w:b/>
          <w:bCs/>
        </w:rPr>
        <w:t xml:space="preserve">Philosophers, Diogenes Laertius reported that Socrates "discussed moral questions in the workshops and the marketplace."</w:t>
      </w:r>
      <w:r>
        <w:br/>
      </w:r>
      <w:r>
        <w:t xml:space="preserve">    (a) able to be stopped from happening</w:t>
      </w:r>
      <w:r>
        <w:br/>
      </w:r>
      <w:r>
        <w:t xml:space="preserve">    (b) respected and famous or important</w:t>
      </w:r>
      <w:r>
        <w:br/>
      </w:r>
      <w:r>
        <w:t xml:space="preserve">    (c) improper, awkward, or unfavorable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Often his unpopular views, expressed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disdainfully</w:t>
      </w:r>
      <w:r>
        <w:rPr>
          <w:b/>
          <w:bCs/>
        </w:rPr>
        <w:t xml:space="preserve"> </w:t>
      </w:r>
      <w:r>
        <w:rPr>
          <w:b/>
          <w:bCs/>
        </w:rPr>
        <w:t xml:space="preserve">and with an air of condescension, provoked his listeners to anger.</w:t>
      </w:r>
      <w:r>
        <w:br/>
      </w:r>
      <w:r>
        <w:t xml:space="preserve">    (a) with a lack of respect; or with a sense of superiority</w:t>
      </w:r>
      <w:r>
        <w:br/>
      </w:r>
      <w:r>
        <w:t xml:space="preserve">    (b) without concern for what others might think of oneself</w:t>
      </w:r>
      <w:r>
        <w:br/>
      </w:r>
      <w:r>
        <w:t xml:space="preserve">    (c) in a manner that is aware or concerned about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Often his unpopular views, expressed disdainfully and with an air of condescension,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provoked</w:t>
      </w:r>
      <w:r>
        <w:rPr>
          <w:b/>
          <w:bCs/>
        </w:rPr>
        <w:t xml:space="preserve"> </w:t>
      </w:r>
      <w:r>
        <w:rPr>
          <w:b/>
          <w:bCs/>
        </w:rPr>
        <w:t xml:space="preserve">his listeners to anger.</w:t>
      </w:r>
      <w:r>
        <w:br/>
      </w:r>
      <w:r>
        <w:t xml:space="preserve">    (a) nervous or confused</w:t>
      </w:r>
      <w:r>
        <w:br/>
      </w:r>
      <w:r>
        <w:t xml:space="preserve">    (b) caused (a reaction)</w:t>
      </w:r>
      <w:r>
        <w:br/>
      </w:r>
      <w:r>
        <w:t xml:space="preserve">    (c) excessively excited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his play Clouds, first produced in 423 B.C.E., Aristophanes presents Socrates as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eccentric</w:t>
      </w:r>
      <w:r>
        <w:rPr>
          <w:b/>
          <w:bCs/>
        </w:rPr>
        <w:t xml:space="preserve"> </w:t>
      </w:r>
      <w:r>
        <w:rPr>
          <w:b/>
          <w:bCs/>
        </w:rPr>
        <w:t xml:space="preserve">and comic headmaster of a "thinkery" (or "thoughtery").</w:t>
      </w:r>
      <w:r>
        <w:br/>
      </w:r>
      <w:r>
        <w:t xml:space="preserve">    (a) person responsible for seeing that special conditions are met by a person who was released from prison early</w:t>
      </w:r>
      <w:r>
        <w:br/>
      </w:r>
      <w:r>
        <w:t xml:space="preserve">    (b) characterized by withdrawal, an inability to form close relationships, and taking pleasure in few activities</w:t>
      </w:r>
      <w:r>
        <w:br/>
      </w:r>
      <w:r>
        <w:t xml:space="preserve">    (c) unconventional or strange; or a person with such traits -- often in a way that seems interesting or harmless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revolt sent many of Athen's leading democratic citizens (including Anytus, later the driving force behind the prosecution of Socrates) into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exile</w:t>
      </w:r>
      <w:r>
        <w:rPr>
          <w:b/>
          <w:bCs/>
        </w:rPr>
        <w:t xml:space="preserve">, where they organized a resistance movement.</w:t>
      </w:r>
      <w:r>
        <w:br/>
      </w:r>
      <w:r>
        <w:t xml:space="preserve">    (a) to force someone to live outside of their homeland; or living in such a condition</w:t>
      </w:r>
      <w:r>
        <w:br/>
      </w:r>
      <w:r>
        <w:br/>
      </w:r>
      <w:r>
        <w:t xml:space="preserve">or more rarely:  voluntary absence from a place someone would rather be</w:t>
      </w:r>
      <w:r>
        <w:br/>
      </w:r>
      <w:r>
        <w:t xml:space="preserve">    (b) (noun) something that is lighter and draws attention -- such as an area of a painting  OR  (verb) making something lighter -- such as an area of a painting</w:t>
      </w:r>
      <w:r>
        <w:br/>
      </w:r>
      <w:r>
        <w:t xml:space="preserve">    (c) recommend or require what should be done  OR  (of a medical doctor) give medical instructions -- such as writing that a patient should take antibiotics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general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amnesty</w:t>
      </w:r>
      <w:r>
        <w:rPr>
          <w:b/>
          <w:bCs/>
        </w:rPr>
        <w:t xml:space="preserve"> </w:t>
      </w:r>
      <w:r>
        <w:rPr>
          <w:b/>
          <w:bCs/>
        </w:rPr>
        <w:t xml:space="preserve">issued in 403 meant that Socrates could not be prosecuted for any of his actions during or before the reign of the Thirty Tyrants.</w:t>
      </w:r>
      <w:r>
        <w:br/>
      </w:r>
      <w:r>
        <w:t xml:space="preserve">    (a) degrade ( decrease) the purity, quality, or status of something</w:t>
      </w:r>
      <w:r>
        <w:br/>
      </w:r>
      <w:r>
        <w:t xml:space="preserve">    (b) a pardon; or the time period during which the pardon is offered</w:t>
      </w:r>
      <w:r>
        <w:br/>
      </w:r>
      <w:r>
        <w:t xml:space="preserve">    (c) bad feeling such as embarrassment, disappointment, or annoyance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preliminary hearing before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magistrate</w:t>
      </w:r>
      <w:r>
        <w:rPr>
          <w:b/>
          <w:bCs/>
        </w:rPr>
        <w:t xml:space="preserve"> </w:t>
      </w:r>
      <w:r>
        <w:rPr>
          <w:b/>
          <w:bCs/>
        </w:rPr>
        <w:t xml:space="preserve">at the Royal Stoa began with the reading of the written charge by Meletus.</w:t>
      </w:r>
      <w:r>
        <w:br/>
      </w:r>
      <w:r>
        <w:t xml:space="preserve">    (a) someone who shows</w:t>
      </w:r>
      <w:r>
        <w:br/>
      </w:r>
      <w:r>
        <w:t xml:space="preserve">    (b) people who attack</w:t>
      </w:r>
      <w:r>
        <w:br/>
      </w:r>
      <w:r>
        <w:t xml:space="preserve">    (c) judicial official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magistrate questioned both Meletus and Socrates, then gave both the accuser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defendant</w:t>
      </w:r>
      <w:r>
        <w:rPr>
          <w:b/>
          <w:bCs/>
        </w:rPr>
        <w:t xml:space="preserve"> </w:t>
      </w:r>
      <w:r>
        <w:rPr>
          <w:b/>
          <w:bCs/>
        </w:rPr>
        <w:t xml:space="preserve">an opportunity to question each other.</w:t>
      </w:r>
      <w:r>
        <w:br/>
      </w:r>
      <w:r>
        <w:t xml:space="preserve">    (a) belief or opinion formed by viewing things a certain way</w:t>
      </w:r>
      <w:r>
        <w:br/>
      </w:r>
      <w:r>
        <w:t xml:space="preserve">    (b) a person or institution legally accused or sued in court</w:t>
      </w:r>
      <w:r>
        <w:br/>
      </w:r>
      <w:r>
        <w:t xml:space="preserve">    (c) soft leather shoe traditionally worn by Native Americans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Without a "worthy adviser," Socrates predicted, he would "fall into some disgraceful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propensity</w:t>
      </w:r>
      <w:r>
        <w:rPr>
          <w:b/>
          <w:bCs/>
        </w:rPr>
        <w:t xml:space="preserve"> </w:t>
      </w:r>
      <w:r>
        <w:rPr>
          <w:b/>
          <w:bCs/>
        </w:rPr>
        <w:t xml:space="preserve">and will surely go far in the career of vice."</w:t>
      </w:r>
      <w:r>
        <w:br/>
      </w:r>
      <w:r>
        <w:t xml:space="preserve">    (a) a subtle characteristic</w:t>
      </w:r>
      <w:r>
        <w:br/>
      </w:r>
      <w:r>
        <w:t xml:space="preserve">    (b) interaction or interest</w:t>
      </w:r>
      <w:r>
        <w:br/>
      </w:r>
      <w:r>
        <w:t xml:space="preserve">    (c) tendency or inclination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Xenophon indicates that the impiety charge stemmed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primarily</w:t>
      </w:r>
      <w:r>
        <w:rPr>
          <w:b/>
          <w:bCs/>
        </w:rPr>
        <w:t xml:space="preserve"> </w:t>
      </w:r>
      <w:r>
        <w:rPr>
          <w:b/>
          <w:bCs/>
        </w:rPr>
        <w:t xml:space="preserve">from the contention of Socrates that he received divine communications (a "voice" or a "sign") directing him to avoid politics and concentrate on his philosophic mission.</w:t>
      </w:r>
      <w:r>
        <w:br/>
      </w:r>
      <w:r>
        <w:t xml:space="preserve">    (a) mainly</w:t>
      </w:r>
      <w:r>
        <w:br/>
      </w:r>
      <w:r>
        <w:t xml:space="preserve">    (b) really</w:t>
      </w:r>
      <w:r>
        <w:br/>
      </w:r>
      <w:r>
        <w:t xml:space="preserve">    (c) wisely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vague charge such as impiety invited jurors to project their many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varied</w:t>
      </w:r>
      <w:r>
        <w:rPr>
          <w:b/>
          <w:bCs/>
        </w:rPr>
        <w:t xml:space="preserve"> </w:t>
      </w:r>
      <w:r>
        <w:rPr>
          <w:b/>
          <w:bCs/>
        </w:rPr>
        <w:t xml:space="preserve">grievances against Socrates.</w:t>
      </w:r>
      <w:r>
        <w:br/>
      </w:r>
      <w:r>
        <w:t xml:space="preserve">    (a) began fighting again</w:t>
      </w:r>
      <w:r>
        <w:br/>
      </w:r>
      <w:r>
        <w:t xml:space="preserve">    (b) took on as one's own</w:t>
      </w:r>
      <w:r>
        <w:br/>
      </w:r>
      <w:r>
        <w:t xml:space="preserve">    (c) differed; or changed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Socrates responds not by specifically denying the charge of atheism, but by attacking Meletus for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inconsistency</w:t>
      </w:r>
      <w:r>
        <w:rPr>
          <w:b/>
          <w:bCs/>
        </w:rPr>
        <w:t xml:space="preserve">: the charge against him accused him of believing in other gods, not in believing in no gods.</w:t>
      </w:r>
      <w:r>
        <w:br/>
      </w:r>
      <w:r>
        <w:t xml:space="preserve">    (a) a collection of things on public display  OR  a detailed explanation or background of a specific topic</w:t>
      </w:r>
      <w:r>
        <w:br/>
      </w:r>
      <w:r>
        <w:t xml:space="preserve">    (b) not the same in different parts or at different times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not in agreement [with something else]</w:t>
      </w:r>
      <w:r>
        <w:br/>
      </w:r>
      <w:r>
        <w:t xml:space="preserve">    (c) the process of assigning a value on or judging the worth of something; or the result of such a process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Plato's account is accurate, Socrates could have been seen by jurors offering a smokescreen rather than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refutation</w:t>
      </w:r>
      <w:r>
        <w:rPr>
          <w:b/>
          <w:bCs/>
        </w:rPr>
        <w:t xml:space="preserve"> </w:t>
      </w:r>
      <w:r>
        <w:rPr>
          <w:b/>
          <w:bCs/>
        </w:rPr>
        <w:t xml:space="preserve">of the charge of impiety.</w:t>
      </w:r>
      <w:r>
        <w:br/>
      </w:r>
      <w:r>
        <w:t xml:space="preserve">    (a) found a condition or substance to be present</w:t>
      </w:r>
      <w:r>
        <w:br/>
      </w:r>
      <w:r>
        <w:t xml:space="preserve">    (b) evidence or argument that something is false</w:t>
      </w:r>
      <w:r>
        <w:br/>
      </w:r>
      <w:r>
        <w:t xml:space="preserve">    (c) Nazi organization for children aged 10 to 18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Socrates, in Plato's account, points to his refusal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comply</w:t>
      </w:r>
      <w:r>
        <w:rPr>
          <w:b/>
          <w:bCs/>
        </w:rPr>
        <w:t xml:space="preserve"> </w:t>
      </w:r>
      <w:r>
        <w:rPr>
          <w:b/>
          <w:bCs/>
        </w:rPr>
        <w:t xml:space="preserve">with the Tyrants' order that he bring in Leon of Salamis for summary execution.</w:t>
      </w:r>
      <w:r>
        <w:br/>
      </w:r>
      <w:r>
        <w:t xml:space="preserve">    (a) to act in agreement with a rule, request, or demand</w:t>
      </w:r>
      <w:r>
        <w:br/>
      </w:r>
      <w:r>
        <w:t xml:space="preserve">    (b) to begin communication with someone about something</w:t>
      </w:r>
      <w:r>
        <w:br/>
      </w:r>
      <w:r>
        <w:t xml:space="preserve">    (c) did not find a condition or substance to be present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Moreover</w:t>
      </w:r>
      <w:r>
        <w:rPr>
          <w:b/>
          <w:bCs/>
        </w:rPr>
        <w:t xml:space="preserve">, Socrates suggests to the jury, if Critias really understood his words, he never would have gone on the bloody rampage that he did in 404-403.</w:t>
      </w:r>
      <w:r>
        <w:br/>
      </w:r>
      <w:r>
        <w:t xml:space="preserve">    (a) even though -- used to connect contrasting ideas</w:t>
      </w:r>
      <w:r>
        <w:br/>
      </w:r>
      <w:r>
        <w:t xml:space="preserve">    (b) in addition to what has just been said</w:t>
      </w:r>
      <w:r>
        <w:br/>
      </w:r>
      <w:r>
        <w:t xml:space="preserve">    (c) despite that (used to connect contrasting ideas)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With no judge to offer them instructions as to how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interpret</w:t>
      </w:r>
      <w:r>
        <w:rPr>
          <w:b/>
          <w:bCs/>
        </w:rPr>
        <w:t xml:space="preserve"> </w:t>
      </w:r>
      <w:r>
        <w:rPr>
          <w:b/>
          <w:bCs/>
        </w:rPr>
        <w:t xml:space="preserve">the charges or the law, each juror struggled for himself to come to an understanding of the case and the guilt or innocence of Socrates.</w:t>
      </w:r>
      <w:r>
        <w:br/>
      </w:r>
      <w:r>
        <w:t xml:space="preserve">    (a) excessively examine in an attempt to better understand</w:t>
      </w:r>
      <w:r>
        <w:br/>
      </w:r>
      <w:r>
        <w:t xml:space="preserve">    (b) to understand or explain something in a particular way</w:t>
      </w:r>
      <w:r>
        <w:br/>
      </w:r>
      <w:r>
        <w:t xml:space="preserve">    (c) become less drunk (or get completely past drunkenness)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Instead, Socrates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audaciously</w:t>
      </w:r>
      <w:r>
        <w:rPr>
          <w:b/>
          <w:bCs/>
        </w:rPr>
        <w:t xml:space="preserve"> </w:t>
      </w:r>
      <w:r>
        <w:rPr>
          <w:b/>
          <w:bCs/>
        </w:rPr>
        <w:t xml:space="preserve">proposes to the jury that he be rewarded, not punished.</w:t>
      </w:r>
      <w:r>
        <w:br/>
      </w:r>
      <w:r>
        <w:t xml:space="preserve">    (a) in a manner that changes</w:t>
      </w:r>
      <w:r>
        <w:br/>
      </w:r>
      <w:r>
        <w:t xml:space="preserve">    (b) with boldness and daring</w:t>
      </w:r>
      <w:r>
        <w:br/>
      </w:r>
      <w:r>
        <w:t xml:space="preserve">    (c) in an understated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I. F. Stone noted that "Socrates acts more like a picador trying to enrage a bull than a defendant trying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mollify</w:t>
      </w:r>
      <w:r>
        <w:rPr>
          <w:b/>
          <w:bCs/>
        </w:rPr>
        <w:t xml:space="preserve"> </w:t>
      </w:r>
      <w:r>
        <w:rPr>
          <w:b/>
          <w:bCs/>
        </w:rPr>
        <w:t xml:space="preserve">a jury."</w:t>
      </w:r>
      <w:r>
        <w:br/>
      </w:r>
      <w:r>
        <w:t xml:space="preserve">    (a) quit</w:t>
      </w:r>
      <w:r>
        <w:br/>
      </w:r>
      <w:r>
        <w:t xml:space="preserve">    (b) calm</w:t>
      </w:r>
      <w:r>
        <w:br/>
      </w:r>
      <w:r>
        <w:t xml:space="preserve">    (c) draw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2026-07-31T19:12:39Z</dcterms:created>
  <dcterms:modified xsi:type="dcterms:W3CDTF">2026-07-31T19:12:39Z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