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254ff2790033668f1af2c208c14390dc423c88"/>
    <w:p>
      <w:pPr>
        <w:pStyle w:val="Heading1"/>
      </w:pPr>
      <w:r>
        <w:rPr>
          <w:b/>
          <w:bCs/>
        </w:rPr>
        <w:t xml:space="preserve">The Titan's Curse</w:t>
      </w:r>
      <w:r>
        <w:br/>
      </w:r>
      <w:r>
        <w:rPr>
          <w:i/>
          <w:iCs/>
        </w:rPr>
        <w:t xml:space="preserve">Rick Riordan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suspects. I don't think he's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yet, but this is the last day of term. I'm sure he won't let them leave campus without finding out.</w:t>
      </w:r>
      <w:r>
        <w:br/>
      </w:r>
      <w:r>
        <w:t xml:space="preserve">    (a) certain</w:t>
      </w:r>
      <w:r>
        <w:br/>
      </w:r>
      <w:r>
        <w:t xml:space="preserve">    (b) outside</w:t>
      </w:r>
      <w:r>
        <w:br/>
      </w:r>
      <w:r>
        <w:t xml:space="preserve">    (c) various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Zoe started the meeting off on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positive</w:t>
      </w:r>
      <w:r>
        <w:rPr>
          <w:b/>
          <w:bCs/>
        </w:rPr>
        <w:t xml:space="preserve"> </w:t>
      </w:r>
      <w:r>
        <w:rPr>
          <w:b/>
          <w:bCs/>
        </w:rPr>
        <w:t xml:space="preserve">note.</w:t>
      </w:r>
      <w:r>
        <w:br/>
      </w:r>
      <w:r>
        <w:t xml:space="preserve">    (a) optimistic (focusing on good things)</w:t>
      </w:r>
      <w:r>
        <w:br/>
      </w:r>
      <w:r>
        <w:t xml:space="preserve">    (b) unable to get closer to</w:t>
      </w:r>
      <w:r>
        <w:br/>
      </w:r>
      <w:r>
        <w:t xml:space="preserve">    (c) not sensible or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Last summer, Grover had created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empathy</w:t>
      </w:r>
      <w:r>
        <w:rPr>
          <w:b/>
          <w:bCs/>
        </w:rPr>
        <w:t xml:space="preserve"> </w:t>
      </w:r>
      <w:r>
        <w:rPr>
          <w:b/>
          <w:bCs/>
        </w:rPr>
        <w:t xml:space="preserve">link between us.</w:t>
      </w:r>
      <w:r>
        <w:br/>
      </w:r>
      <w:r>
        <w:t xml:space="preserve">    (a) a place where conditions are kept as they were to protect wildlife</w:t>
      </w:r>
      <w:r>
        <w:br/>
      </w:r>
      <w:r>
        <w:t xml:space="preserve">    (b) someone who believes that all knowledge is derived from experience</w:t>
      </w:r>
      <w:r>
        <w:br/>
      </w:r>
      <w:r>
        <w:t xml:space="preserve">    (c) the ability or tendency to understand or share in others' feelings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...his first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volley</w:t>
      </w:r>
      <w:r>
        <w:rPr>
          <w:b/>
          <w:bCs/>
        </w:rPr>
        <w:t xml:space="preserve"> </w:t>
      </w:r>
      <w:r>
        <w:rPr>
          <w:b/>
          <w:bCs/>
        </w:rPr>
        <w:t xml:space="preserve">of missiles zipped harmlessly over our heads.</w:t>
      </w:r>
      <w:r>
        <w:br/>
      </w:r>
      <w:r>
        <w:t xml:space="preserve">    (a) express personal artistic ideas or feelings while performing (or performing to) someone else's work</w:t>
      </w:r>
      <w:r>
        <w:br/>
      </w:r>
      <w:r>
        <w:t xml:space="preserve">    (b) direct energy from a negative (unacceptable) impulse or urge into a positive or acceptable action</w:t>
      </w:r>
      <w:r>
        <w:br/>
      </w:r>
      <w:r>
        <w:t xml:space="preserve">    (c) a rapid or simultaneous discharge of projectiles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!" the monster roared.</w:t>
      </w:r>
      <w:r>
        <w:br/>
      </w:r>
      <w:r>
        <w:t xml:space="preserve">    (a) surrender (give up)</w:t>
      </w:r>
      <w:r>
        <w:br/>
      </w:r>
      <w:r>
        <w:t xml:space="preserve">    (b) select (on a computer screen)</w:t>
      </w:r>
      <w:r>
        <w:br/>
      </w:r>
      <w:r>
        <w:t xml:space="preserve">    (c) an involuntary vomiting spasm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auburn</w:t>
      </w:r>
      <w:r>
        <w:rPr>
          <w:b/>
          <w:bCs/>
        </w:rPr>
        <w:t xml:space="preserve">-haired girl turned toward me.</w:t>
      </w:r>
      <w:r>
        <w:br/>
      </w:r>
      <w:r>
        <w:t xml:space="preserve">    (a) painted white</w:t>
      </w:r>
      <w:r>
        <w:br/>
      </w:r>
      <w:r>
        <w:t xml:space="preserve">    (b) colored a moderate reddish-brown</w:t>
      </w:r>
      <w:r>
        <w:br/>
      </w:r>
      <w:r>
        <w:t xml:space="preserve">    (c) challengeable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figured an animal rights activist would've had a heart attack looking at all those rare skins, but maybe since Artemis was the-goddess of the hunt, she could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replenish</w:t>
      </w:r>
      <w:r>
        <w:rPr>
          <w:b/>
          <w:bCs/>
        </w:rPr>
        <w:t xml:space="preserve"> </w:t>
      </w:r>
      <w:r>
        <w:rPr>
          <w:b/>
          <w:bCs/>
        </w:rPr>
        <w:t xml:space="preserve">whatever she shot.</w:t>
      </w:r>
      <w:r>
        <w:br/>
      </w:r>
      <w:r>
        <w:t xml:space="preserve">    (a) point to differences between; or compare to show differences</w:t>
      </w:r>
      <w:r>
        <w:br/>
      </w:r>
      <w:r>
        <w:t xml:space="preserve">    (b) replace what was used up; or restore to a previous condition</w:t>
      </w:r>
      <w:r>
        <w:br/>
      </w:r>
      <w:r>
        <w:t xml:space="preserve">    (c) provide investment funds for something -- such as a business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"To begin with," Zoe said, "</w:t>
      </w:r>
      <w:r>
        <w:rPr>
          <w:b/>
          <w:bCs/>
          <w:u w:val="single"/>
        </w:rPr>
        <w:t xml:space="preserve">immortality</w:t>
      </w:r>
      <w:r>
        <w:rPr>
          <w:b/>
          <w:bCs/>
        </w:rPr>
        <w:t xml:space="preserve">."</w:t>
      </w:r>
      <w:r>
        <w:br/>
      </w:r>
      <w:r>
        <w:t xml:space="preserve">    (a) eternal life (to live forever)</w:t>
      </w:r>
      <w:r>
        <w:br/>
      </w:r>
      <w:r>
        <w:t xml:space="preserve">    (b) someone who disturbs or annoys</w:t>
      </w:r>
      <w:r>
        <w:br/>
      </w:r>
      <w:r>
        <w:t xml:space="preserve">    (c) with or based on basic beliefs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Watch out for those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prophecies</w:t>
      </w:r>
      <w:r>
        <w:rPr>
          <w:b/>
          <w:bCs/>
        </w:rPr>
        <w:t xml:space="preserve">, Percy.</w:t>
      </w:r>
      <w:r>
        <w:br/>
      </w:r>
      <w:r>
        <w:t xml:space="preserve">    (a) predictions of the future</w:t>
      </w:r>
      <w:r>
        <w:br/>
      </w:r>
      <w:r>
        <w:t xml:space="preserve">    (b) things easily set on fire</w:t>
      </w:r>
      <w:r>
        <w:br/>
      </w:r>
      <w:r>
        <w:t xml:space="preserve">    (c) interactions or interests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You're ...you're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centaur</w:t>
      </w:r>
      <w:r>
        <w:rPr>
          <w:b/>
          <w:bCs/>
        </w:rPr>
        <w:t xml:space="preserve">!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a mythical being that is half man and half horse</w:t>
      </w:r>
      <w:r>
        <w:br/>
      </w:r>
      <w:r>
        <w:t xml:space="preserve">    (c) a general feeling of not being as good as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torches and braziers kept the outdoor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</w:t>
      </w:r>
      <w:r>
        <w:rPr>
          <w:b/>
          <w:bCs/>
        </w:rPr>
        <w:t xml:space="preserve"> </w:t>
      </w:r>
      <w:r>
        <w:rPr>
          <w:b/>
          <w:bCs/>
        </w:rPr>
        <w:t xml:space="preserve">warm,</w:t>
      </w:r>
      <w:r>
        <w:br/>
      </w:r>
      <w:r>
        <w:t xml:space="preserve">    (a) a large structure separate from other structures</w:t>
      </w:r>
      <w:r>
        <w:br/>
      </w:r>
      <w:r>
        <w:t xml:space="preserve">    (b) make something more attractive or interesting by adding to it</w:t>
      </w:r>
      <w:r>
        <w:br/>
      </w:r>
      <w:r>
        <w:t xml:space="preserve">    (c) a small group of people who plot in secret and exercise power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blue-feathered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bronze</w:t>
      </w:r>
      <w:r>
        <w:rPr>
          <w:b/>
          <w:bCs/>
        </w:rPr>
        <w:t xml:space="preserve"> </w:t>
      </w:r>
      <w:r>
        <w:rPr>
          <w:b/>
          <w:bCs/>
        </w:rPr>
        <w:t xml:space="preserve">helmet was falling in his eyes, and his breastplate was about six sizes too big.</w:t>
      </w:r>
      <w:r>
        <w:br/>
      </w:r>
      <w:r>
        <w:t xml:space="preserve">    (a) appropriate in size, amount, or degree</w:t>
      </w:r>
      <w:r>
        <w:br/>
      </w:r>
      <w:r>
        <w:t xml:space="preserve">    (b) made of a type of high-quality metal</w:t>
      </w:r>
      <w:r>
        <w:br/>
      </w:r>
      <w:r>
        <w:t xml:space="preserve">    (c) examine in detail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took all my willpower not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cower</w:t>
      </w:r>
      <w:r>
        <w:rPr>
          <w:b/>
          <w:bCs/>
        </w:rPr>
        <w:t xml:space="preserve">.</w:t>
      </w:r>
      <w:r>
        <w:br/>
      </w:r>
      <w:r>
        <w:t xml:space="preserve">    (a) a pardon; or the time period during which the pardon is offered</w:t>
      </w:r>
      <w:r>
        <w:br/>
      </w:r>
      <w:r>
        <w:t xml:space="preserve">    (b) show fear by positioning the body as though afraid of being hit</w:t>
      </w:r>
      <w:r>
        <w:br/>
      </w:r>
      <w:r>
        <w:t xml:space="preserve">    (c) recognize the value or importance of; and/or to be grateful for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Then, as we were watching, the mist swirled and retreated like a great green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</w:t>
      </w:r>
      <w:r>
        <w:rPr>
          <w:b/>
          <w:bCs/>
        </w:rPr>
        <w:t xml:space="preserve"> </w:t>
      </w:r>
      <w:r>
        <w:rPr>
          <w:b/>
          <w:bCs/>
        </w:rPr>
        <w:t xml:space="preserve">into the mummy's mouth.</w:t>
      </w:r>
      <w:r>
        <w:br/>
      </w:r>
      <w:r>
        <w:t xml:space="preserve">    (a) story</w:t>
      </w:r>
      <w:r>
        <w:br/>
      </w:r>
      <w:r>
        <w:t xml:space="preserve">    (b) skill</w:t>
      </w:r>
      <w:r>
        <w:br/>
      </w:r>
      <w:r>
        <w:t xml:space="preserve">    (c) snake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"Perhaps it is for the best," Chiron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mused</w:t>
      </w:r>
      <w:r>
        <w:rPr>
          <w:b/>
          <w:bCs/>
        </w:rPr>
        <w:t xml:space="preserve">.</w:t>
      </w:r>
      <w:r>
        <w:br/>
      </w:r>
      <w:r>
        <w:t xml:space="preserve">    (a) expelled or gotten rid of</w:t>
      </w:r>
      <w:r>
        <w:br/>
      </w:r>
      <w:r>
        <w:t xml:space="preserve">    (b) reflected (thought)</w:t>
      </w:r>
      <w:r>
        <w:br/>
      </w:r>
      <w:r>
        <w:t xml:space="preserve">    (c) was abundant or plentiful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 shall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 </w:t>
      </w:r>
      <w:r>
        <w:rPr>
          <w:b/>
          <w:bCs/>
        </w:rPr>
        <w:t xml:space="preserve">by a parent's hand.</w:t>
      </w:r>
      <w:r>
        <w:br/>
      </w:r>
      <w:r>
        <w:t xml:space="preserve">    (a) to spread to other parts of the body</w:t>
      </w:r>
      <w:r>
        <w:br/>
      </w:r>
      <w:r>
        <w:t xml:space="preserve">    (b) die, be destroyed, or cease to exist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shall go back to her when I am done with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infernal</w:t>
      </w:r>
      <w:r>
        <w:rPr>
          <w:b/>
          <w:bCs/>
        </w:rPr>
        <w:t xml:space="preserve"> </w:t>
      </w:r>
      <w:r>
        <w:rPr>
          <w:b/>
          <w:bCs/>
        </w:rPr>
        <w:t xml:space="preserve">century of punishment at your ridiculous camp.</w:t>
      </w:r>
      <w:r>
        <w:br/>
      </w:r>
      <w:r>
        <w:t xml:space="preserve">    (a) relating to classical music plays in which most of the dialogue is sung</w:t>
      </w:r>
      <w:r>
        <w:br/>
      </w:r>
      <w:r>
        <w:t xml:space="preserve">    (b) very bad; or very annoying; or characteristic of hell or the underworld</w:t>
      </w:r>
      <w:r>
        <w:br/>
      </w:r>
      <w:r>
        <w:t xml:space="preserve">    (c) strict, firm, or hard (not giving in, not giving way, or not giving up)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the display swung down like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pendulum</w:t>
      </w:r>
      <w:r>
        <w:rPr>
          <w:b/>
          <w:bCs/>
        </w:rPr>
        <w:t xml:space="preserve">, the lion leaped off onto the model earth's North Pole.</w:t>
      </w:r>
      <w:r>
        <w:br/>
      </w:r>
      <w:r>
        <w:t xml:space="preserve">    (a) something that swings or shifts back and forth between two positions -- often seen in a swinging weight or in changing opinions</w:t>
      </w:r>
      <w:r>
        <w:br/>
      </w:r>
      <w:r>
        <w:t xml:space="preserve">    (b) artist who belonged to an early 20th century art movement that expressed inner feelings through distorted renditions of reality</w:t>
      </w:r>
      <w:r>
        <w:br/>
      </w:r>
      <w:r>
        <w:t xml:space="preserve">    (c) an inhabitant of Assyria -- an ancient kingdom centered in northern Mesopotamia which is in present-day Iraq; or their language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shook her head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morosely</w:t>
      </w:r>
      <w:r>
        <w:rPr>
          <w:b/>
          <w:bCs/>
        </w:rPr>
        <w:t xml:space="preserve">.</w:t>
      </w:r>
      <w:r>
        <w:br/>
      </w:r>
      <w:r>
        <w:t xml:space="preserve">    (a) in an excessively unhappy and unsociable manner</w:t>
      </w:r>
      <w:r>
        <w:br/>
      </w:r>
      <w:r>
        <w:t xml:space="preserve">    (b) unhappily</w:t>
      </w:r>
      <w:r>
        <w:br/>
      </w:r>
      <w:r>
        <w:t xml:space="preserve">    (c) in a manner that is not attractive or desirable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Zoe threw up her hands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exasperation</w:t>
      </w:r>
      <w:r>
        <w:rPr>
          <w:b/>
          <w:bCs/>
        </w:rPr>
        <w:t xml:space="preserve">.</w:t>
      </w:r>
      <w:r>
        <w:br/>
      </w:r>
      <w:r>
        <w:t xml:space="preserve">    (a) relative amount</w:t>
      </w:r>
      <w:r>
        <w:br/>
      </w:r>
      <w:r>
        <w:t xml:space="preserve">    (b) great annoyance</w:t>
      </w:r>
      <w:r>
        <w:br/>
      </w:r>
      <w:r>
        <w:t xml:space="preserve">    (c) in disagreement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2026-07-31T18:33:00Z</dcterms:created>
  <dcterms:modified xsi:type="dcterms:W3CDTF">2026-07-31T18:33:00Z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