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0180a11025569df08e419ca575ca8f40ec8d79"/>
    <w:p>
      <w:pPr>
        <w:pStyle w:val="Heading1"/>
      </w:pPr>
      <w:r>
        <w:rPr>
          <w:b/>
          <w:bCs/>
        </w:rPr>
        <w:t xml:space="preserve">The Tipping Point</w:t>
      </w:r>
      <w:r>
        <w:br/>
      </w:r>
      <w:r>
        <w:rPr>
          <w:i/>
          <w:iCs/>
        </w:rPr>
        <w:t xml:space="preserve">Malcolm Gladwell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acute</w:t>
      </w:r>
      <w:r>
        <w:rPr>
          <w:b/>
          <w:bCs/>
        </w:rPr>
        <w:t xml:space="preserve"> </w:t>
      </w:r>
      <w:r>
        <w:rPr>
          <w:b/>
          <w:bCs/>
        </w:rPr>
        <w:t xml:space="preserve">appendicitis.</w:t>
      </w:r>
      <w:r>
        <w:br/>
      </w:r>
      <w:r>
        <w:t xml:space="preserve">    (a) gradual</w:t>
      </w:r>
      <w:r>
        <w:br/>
      </w:r>
      <w:r>
        <w:t xml:space="preserve">    (b) minor</w:t>
      </w:r>
      <w:r>
        <w:br/>
      </w:r>
      <w:r>
        <w:t xml:space="preserve">    (c)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Birds tend to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acute</w:t>
      </w:r>
      <w:r>
        <w:rPr>
          <w:b/>
          <w:bCs/>
        </w:rPr>
        <w:t xml:space="preserve"> </w:t>
      </w:r>
      <w:r>
        <w:rPr>
          <w:b/>
          <w:bCs/>
        </w:rPr>
        <w:t xml:space="preserve">vision.</w:t>
      </w:r>
      <w:r>
        <w:br/>
      </w:r>
      <w:r>
        <w:t xml:space="preserve">    (a) excellent</w:t>
      </w:r>
      <w:r>
        <w:br/>
      </w:r>
      <w:r>
        <w:t xml:space="preserve">    (b) colorless</w:t>
      </w:r>
      <w:r>
        <w:br/>
      </w:r>
      <w:r>
        <w:t xml:space="preserve">    (c) poor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anyone think of a better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</w:t>
      </w:r>
      <w:r>
        <w:rPr>
          <w:b/>
          <w:bCs/>
        </w:rPr>
        <w:t xml:space="preserve">?</w:t>
      </w:r>
      <w:r>
        <w:br/>
      </w:r>
      <w:r>
        <w:t xml:space="preserve">    (a) possibility</w:t>
      </w:r>
      <w:r>
        <w:br/>
      </w:r>
      <w:r>
        <w:t xml:space="preserve">    (b) job</w:t>
      </w:r>
      <w:r>
        <w:br/>
      </w:r>
      <w:r>
        <w:t xml:space="preserve">    (c)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Amish lead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</w:t>
      </w:r>
      <w:r>
        <w:rPr>
          <w:b/>
          <w:bCs/>
        </w:rPr>
        <w:t xml:space="preserve"> </w:t>
      </w:r>
      <w:r>
        <w:rPr>
          <w:b/>
          <w:bCs/>
        </w:rPr>
        <w:t xml:space="preserve">lifestyle that limits the use of technology.</w:t>
      </w:r>
      <w:r>
        <w:br/>
      </w:r>
      <w:r>
        <w:t xml:space="preserve">    (a) non-standard</w:t>
      </w:r>
      <w:r>
        <w:br/>
      </w:r>
      <w:r>
        <w:t xml:space="preserve">    (b) oriental or East Asian</w:t>
      </w:r>
      <w:r>
        <w:br/>
      </w:r>
      <w:r>
        <w:t xml:space="preserve">    (c) traditional or standard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Sleep can affect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cognitive</w:t>
      </w:r>
      <w:r>
        <w:rPr>
          <w:b/>
          <w:bCs/>
        </w:rPr>
        <w:t xml:space="preserve"> </w:t>
      </w:r>
      <w:r>
        <w:rPr>
          <w:b/>
          <w:bCs/>
        </w:rPr>
        <w:t xml:space="preserve">skills like memory, focus, and problem solving.</w:t>
      </w:r>
      <w:r>
        <w:br/>
      </w:r>
      <w:r>
        <w:t xml:space="preserve">    (a) social</w:t>
      </w:r>
      <w:r>
        <w:br/>
      </w:r>
      <w:r>
        <w:t xml:space="preserve">    (b) mental</w:t>
      </w:r>
      <w:r>
        <w:br/>
      </w:r>
      <w:r>
        <w:t xml:space="preserve">    (c) physical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Scientists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correlate</w:t>
      </w:r>
      <w:r>
        <w:rPr>
          <w:b/>
          <w:bCs/>
        </w:rPr>
        <w:t xml:space="preserve"> </w:t>
      </w:r>
      <w:r>
        <w:rPr>
          <w:b/>
          <w:bCs/>
        </w:rPr>
        <w:t xml:space="preserve">carbon emissions with rising global temperatures.</w:t>
      </w:r>
      <w:r>
        <w:br/>
      </w:r>
      <w:r>
        <w:t xml:space="preserve">    (a) replace</w:t>
      </w:r>
      <w:r>
        <w:br/>
      </w:r>
      <w:r>
        <w:t xml:space="preserve">    (b) contrast</w:t>
      </w:r>
      <w:r>
        <w:br/>
      </w:r>
      <w:r>
        <w:t xml:space="preserve">    (c) associate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field of economics, market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equilibrium</w:t>
      </w:r>
      <w:r>
        <w:rPr>
          <w:b/>
          <w:bCs/>
        </w:rPr>
        <w:t xml:space="preserve"> </w:t>
      </w:r>
      <w:r>
        <w:rPr>
          <w:b/>
          <w:bCs/>
        </w:rPr>
        <w:t xml:space="preserve">is achieved when supply meets demand, resulting in stable prices and satisfied consumers.</w:t>
      </w:r>
      <w:r>
        <w:br/>
      </w:r>
      <w:r>
        <w:t xml:space="preserve">    (a) balance</w:t>
      </w:r>
      <w:r>
        <w:br/>
      </w:r>
      <w:r>
        <w:t xml:space="preserve">    (b) conflict</w:t>
      </w:r>
      <w:r>
        <w:br/>
      </w:r>
      <w:r>
        <w:t xml:space="preserve">    (c) disparity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second paragraph, the narrator's focus shifts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factors</w:t>
      </w:r>
      <w:r>
        <w:rPr>
          <w:b/>
          <w:bCs/>
        </w:rPr>
        <w:t xml:space="preserve"> </w:t>
      </w:r>
      <w:r>
        <w:rPr>
          <w:b/>
          <w:bCs/>
        </w:rPr>
        <w:t xml:space="preserve">making her unhappy to identification of possible solutions to her unhappiness.</w:t>
      </w:r>
      <w:r>
        <w:br/>
      </w:r>
      <w:r>
        <w:t xml:space="preserve">    (a) examples of illnesses</w:t>
      </w:r>
      <w:r>
        <w:br/>
      </w:r>
      <w:r>
        <w:t xml:space="preserve">    (b) things that are unfair</w:t>
      </w:r>
      <w:r>
        <w:br/>
      </w:r>
      <w:r>
        <w:t xml:space="preserve">    (c) things (that influence an outcome)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example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illustrates</w:t>
      </w:r>
      <w:r>
        <w:rPr>
          <w:b/>
          <w:bCs/>
        </w:rPr>
        <w:t xml:space="preserve"> </w:t>
      </w:r>
      <w:r>
        <w:rPr>
          <w:b/>
          <w:bCs/>
        </w:rPr>
        <w:t xml:space="preserve">the belief.</w:t>
      </w:r>
      <w:r>
        <w:br/>
      </w:r>
      <w:r>
        <w:t xml:space="preserve">    (a) makes clear</w:t>
      </w:r>
      <w:r>
        <w:br/>
      </w:r>
      <w:r>
        <w:t xml:space="preserve">    (b) disproves</w:t>
      </w:r>
      <w:r>
        <w:br/>
      </w:r>
      <w:r>
        <w:t xml:space="preserve">    (c) proves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she did not mention him by name, her comments were clearly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implicit</w:t>
      </w:r>
      <w:r>
        <w:rPr>
          <w:b/>
          <w:bCs/>
        </w:rPr>
        <w:t xml:space="preserve"> </w:t>
      </w:r>
      <w:r>
        <w:rPr>
          <w:b/>
          <w:bCs/>
        </w:rPr>
        <w:t xml:space="preserve">criticism of his policies.</w:t>
      </w:r>
      <w:r>
        <w:br/>
      </w:r>
      <w:r>
        <w:t xml:space="preserve">    (a) dull (uninteresting and unimpactful)</w:t>
      </w:r>
      <w:r>
        <w:br/>
      </w:r>
      <w:r>
        <w:t xml:space="preserve">    (b) understood (without having been directly said)</w:t>
      </w:r>
      <w:r>
        <w:br/>
      </w:r>
      <w:r>
        <w:t xml:space="preserve">    (c) severe (very intense regarding something bad)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trust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implicitly</w:t>
      </w:r>
      <w:r>
        <w:rPr>
          <w:b/>
          <w:bCs/>
        </w:rPr>
        <w:t xml:space="preserve">.</w:t>
      </w:r>
      <w:r>
        <w:br/>
      </w:r>
      <w:r>
        <w:t xml:space="preserve">    (a) guardedly</w:t>
      </w:r>
      <w:r>
        <w:br/>
      </w:r>
      <w:r>
        <w:t xml:space="preserve">    (b) with concern</w:t>
      </w:r>
      <w:r>
        <w:br/>
      </w:r>
      <w:r>
        <w:t xml:space="preserve">    (c) without question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Companies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innovate</w:t>
      </w:r>
      <w:r>
        <w:rPr>
          <w:b/>
          <w:bCs/>
        </w:rPr>
        <w:t xml:space="preserve"> </w:t>
      </w:r>
      <w:r>
        <w:rPr>
          <w:b/>
          <w:bCs/>
        </w:rPr>
        <w:t xml:space="preserve">quickly to stay ahead of their competitors.</w:t>
      </w:r>
      <w:r>
        <w:br/>
      </w:r>
      <w:r>
        <w:t xml:space="preserve">    (a) follow old rules</w:t>
      </w:r>
      <w:r>
        <w:br/>
      </w:r>
      <w:r>
        <w:t xml:space="preserve">    (b) create new methods</w:t>
      </w:r>
      <w:r>
        <w:br/>
      </w:r>
      <w:r>
        <w:t xml:space="preserve">    (c) imitate rivals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Intuitively</w:t>
      </w:r>
      <w:r>
        <w:rPr>
          <w:b/>
          <w:bCs/>
        </w:rPr>
        <w:t xml:space="preserve">, I knew not to trust her.</w:t>
      </w:r>
      <w:r>
        <w:br/>
      </w:r>
      <w:r>
        <w:t xml:space="preserve">    (a) conclusively</w:t>
      </w:r>
      <w:r>
        <w:br/>
      </w:r>
      <w:r>
        <w:t xml:space="preserve">    (b) logically</w:t>
      </w:r>
      <w:r>
        <w:br/>
      </w:r>
      <w:r>
        <w:t xml:space="preserve">    (c) instinctively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an interesting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narrative</w:t>
      </w:r>
      <w:r>
        <w:rPr>
          <w:b/>
          <w:bCs/>
        </w:rPr>
        <w:t xml:space="preserve"> </w:t>
      </w:r>
      <w:r>
        <w:rPr>
          <w:b/>
          <w:bCs/>
        </w:rPr>
        <w:t xml:space="preserve">about her first year in college.</w:t>
      </w:r>
      <w:r>
        <w:br/>
      </w:r>
      <w:r>
        <w:t xml:space="preserve">    (a) theatrical play</w:t>
      </w:r>
      <w:r>
        <w:br/>
      </w:r>
      <w:r>
        <w:t xml:space="preserve">    (b) joke</w:t>
      </w:r>
      <w:r>
        <w:br/>
      </w:r>
      <w:r>
        <w:t xml:space="preserve">    (c)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quoted him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out of context</w:t>
      </w:r>
      <w:r>
        <w:rPr>
          <w:b/>
          <w:bCs/>
        </w:rPr>
        <w:t xml:space="preserve">.</w:t>
      </w:r>
      <w:r>
        <w:br/>
      </w:r>
      <w:r>
        <w:t xml:space="preserve">    (a) in a respectful manner</w:t>
      </w:r>
      <w:r>
        <w:br/>
      </w:r>
      <w:r>
        <w:t xml:space="preserve">    (b) in a convincing manner</w:t>
      </w:r>
      <w:r>
        <w:br/>
      </w:r>
      <w:r>
        <w:t xml:space="preserve">    (c) in a misleading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logic is fine except that it assumes a false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premise</w:t>
      </w:r>
      <w:r>
        <w:rPr>
          <w:b/>
          <w:bCs/>
        </w:rPr>
        <w:t xml:space="preserve">.</w:t>
      </w:r>
      <w:r>
        <w:br/>
      </w:r>
      <w:r>
        <w:t xml:space="preserve">    (a) something assumed to be true and upon which other things are based</w:t>
      </w:r>
      <w:r>
        <w:br/>
      </w:r>
      <w:r>
        <w:t xml:space="preserve">    (b) an ethical or moral principle that discourages certain kinds of action</w:t>
      </w:r>
      <w:r>
        <w:br/>
      </w:r>
      <w:r>
        <w:t xml:space="preserve">    (c) idealistic belief that people are good unless corrupted by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premise</w:t>
      </w:r>
      <w:r>
        <w:rPr>
          <w:b/>
          <w:bCs/>
        </w:rPr>
        <w:t xml:space="preserve"> </w:t>
      </w:r>
      <w:r>
        <w:rPr>
          <w:b/>
          <w:bCs/>
        </w:rPr>
        <w:t xml:space="preserve">of the show is that she awakens with amnesia and doesn't know if she is in the country legally.</w:t>
      </w:r>
      <w:r>
        <w:br/>
      </w:r>
      <w:r>
        <w:t xml:space="preserve">    (a) context (underlying situation)</w:t>
      </w:r>
      <w:r>
        <w:br/>
      </w:r>
      <w:r>
        <w:t xml:space="preserve">    (b) surprising conclusion</w:t>
      </w:r>
      <w:r>
        <w:br/>
      </w:r>
      <w:r>
        <w:t xml:space="preserve">    (c) something explained by a narrator as part of the introduction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diagram is like a map that draws states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proportional</w:t>
      </w:r>
      <w:r>
        <w:rPr>
          <w:b/>
          <w:bCs/>
        </w:rPr>
        <w:t xml:space="preserve"> </w:t>
      </w:r>
      <w:r>
        <w:rPr>
          <w:b/>
          <w:bCs/>
        </w:rPr>
        <w:t xml:space="preserve">to their population rather than their geographic size.</w:t>
      </w:r>
      <w:r>
        <w:br/>
      </w:r>
      <w:r>
        <w:t xml:space="preserve">    (a) in order according</w:t>
      </w:r>
      <w:r>
        <w:br/>
      </w:r>
      <w:r>
        <w:t xml:space="preserve">    (b) related in size</w:t>
      </w:r>
      <w:r>
        <w:br/>
      </w:r>
      <w:r>
        <w:t xml:space="preserve">    (c) with color according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booster shot is recommended every ten years to protect against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tetanus</w:t>
      </w:r>
      <w:r>
        <w:rPr>
          <w:b/>
          <w:bCs/>
        </w:rPr>
        <w:t xml:space="preserve">.</w:t>
      </w:r>
      <w:r>
        <w:br/>
      </w:r>
      <w:r>
        <w:t xml:space="preserve">    (a) a sexually transmitted infection</w:t>
      </w:r>
      <w:r>
        <w:br/>
      </w:r>
      <w:r>
        <w:t xml:space="preserve">    (b) viral infection from mosquito bites</w:t>
      </w:r>
      <w:r>
        <w:br/>
      </w:r>
      <w:r>
        <w:t xml:space="preserve">    (c) bacterial infection from puncture wounds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McDonald's menu options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vary</w:t>
      </w:r>
      <w:r>
        <w:rPr>
          <w:b/>
          <w:bCs/>
        </w:rPr>
        <w:t xml:space="preserve"> </w:t>
      </w:r>
      <w:r>
        <w:rPr>
          <w:b/>
          <w:bCs/>
        </w:rPr>
        <w:t xml:space="preserve">by location.</w:t>
      </w:r>
      <w:r>
        <w:br/>
      </w:r>
      <w:r>
        <w:t xml:space="preserve">    (a) are consistent</w:t>
      </w:r>
      <w:r>
        <w:br/>
      </w:r>
      <w:r>
        <w:t xml:space="preserve">    (b) are different</w:t>
      </w:r>
      <w:r>
        <w:br/>
      </w:r>
      <w:r>
        <w:t xml:space="preserve">    (c) are known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2026-07-31T16:40:41Z</dcterms:created>
  <dcterms:modified xsi:type="dcterms:W3CDTF">2026-07-31T16:40:41Z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