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346929c3b3245e60b2faf0d6004e33512ac8a8"/>
    <w:p>
      <w:pPr>
        <w:pStyle w:val="Heading1"/>
      </w:pPr>
      <w:r>
        <w:rPr>
          <w:b/>
          <w:bCs/>
        </w:rPr>
        <w:t xml:space="preserve">The Tipping Point</w:t>
      </w:r>
      <w:r>
        <w:br/>
      </w:r>
      <w:r>
        <w:rPr>
          <w:i/>
          <w:iCs/>
        </w:rPr>
        <w:t xml:space="preserve">Malcolm Gladwell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assume,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intuitively</w:t>
      </w:r>
      <w:r>
        <w:rPr>
          <w:b/>
          <w:bCs/>
        </w:rPr>
        <w:t xml:space="preserve">, that neighborhoods and social problems decline in some kind of steady progression.</w:t>
      </w:r>
      <w:r>
        <w:br/>
      </w:r>
      <w:r>
        <w:t xml:space="preserve">    (a) with suffering in a bad situation for a long time</w:t>
      </w:r>
      <w:r>
        <w:br/>
      </w:r>
      <w:r>
        <w:t xml:space="preserve">    (b) known instinctively rather than through reasoning</w:t>
      </w:r>
      <w:r>
        <w:br/>
      </w:r>
      <w:r>
        <w:t xml:space="preserve">    (c) in a manner that is sensitive to others'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there were 36,000 patient visits a year in the STD clinics of Baltimore's inner city, in other words, the disease was kept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equilibrium</w:t>
      </w:r>
      <w:r>
        <w:rPr>
          <w:b/>
          <w:bCs/>
        </w:rPr>
        <w:t xml:space="preserve">.</w:t>
      </w:r>
      <w:r>
        <w:br/>
      </w:r>
      <w:r>
        <w:t xml:space="preserve">    (a) thought</w:t>
      </w:r>
      <w:r>
        <w:br/>
      </w:r>
      <w:r>
        <w:t xml:space="preserve">    (b) balance</w:t>
      </w:r>
      <w:r>
        <w:br/>
      </w:r>
      <w:r>
        <w:t xml:space="preserve">    (c) payment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it comes to epidemics, though,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disproportionality</w:t>
      </w:r>
      <w:r>
        <w:rPr>
          <w:b/>
          <w:bCs/>
        </w:rPr>
        <w:t xml:space="preserve"> </w:t>
      </w:r>
      <w:r>
        <w:rPr>
          <w:b/>
          <w:bCs/>
        </w:rPr>
        <w:t xml:space="preserve">becomes even more extreme: a tiny percentage of people do the majority of the work.</w:t>
      </w:r>
      <w:r>
        <w:br/>
      </w:r>
      <w:r>
        <w:t xml:space="preserve">    (a) the condition of being exclusive to (someone or some group)</w:t>
      </w:r>
      <w:r>
        <w:br/>
      </w:r>
      <w:r>
        <w:t xml:space="preserve">    (b) the quality of inappropriateness in size, amount, or degree</w:t>
      </w:r>
      <w:r>
        <w:br/>
      </w:r>
      <w:r>
        <w:t xml:space="preserve">    (c) having a pH greater than 7 (this is the opposite of acidic)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used to be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acute</w:t>
      </w:r>
      <w:r>
        <w:rPr>
          <w:b/>
          <w:bCs/>
        </w:rPr>
        <w:t xml:space="preserve"> </w:t>
      </w:r>
      <w:r>
        <w:rPr>
          <w:b/>
          <w:bCs/>
        </w:rPr>
        <w:t xml:space="preserve">infection, something that most people could get treated fairly quickly before they had a chance to infect many others.</w:t>
      </w:r>
      <w:r>
        <w:br/>
      </w:r>
      <w:r>
        <w:t xml:space="preserve">    (a) severely negative</w:t>
      </w:r>
      <w:r>
        <w:br/>
      </w:r>
      <w:r>
        <w:t xml:space="preserve">    (b) only superficial</w:t>
      </w:r>
      <w:r>
        <w:br/>
      </w:r>
      <w:r>
        <w:t xml:space="preserve">    (c) gradually getting worse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people who didn't get a buzz from their first cigarette and who found the whole experience so awful that they never smoked again are probably people whose bodies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acutely</w:t>
      </w:r>
      <w:r>
        <w:rPr>
          <w:b/>
          <w:bCs/>
        </w:rPr>
        <w:t xml:space="preserve"> </w:t>
      </w:r>
      <w:r>
        <w:rPr>
          <w:b/>
          <w:bCs/>
        </w:rPr>
        <w:t xml:space="preserve">sensitive to nicotine, incapable of handling it in even the smallest doses.</w:t>
      </w:r>
      <w:r>
        <w:br/>
      </w:r>
      <w:r>
        <w:t xml:space="preserve">    (a) in a manner that shows bad taste (crude, offensive, or unsophisticated)</w:t>
      </w:r>
      <w:r>
        <w:br/>
      </w:r>
      <w:r>
        <w:t xml:space="preserve">    (b) in a continuing manner -- especially despite difficulties or opposition</w:t>
      </w:r>
      <w:r>
        <w:br/>
      </w:r>
      <w:r>
        <w:t xml:space="preserve">    (c) sharply (highly)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Power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Context</w:t>
      </w:r>
      <w:r>
        <w:rPr>
          <w:b/>
          <w:bCs/>
        </w:rPr>
        <w:t xml:space="preserve"> </w:t>
      </w:r>
      <w:r>
        <w:rPr>
          <w:b/>
          <w:bCs/>
        </w:rPr>
        <w:t xml:space="preserve">says that human beings are a lot more sensitive to their environment than they may seem.</w:t>
      </w:r>
      <w:r>
        <w:br/>
      </w:r>
      <w:r>
        <w:t xml:space="preserve">    (a) the act of interacting or getting interested again</w:t>
      </w:r>
      <w:r>
        <w:br/>
      </w:r>
      <w:r>
        <w:t xml:space="preserve">    (b) situation or setting</w:t>
      </w:r>
      <w:r>
        <w:br/>
      </w:r>
      <w:r>
        <w:t xml:space="preserve">    (c) an image (seen on a mirror or other shiny surface)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big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factor</w:t>
      </w:r>
      <w:r>
        <w:rPr>
          <w:b/>
          <w:bCs/>
        </w:rPr>
        <w:t xml:space="preserve"> </w:t>
      </w:r>
      <w:r>
        <w:rPr>
          <w:b/>
          <w:bCs/>
        </w:rPr>
        <w:t xml:space="preserve">is that Bacon is a lot younger than most of them and as a result has made fewer movies.</w:t>
      </w:r>
      <w:r>
        <w:br/>
      </w:r>
      <w:r>
        <w:t xml:space="preserve">    (a) something that is made or manufactured</w:t>
      </w:r>
      <w:r>
        <w:br/>
      </w:r>
      <w:r>
        <w:t xml:space="preserve">    (b) job, reservation, booking, or activity</w:t>
      </w:r>
      <w:r>
        <w:br/>
      </w:r>
      <w:r>
        <w:t xml:space="preserve">    (c) thing that affects a result or outcome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divided them up into several groups, and gave all of them a seven-page booklet explaining the dangers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tetanus</w:t>
      </w:r>
      <w:r>
        <w:rPr>
          <w:b/>
          <w:bCs/>
        </w:rPr>
        <w:t xml:space="preserve">, the importance of inoculation, and the fact that the university was offering free tetanus shots at the campus health center to all interested students.</w:t>
      </w:r>
      <w:r>
        <w:br/>
      </w:r>
      <w:r>
        <w:t xml:space="preserve">    (a) the doctrine that knowledge is acquired primarily by reason rather than by experience</w:t>
      </w:r>
      <w:r>
        <w:br/>
      </w:r>
      <w:r>
        <w:t xml:space="preserve">    (b) suffering from a psychological disorder characterized by excessive distrust of others</w:t>
      </w:r>
      <w:r>
        <w:br/>
      </w:r>
      <w:r>
        <w:t xml:space="preserve">    (c) bacterial infection typically contracted through a puncture wound with a dirty object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Perhaps no one has done more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illustrate</w:t>
      </w:r>
      <w:r>
        <w:rPr>
          <w:b/>
          <w:bCs/>
        </w:rPr>
        <w:t xml:space="preserve"> </w:t>
      </w:r>
      <w:r>
        <w:rPr>
          <w:b/>
          <w:bCs/>
        </w:rPr>
        <w:t xml:space="preserve">the potential of this kind of stickiness engineering, however, than children's educational television, in particular the creators of Sesame Street and, later, the show it inspired, Blue's Clues.</w:t>
      </w:r>
      <w:r>
        <w:br/>
      </w:r>
      <w:r>
        <w:t xml:space="preserve">    (a) help make clear</w:t>
      </w:r>
      <w:r>
        <w:br/>
      </w:r>
      <w:r>
        <w:t xml:space="preserve">    (b) think carefully</w:t>
      </w:r>
      <w:r>
        <w:br/>
      </w:r>
      <w:r>
        <w:t xml:space="preserve">    (c) work or operate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"We had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varied</w:t>
      </w:r>
      <w:r>
        <w:rPr>
          <w:b/>
          <w:bCs/>
        </w:rPr>
        <w:t xml:space="preserve"> </w:t>
      </w:r>
      <w:r>
        <w:rPr>
          <w:b/>
          <w:bCs/>
        </w:rPr>
        <w:t xml:space="preserve">set of slides we could imagine," said Palmer.</w:t>
      </w:r>
      <w:r>
        <w:br/>
      </w:r>
      <w:r>
        <w:t xml:space="preserve">    (a) differed; or changed</w:t>
      </w:r>
      <w:r>
        <w:br/>
      </w:r>
      <w:r>
        <w:t xml:space="preserve">    (b) took on as one's own</w:t>
      </w:r>
      <w:r>
        <w:br/>
      </w:r>
      <w:r>
        <w:t xml:space="preserve">    (c) began fighting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Jennings Bryant, an educational researcher at the University of Alabama, conducted a study of 120 children, comparing the performance of regular Blue's Clues watchers to watchers of other educational shows on a series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cognitive</w:t>
      </w:r>
      <w:r>
        <w:rPr>
          <w:b/>
          <w:bCs/>
        </w:rPr>
        <w:t xml:space="preserve"> </w:t>
      </w:r>
      <w:r>
        <w:rPr>
          <w:b/>
          <w:bCs/>
        </w:rPr>
        <w:t xml:space="preserve">tests.</w:t>
      </w:r>
      <w:r>
        <w:br/>
      </w:r>
      <w:r>
        <w:t xml:space="preserve">    (a) a solution that is simpler (and often more comprehensive) than most would anticipate</w:t>
      </w:r>
      <w:r>
        <w:br/>
      </w:r>
      <w:r>
        <w:t xml:space="preserve">    (b) relating to mental processes like thinking, learning, remembering, and understanding</w:t>
      </w:r>
      <w:r>
        <w:br/>
      </w:r>
      <w:r>
        <w:t xml:space="preserve">    (c) the state of not representing or imitating external reality or the objects of nature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[Of an early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Sesame Street</w:t>
      </w:r>
      <w:r>
        <w:rPr>
          <w:b/>
          <w:bCs/>
        </w:rPr>
        <w:t xml:space="preserve"> </w:t>
      </w:r>
      <w:r>
        <w:rPr>
          <w:b/>
          <w:bCs/>
        </w:rPr>
        <w:t xml:space="preserve">cartoon episode] The problem, at root, is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premise</w:t>
      </w:r>
      <w:r>
        <w:rPr>
          <w:b/>
          <w:bCs/>
        </w:rPr>
        <w:t xml:space="preserve"> </w:t>
      </w:r>
      <w:r>
        <w:rPr>
          <w:b/>
          <w:bCs/>
        </w:rPr>
        <w:t xml:space="preserve">of the show — the essential joke that Big Bird doesn't want to be known as a big bird. That's the kind of wordplay that a preschooler simply doesn't understand.</w:t>
      </w:r>
      <w:r>
        <w:br/>
      </w:r>
      <w:r>
        <w:t xml:space="preserve">    (a) the underlying situation</w:t>
      </w:r>
      <w:r>
        <w:br/>
      </w:r>
      <w:r>
        <w:t xml:space="preserve">    (b) baseball:  pitches thrown with little spin (so that they move in an unpredictable manner)</w:t>
      </w:r>
      <w:r>
        <w:br/>
      </w:r>
      <w:r>
        <w:t xml:space="preserve">    (c) the quality of accepting what happens without trying to take control or reacting strongly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absolutist approach to fighting drugs proceeds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premise</w:t>
      </w:r>
      <w:r>
        <w:rPr>
          <w:b/>
          <w:bCs/>
        </w:rPr>
        <w:t xml:space="preserve"> </w:t>
      </w:r>
      <w:r>
        <w:rPr>
          <w:b/>
          <w:bCs/>
        </w:rPr>
        <w:t xml:space="preserve">that experimentation equals addiction.</w:t>
      </w:r>
      <w:r>
        <w:br/>
      </w:r>
      <w:r>
        <w:t xml:space="preserve">    (a) a controversial idea</w:t>
      </w:r>
      <w:r>
        <w:br/>
      </w:r>
      <w:r>
        <w:t xml:space="preserve">    (b) assumption (used to logically build an argument)</w:t>
      </w:r>
      <w:r>
        <w:br/>
      </w:r>
      <w:r>
        <w:t xml:space="preserve">    (c) an ethical or moral principle that discourages certain kinds of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making up stories,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narratives</w:t>
      </w:r>
      <w:r>
        <w:rPr>
          <w:b/>
          <w:bCs/>
        </w:rPr>
        <w:t xml:space="preserve">, that explained and organized the things that happened to her.</w:t>
      </w:r>
      <w:r>
        <w:br/>
      </w:r>
      <w:r>
        <w:t xml:space="preserve">    (a) results</w:t>
      </w:r>
      <w:r>
        <w:br/>
      </w:r>
      <w:r>
        <w:t xml:space="preserve">    (b) stories</w:t>
      </w:r>
      <w:r>
        <w:br/>
      </w:r>
      <w:r>
        <w:t xml:space="preserve">    (c) battles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what does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correlate</w:t>
      </w:r>
      <w:r>
        <w:rPr>
          <w:b/>
          <w:bCs/>
        </w:rPr>
        <w:t xml:space="preserve"> </w:t>
      </w:r>
      <w:r>
        <w:rPr>
          <w:b/>
          <w:bCs/>
        </w:rPr>
        <w:t xml:space="preserve">with brain size?</w:t>
      </w:r>
      <w:r>
        <w:br/>
      </w:r>
      <w:r>
        <w:t xml:space="preserve">    (a) remove or suppress anything considered obscene, immoral, or politically unacceptable  OR  a person who does such suppression</w:t>
      </w:r>
      <w:r>
        <w:br/>
      </w:r>
      <w:r>
        <w:t xml:space="preserve">    (b) present something to treat as true in order to advance a discussion or to further investigation even though it might not be true</w:t>
      </w:r>
      <w:r>
        <w:br/>
      </w:r>
      <w:r>
        <w:t xml:space="preserve">    (c) to find or have a connection or relationship between two things, such that a change in one helps predict a change in the other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manufacturing realm, they had a hundred and fifty people, and they worked closely together and there was peer pressure about how to be the best and how to be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innovative</w:t>
      </w:r>
      <w:r>
        <w:rPr>
          <w:b/>
          <w:bCs/>
        </w:rPr>
        <w:t xml:space="preserve">.</w:t>
      </w:r>
      <w:r>
        <w:br/>
      </w:r>
      <w:r>
        <w:t xml:space="preserve">    (a) able to develop good, new ideas</w:t>
      </w:r>
      <w:r>
        <w:br/>
      </w:r>
      <w:r>
        <w:t xml:space="preserve">    (b) greater than zero</w:t>
      </w:r>
      <w:r>
        <w:br/>
      </w:r>
      <w:r>
        <w:t xml:space="preserve">    (c) not demonstrating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Wegner argues that when people know each other well, they create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implicit</w:t>
      </w:r>
      <w:r>
        <w:rPr>
          <w:b/>
          <w:bCs/>
        </w:rPr>
        <w:t xml:space="preserve"> </w:t>
      </w:r>
      <w:r>
        <w:rPr>
          <w:b/>
          <w:bCs/>
        </w:rPr>
        <w:t xml:space="preserve">joint memory system — a transactive memory system — which is based on an understanding about who is best suited to remember what kinds of things.</w:t>
      </w:r>
      <w:r>
        <w:br/>
      </w:r>
      <w:r>
        <w:t xml:space="preserve">    (a) mental activity of which one is not self-aware</w:t>
      </w:r>
      <w:r>
        <w:br/>
      </w:r>
      <w:r>
        <w:t xml:space="preserve">    (b) with the involvement of other people or things</w:t>
      </w:r>
      <w:r>
        <w:br/>
      </w:r>
      <w:r>
        <w:t xml:space="preserve">    (c) understood (without having been directly said)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we know,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implicitly</w:t>
      </w:r>
      <w:r>
        <w:rPr>
          <w:b/>
          <w:bCs/>
        </w:rPr>
        <w:t xml:space="preserve">, where to go to find the answers to our questions — whether it is up to our spouse to remember where we put our keys or our thirteen-year-old to find out how to work the computer or our mother to find out details of our childhood.</w:t>
      </w:r>
      <w:r>
        <w:br/>
      </w:r>
      <w:r>
        <w:t xml:space="preserve">    (a) in a manner like a "monk"</w:t>
      </w:r>
      <w:r>
        <w:br/>
      </w:r>
      <w:r>
        <w:t xml:space="preserve">    (b) not exactly or accurately</w:t>
      </w:r>
      <w:r>
        <w:br/>
      </w:r>
      <w:r>
        <w:t xml:space="preserve">    (c) without question or doubt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ads were put on billboards and in "wild postings" on construction-site walls and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alternative</w:t>
      </w:r>
      <w:r>
        <w:rPr>
          <w:b/>
          <w:bCs/>
        </w:rPr>
        <w:t xml:space="preserve"> </w:t>
      </w:r>
      <w:r>
        <w:rPr>
          <w:b/>
          <w:bCs/>
        </w:rPr>
        <w:t xml:space="preserve">magazines.</w:t>
      </w:r>
      <w:r>
        <w:br/>
      </w:r>
      <w:r>
        <w:t xml:space="preserve">    (a) relating to a period of testing</w:t>
      </w:r>
      <w:r>
        <w:br/>
      </w:r>
      <w:r>
        <w:t xml:space="preserve">    (b) poor ability to make a decision</w:t>
      </w:r>
      <w:r>
        <w:br/>
      </w:r>
      <w:r>
        <w:t xml:space="preserve">    (c) non-traditional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Suicide stories offer another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alternative</w:t>
      </w:r>
      <w:r>
        <w:rPr>
          <w:b/>
          <w:bCs/>
        </w:rPr>
        <w:t xml:space="preserve">.</w:t>
      </w:r>
      <w:r>
        <w:br/>
      </w:r>
      <w:r>
        <w:t xml:space="preserve">    (a) acts to tendency to engage in acts that resist government authority or attempt to overthrow a government</w:t>
      </w:r>
      <w:r>
        <w:br/>
      </w:r>
      <w:r>
        <w:t xml:space="preserve">    (b) a mental disorder characterized by alternating episodes of major depression and abnormally elevated mood</w:t>
      </w:r>
      <w:r>
        <w:br/>
      </w:r>
      <w:r>
        <w:t xml:space="preserve">    (c) possibility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2026-07-31T16:40:41Z</dcterms:created>
  <dcterms:modified xsi:type="dcterms:W3CDTF">2026-07-31T16:40:41Z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