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9d946a433bc4863e4247469317e56279bafa90"/>
    <w:p>
      <w:pPr>
        <w:pStyle w:val="Heading1"/>
      </w:pPr>
      <w:r>
        <w:rPr>
          <w:b/>
          <w:bCs/>
        </w:rPr>
        <w:t xml:space="preserve">The Time Machine</w:t>
      </w:r>
      <w:r>
        <w:br/>
      </w:r>
      <w:r>
        <w:rPr>
          <w:i/>
          <w:iCs/>
        </w:rPr>
        <w:t xml:space="preserve">H. G. Wells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region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abundant</w:t>
      </w:r>
      <w:r>
        <w:rPr>
          <w:b/>
          <w:bCs/>
        </w:rPr>
        <w:t xml:space="preserve"> </w:t>
      </w:r>
      <w:r>
        <w:rPr>
          <w:b/>
          <w:bCs/>
        </w:rPr>
        <w:t xml:space="preserve">natural resources, from oil to fresh water.</w:t>
      </w:r>
      <w:r>
        <w:br/>
      </w:r>
      <w:r>
        <w:t xml:space="preserve">    (a) widely available</w:t>
      </w:r>
      <w:r>
        <w:br/>
      </w:r>
      <w:r>
        <w:t xml:space="preserve">    (b) highly disputed</w:t>
      </w:r>
      <w:r>
        <w:br/>
      </w:r>
      <w:r>
        <w:t xml:space="preserve">    (c) extremely scarce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good at making a point in an interesting and memorable way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anecdote</w:t>
      </w:r>
      <w:r>
        <w:rPr>
          <w:b/>
          <w:bCs/>
        </w:rPr>
        <w:t xml:space="preserve">.</w:t>
      </w:r>
      <w:r>
        <w:br/>
      </w:r>
      <w:r>
        <w:t xml:space="preserve">    (a) long boring lecture</w:t>
      </w:r>
      <w:r>
        <w:br/>
      </w:r>
      <w:r>
        <w:t xml:space="preserve">    (b) short true story</w:t>
      </w:r>
      <w:r>
        <w:br/>
      </w:r>
      <w:r>
        <w:t xml:space="preserve">    (c) detailed research report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hope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</w:t>
      </w:r>
      <w:r>
        <w:rPr>
          <w:b/>
          <w:bCs/>
        </w:rPr>
        <w:t xml:space="preserve"> </w:t>
      </w:r>
      <w:r>
        <w:rPr>
          <w:b/>
          <w:bCs/>
        </w:rPr>
        <w:t xml:space="preserve">effective law and order in the region before withdrawing troops.</w:t>
      </w:r>
      <w:r>
        <w:br/>
      </w:r>
      <w:r>
        <w:t xml:space="preserve">    (a) carefully describe</w:t>
      </w:r>
      <w:r>
        <w:br/>
      </w:r>
      <w:r>
        <w:t xml:space="preserve">    (b) openly oppose</w:t>
      </w:r>
      <w:r>
        <w:br/>
      </w:r>
      <w:r>
        <w:t xml:space="preserve">    (c) successfully 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approached the impressive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doors.</w:t>
      </w:r>
      <w:r>
        <w:br/>
      </w:r>
      <w:r>
        <w:t xml:space="preserve">    (a) made of a type of high-quality metal</w:t>
      </w:r>
      <w:r>
        <w:br/>
      </w:r>
      <w:r>
        <w:t xml:space="preserve">    (b) notably large and appearing heavy</w:t>
      </w:r>
      <w:r>
        <w:br/>
      </w:r>
      <w:r>
        <w:t xml:space="preserve">    (c) made of a high-quality wood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Please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my gratitude for her hospitality.</w:t>
      </w:r>
      <w:r>
        <w:br/>
      </w:r>
      <w:r>
        <w:t xml:space="preserve">    (a) accept</w:t>
      </w:r>
      <w:r>
        <w:br/>
      </w:r>
      <w:r>
        <w:t xml:space="preserve">    (b) express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uncritical agreement</w:t>
      </w:r>
      <w:r>
        <w:br/>
      </w:r>
      <w:r>
        <w:t xml:space="preserve">    (b) conflict</w:t>
      </w:r>
      <w:r>
        <w:br/>
      </w:r>
      <w:r>
        <w:t xml:space="preserve">    (c) loud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 </w:t>
      </w:r>
      <w:r>
        <w:rPr>
          <w:b/>
          <w:bCs/>
        </w:rPr>
        <w:t xml:space="preserve">clanging of pots in the kitchen.</w:t>
      </w:r>
      <w:r>
        <w:br/>
      </w:r>
      <w:r>
        <w:t xml:space="preserve">    (a) unpleasant sound</w:t>
      </w:r>
      <w:r>
        <w:br/>
      </w:r>
      <w:r>
        <w:t xml:space="preserve">    (b) attractive sound</w:t>
      </w:r>
      <w:r>
        <w:br/>
      </w:r>
      <w:r>
        <w:t xml:space="preserve">    (c) loud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stock market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fluctuates</w:t>
      </w:r>
      <w:r>
        <w:rPr>
          <w:b/>
          <w:bCs/>
        </w:rPr>
        <w:t xml:space="preserve">.</w:t>
      </w:r>
      <w:r>
        <w:br/>
      </w:r>
      <w:r>
        <w:t xml:space="preserve">    (a) alternately increases and decreases</w:t>
      </w:r>
      <w:r>
        <w:br/>
      </w:r>
      <w:r>
        <w:t xml:space="preserve">    (b) rises in the long run</w:t>
      </w:r>
      <w:r>
        <w:br/>
      </w:r>
      <w:r>
        <w:t xml:space="preserve">    (c) frustrates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meaning of the word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inferred</w:t>
      </w:r>
      <w:r>
        <w:rPr>
          <w:b/>
          <w:bCs/>
        </w:rPr>
        <w:t xml:space="preserve"> </w:t>
      </w:r>
      <w:r>
        <w:rPr>
          <w:b/>
          <w:bCs/>
        </w:rPr>
        <w:t xml:space="preserve">based on context clues.</w:t>
      </w:r>
      <w:r>
        <w:br/>
      </w:r>
      <w:r>
        <w:t xml:space="preserve">    (a) converted</w:t>
      </w:r>
      <w:r>
        <w:br/>
      </w:r>
      <w:r>
        <w:t xml:space="preserve">    (b) figured out</w:t>
      </w:r>
      <w:r>
        <w:br/>
      </w:r>
      <w:r>
        <w:t xml:space="preserve">    (c)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in addition</w:t>
      </w:r>
      <w:r>
        <w:br/>
      </w:r>
      <w:r>
        <w:t xml:space="preserve">    (b) also</w:t>
      </w:r>
      <w:r>
        <w:br/>
      </w:r>
      <w:r>
        <w:t xml:space="preserve">    (c) despite that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view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smoke.</w:t>
      </w:r>
      <w:r>
        <w:br/>
      </w:r>
      <w:r>
        <w:t xml:space="preserve">    (a) blocked</w:t>
      </w:r>
      <w:r>
        <w:br/>
      </w:r>
      <w:r>
        <w:t xml:space="preserve">    (b) made frightening</w:t>
      </w:r>
      <w:r>
        <w:br/>
      </w:r>
      <w:r>
        <w:t xml:space="preserve">    (c) enhanced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jungle became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obscure</w:t>
      </w:r>
      <w:r>
        <w:rPr>
          <w:b/>
          <w:bCs/>
        </w:rPr>
        <w:t xml:space="preserve"> </w:t>
      </w:r>
      <w:r>
        <w:rPr>
          <w:b/>
          <w:bCs/>
        </w:rPr>
        <w:t xml:space="preserve">as the sun set.</w:t>
      </w:r>
      <w:r>
        <w:br/>
      </w:r>
      <w:r>
        <w:t xml:space="preserve">    (a) cold</w:t>
      </w:r>
      <w:r>
        <w:br/>
      </w:r>
      <w:r>
        <w:t xml:space="preserve">    (b) dark or dingy</w:t>
      </w:r>
      <w:r>
        <w:br/>
      </w:r>
      <w:r>
        <w:t xml:space="preserve">    (c) scary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life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paradox</w:t>
      </w:r>
      <w:r>
        <w:rPr>
          <w:b/>
          <w:bCs/>
        </w:rPr>
        <w:t xml:space="preserve">: she was both incredibly private and a bestselling memoirist.</w:t>
      </w:r>
      <w:r>
        <w:br/>
      </w:r>
      <w:r>
        <w:t xml:space="preserve">    (a) something that seems self-contradictory</w:t>
      </w:r>
      <w:r>
        <w:br/>
      </w:r>
      <w:r>
        <w:t xml:space="preserve">    (b) something that went as expected</w:t>
      </w:r>
      <w:r>
        <w:br/>
      </w:r>
      <w:r>
        <w:t xml:space="preserve">    (c) something that is too short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theory was neat,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plausible</w:t>
      </w:r>
      <w:r>
        <w:rPr>
          <w:b/>
          <w:bCs/>
        </w:rPr>
        <w:t xml:space="preserve">, and wrong.</w:t>
      </w:r>
      <w:r>
        <w:br/>
      </w:r>
      <w:r>
        <w:t xml:space="preserve">    (a) foolish</w:t>
      </w:r>
      <w:r>
        <w:br/>
      </w:r>
      <w:r>
        <w:t xml:space="preserve">    (b) reasonable</w:t>
      </w:r>
      <w:r>
        <w:br/>
      </w:r>
      <w:r>
        <w:t xml:space="preserve">    (c) praiseworthy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profound</w:t>
      </w:r>
      <w:r>
        <w:rPr>
          <w:b/>
          <w:bCs/>
        </w:rPr>
        <w:t xml:space="preserve"> </w:t>
      </w:r>
      <w:r>
        <w:rPr>
          <w:b/>
          <w:bCs/>
        </w:rPr>
        <w:t xml:space="preserve">spiritual experience that changed her life.</w:t>
      </w:r>
      <w:r>
        <w:br/>
      </w:r>
      <w:r>
        <w:t xml:space="preserve">    (a) intense</w:t>
      </w:r>
      <w:r>
        <w:br/>
      </w:r>
      <w:r>
        <w:t xml:space="preserve">    (b) common</w:t>
      </w:r>
      <w:r>
        <w:br/>
      </w:r>
      <w:r>
        <w:t xml:space="preserve">    (c) traditional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never drink again.</w:t>
      </w:r>
      <w:r>
        <w:br/>
      </w:r>
      <w:r>
        <w:t xml:space="preserve">    (a) firmly decided</w:t>
      </w:r>
      <w:r>
        <w:br/>
      </w:r>
      <w:r>
        <w:t xml:space="preserve">    (b) was forced</w:t>
      </w:r>
      <w:r>
        <w:br/>
      </w:r>
      <w:r>
        <w:t xml:space="preserve">    (c) was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in short supply</w:t>
      </w:r>
      <w:r>
        <w:br/>
      </w:r>
      <w:r>
        <w:t xml:space="preserve">    (b) easily found</w:t>
      </w:r>
      <w:r>
        <w:br/>
      </w:r>
      <w:r>
        <w:t xml:space="preserve">    (c) extremely hard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thought that there are over 20,000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species</w:t>
      </w:r>
      <w:r>
        <w:rPr>
          <w:b/>
          <w:bCs/>
        </w:rPr>
        <w:t xml:space="preserve"> </w:t>
      </w:r>
      <w:r>
        <w:rPr>
          <w:b/>
          <w:bCs/>
        </w:rPr>
        <w:t xml:space="preserve">of ants.</w:t>
      </w:r>
      <w:r>
        <w:br/>
      </w:r>
      <w:r>
        <w:t xml:space="preserve">    (a) different nest types</w:t>
      </w:r>
      <w:r>
        <w:br/>
      </w:r>
      <w:r>
        <w:t xml:space="preserve">    (b) different categories</w:t>
      </w:r>
      <w:r>
        <w:br/>
      </w:r>
      <w:r>
        <w:t xml:space="preserve">    (c) different diets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speculating</w:t>
      </w:r>
      <w:r>
        <w:rPr>
          <w:b/>
          <w:bCs/>
        </w:rPr>
        <w:t xml:space="preserve"> </w:t>
      </w:r>
      <w:r>
        <w:rPr>
          <w:b/>
          <w:bCs/>
        </w:rPr>
        <w:t xml:space="preserve">as to whether a president would have to resign after that kind of scandal.</w:t>
      </w:r>
      <w:r>
        <w:br/>
      </w:r>
      <w:r>
        <w:t xml:space="preserve">    (a) thoughtfully guessing</w:t>
      </w:r>
      <w:r>
        <w:br/>
      </w:r>
      <w:r>
        <w:t xml:space="preserve">    (b) hoping</w:t>
      </w:r>
      <w:r>
        <w:br/>
      </w:r>
      <w:r>
        <w:t xml:space="preserve">    (c) demonstrating concern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thought we could create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utopia</w:t>
      </w:r>
      <w:r>
        <w:rPr>
          <w:b/>
          <w:bCs/>
        </w:rPr>
        <w:t xml:space="preserve">, but we failed because we overestimated human nature.</w:t>
      </w:r>
      <w:r>
        <w:br/>
      </w:r>
      <w:r>
        <w:t xml:space="preserve">    (a) an ideal place</w:t>
      </w:r>
      <w:r>
        <w:br/>
      </w:r>
      <w:r>
        <w:t xml:space="preserve">    (b) a challenging journey</w:t>
      </w:r>
      <w:r>
        <w:br/>
      </w:r>
      <w:r>
        <w:t xml:space="preserve">    (c) constant innovation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2026-07-31T14:57:29Z</dcterms:created>
  <dcterms:modified xsi:type="dcterms:W3CDTF">2026-07-31T14:57:29Z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