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cf0c4d75bcfaa5528d961f9b96321f4b6eef80"/>
    <w:p>
      <w:pPr>
        <w:pStyle w:val="Heading1"/>
      </w:pPr>
      <w:r>
        <w:rPr>
          <w:b/>
          <w:bCs/>
        </w:rPr>
        <w:t xml:space="preserve">The Time Machine</w:t>
      </w:r>
      <w:r>
        <w:br/>
      </w:r>
      <w:r>
        <w:rPr>
          <w:i/>
          <w:iCs/>
        </w:rPr>
        <w:t xml:space="preserve">H. G. Wells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Time Machine, by H. G. Wells [1898] I The Time Traveller (for so it will be convenient to speak of him)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expounding</w:t>
      </w:r>
      <w:r>
        <w:rPr>
          <w:b/>
          <w:bCs/>
        </w:rPr>
        <w:t xml:space="preserve"> </w:t>
      </w:r>
      <w:r>
        <w:rPr>
          <w:b/>
          <w:bCs/>
        </w:rPr>
        <w:t xml:space="preserve">a recondite matter to us.</w:t>
      </w:r>
      <w:r>
        <w:br/>
      </w:r>
      <w:r>
        <w:t xml:space="preserve">    (a) explaining or discussing in detail</w:t>
      </w:r>
      <w:r>
        <w:br/>
      </w:r>
      <w:r>
        <w:t xml:space="preserve">    (b) finding, searching, or researching</w:t>
      </w:r>
      <w:r>
        <w:br/>
      </w:r>
      <w:r>
        <w:t xml:space="preserve">    (c) learning, discovering, or deciding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'That,' said a very young man, making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spasmodic</w:t>
      </w:r>
      <w:r>
        <w:rPr>
          <w:b/>
          <w:bCs/>
        </w:rPr>
        <w:t xml:space="preserve"> </w:t>
      </w:r>
      <w:r>
        <w:rPr>
          <w:b/>
          <w:bCs/>
        </w:rPr>
        <w:t xml:space="preserve">efforts to relight his cigar over the lamp; 'that ...very clear indeed.'</w:t>
      </w:r>
      <w:r>
        <w:br/>
      </w:r>
      <w:r>
        <w:t xml:space="preserve">    (a) related to the branch of medicine concerned with the treatment of infants and children</w:t>
      </w:r>
      <w:r>
        <w:br/>
      </w:r>
      <w:r>
        <w:t xml:space="preserve">    (b) happening for short periods and not in a regular pattern; or relating to muscle spasms</w:t>
      </w:r>
      <w:r>
        <w:br/>
      </w:r>
      <w:r>
        <w:t xml:space="preserve">    (c) someone who believes in doing things the way they have generally been done in the past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ancestors had no great tolerance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anachronisms</w:t>
      </w:r>
      <w:r>
        <w:rPr>
          <w:b/>
          <w:bCs/>
        </w:rPr>
        <w:t xml:space="preserve">.</w:t>
      </w:r>
      <w:r>
        <w:br/>
      </w:r>
      <w:r>
        <w:t xml:space="preserve">    (a) substances that stimulate the production of antibodies to protect against a disease</w:t>
      </w:r>
      <w:r>
        <w:br/>
      </w:r>
      <w:r>
        <w:t xml:space="preserve">    (b) things out of place for their time</w:t>
      </w:r>
      <w:r>
        <w:br/>
      </w:r>
      <w:r>
        <w:t xml:space="preserve">    (c) believers in the teachings of the Chinese philosopher, Confucius (circa 551-478 BC)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'Serious objections,' remarked the Provincial Mayor, with an air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impartiality</w:t>
      </w:r>
      <w:r>
        <w:rPr>
          <w:b/>
          <w:bCs/>
        </w:rPr>
        <w:t xml:space="preserve">, turning towards the Time Traveller.</w:t>
      </w:r>
      <w:r>
        <w:br/>
      </w:r>
      <w:r>
        <w:t xml:space="preserve">    (a) requires (to do something)</w:t>
      </w:r>
      <w:r>
        <w:br/>
      </w:r>
      <w:r>
        <w:t xml:space="preserve">    (b) rain, snow, hail, or sleet</w:t>
      </w:r>
      <w:r>
        <w:br/>
      </w:r>
      <w:r>
        <w:t xml:space="preserve">    (c) lack of favoritism or bias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unpleasant sensations of the start were less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now.</w:t>
      </w:r>
      <w:r>
        <w:br/>
      </w:r>
      <w:r>
        <w:t xml:space="preserve">    (a) sharp or intense</w:t>
      </w:r>
      <w:r>
        <w:br/>
      </w:r>
      <w:r>
        <w:t xml:space="preserve">    (b) likely to change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told myself that I could never stop, and with a gust of petulance I resolved to stop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.</w:t>
      </w:r>
      <w:r>
        <w:br/>
      </w:r>
      <w:r>
        <w:t xml:space="preserve">    (a) well suited</w:t>
      </w:r>
      <w:r>
        <w:br/>
      </w:r>
      <w:r>
        <w:t xml:space="preserve">    (b) immediately</w:t>
      </w:r>
      <w:r>
        <w:br/>
      </w:r>
      <w:r>
        <w:t xml:space="preserve">    (c) a last name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went with them the memory of my confident anticipations of a profoundly grave and intellectual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posterity</w:t>
      </w:r>
      <w:r>
        <w:rPr>
          <w:b/>
          <w:bCs/>
        </w:rPr>
        <w:t xml:space="preserve"> </w:t>
      </w:r>
      <w:r>
        <w:rPr>
          <w:b/>
          <w:bCs/>
        </w:rPr>
        <w:t xml:space="preserve">came, with irresistible merriment, to my mind.</w:t>
      </w:r>
      <w:r>
        <w:br/>
      </w:r>
      <w:r>
        <w:t xml:space="preserve">    (a) all future generations</w:t>
      </w:r>
      <w:r>
        <w:br/>
      </w:r>
      <w:r>
        <w:t xml:space="preserve">    (b) not thinking carefully</w:t>
      </w:r>
      <w:r>
        <w:br/>
      </w:r>
      <w:r>
        <w:t xml:space="preserve">    (c) lacks adequate funding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follow their example, for I felt thirsty and hungry.</w:t>
      </w:r>
      <w:r>
        <w:br/>
      </w:r>
      <w:r>
        <w:t xml:space="preserve">    (a) reluctant or unwilling to do something</w:t>
      </w:r>
      <w:r>
        <w:br/>
      </w:r>
      <w:r>
        <w:t xml:space="preserve">    (b) able to accept as true (without proof)</w:t>
      </w:r>
      <w:r>
        <w:br/>
      </w:r>
      <w:r>
        <w:t xml:space="preserve">    (c) able to be protected or kept unchanged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transitory</w:t>
      </w:r>
      <w:r>
        <w:rPr>
          <w:b/>
          <w:bCs/>
        </w:rPr>
        <w:t xml:space="preserve"> </w:t>
      </w:r>
      <w:r>
        <w:rPr>
          <w:b/>
          <w:bCs/>
        </w:rPr>
        <w:t xml:space="preserve">way of the oddness of wells still existing, and then resumed the thread of my speculations.</w:t>
      </w:r>
      <w:r>
        <w:br/>
      </w:r>
      <w:r>
        <w:t xml:space="preserve">    (a) lasting a short time</w:t>
      </w:r>
      <w:r>
        <w:br/>
      </w:r>
      <w:r>
        <w:t xml:space="preserve">    (b) not demonstrative of</w:t>
      </w:r>
      <w:r>
        <w:br/>
      </w:r>
      <w:r>
        <w:t xml:space="preserve">    (c) sincerity (realness)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whole world will be intelligent, educated, and co-operating; things will move faster and faster towards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subjugation</w:t>
      </w:r>
      <w:r>
        <w:rPr>
          <w:b/>
          <w:bCs/>
        </w:rPr>
        <w:t xml:space="preserve"> </w:t>
      </w:r>
      <w:r>
        <w:rPr>
          <w:b/>
          <w:bCs/>
        </w:rPr>
        <w:t xml:space="preserve">of Nature.</w:t>
      </w:r>
      <w:r>
        <w:br/>
      </w:r>
      <w:r>
        <w:t xml:space="preserve">    (a) to express strong hatred or loathing for</w:t>
      </w:r>
      <w:r>
        <w:br/>
      </w:r>
      <w:r>
        <w:t xml:space="preserve">    (b) devices that turn light into electricity</w:t>
      </w:r>
      <w:r>
        <w:br/>
      </w:r>
      <w:r>
        <w:t xml:space="preserve">    (c) forced submission to another's dominance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Possibly the checks they had devised for the increase of population had succeeded too well, and their numbers had rather diminished than kept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stationary</w:t>
      </w:r>
      <w:r>
        <w:rPr>
          <w:b/>
          <w:bCs/>
        </w:rPr>
        <w:t xml:space="preserve">.</w:t>
      </w:r>
      <w:r>
        <w:br/>
      </w:r>
      <w:r>
        <w:t xml:space="preserve">    (a) male, female, or any of many trans categories</w:t>
      </w:r>
      <w:r>
        <w:br/>
      </w:r>
      <w:r>
        <w:t xml:space="preserve">    (b) an official charge (of having broken the law)</w:t>
      </w:r>
      <w:r>
        <w:br/>
      </w:r>
      <w:r>
        <w:t xml:space="preserve">    (c) standing still; or not capable of being moved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saw the horror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repugnance</w:t>
      </w:r>
      <w:r>
        <w:rPr>
          <w:b/>
          <w:bCs/>
        </w:rPr>
        <w:t xml:space="preserve"> </w:t>
      </w:r>
      <w:r>
        <w:rPr>
          <w:b/>
          <w:bCs/>
        </w:rPr>
        <w:t xml:space="preserve">of his face, and all of a sudden I let him go.</w:t>
      </w:r>
      <w:r>
        <w:br/>
      </w:r>
      <w:r>
        <w:t xml:space="preserve">    (a) dissatisfaction</w:t>
      </w:r>
      <w:r>
        <w:br/>
      </w:r>
      <w:r>
        <w:t xml:space="preserve">    (b) discouragement</w:t>
      </w:r>
      <w:r>
        <w:br/>
      </w:r>
      <w:r>
        <w:t xml:space="preserve">    (c) strong disgust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was it related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 </w:t>
      </w:r>
      <w:r>
        <w:rPr>
          <w:b/>
          <w:bCs/>
        </w:rPr>
        <w:t xml:space="preserve">serenity of the beautiful Upper-worlders?</w:t>
      </w:r>
      <w:r>
        <w:br/>
      </w:r>
      <w:r>
        <w:t xml:space="preserve">    (a) impulsive</w:t>
      </w:r>
      <w:r>
        <w:br/>
      </w:r>
      <w:r>
        <w:t xml:space="preserve">    (b) lazy</w:t>
      </w:r>
      <w:r>
        <w:br/>
      </w:r>
      <w:r>
        <w:t xml:space="preserve">    (c) unfocused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Then, those large eyes, with that capacity for reflecting light, are common features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nocturnal</w:t>
      </w:r>
      <w:r>
        <w:rPr>
          <w:b/>
          <w:bCs/>
        </w:rPr>
        <w:t xml:space="preserve"> </w:t>
      </w:r>
      <w:r>
        <w:rPr>
          <w:b/>
          <w:bCs/>
        </w:rPr>
        <w:t xml:space="preserve">things—witness the owl and the cat.</w:t>
      </w:r>
      <w:r>
        <w:br/>
      </w:r>
      <w:r>
        <w:t xml:space="preserve">    (a) the quality of being unchanging or continuous</w:t>
      </w:r>
      <w:r>
        <w:br/>
      </w:r>
      <w:r>
        <w:t xml:space="preserve">    (b) active during the night; or relating to night</w:t>
      </w:r>
      <w:r>
        <w:br/>
      </w:r>
      <w:r>
        <w:t xml:space="preserve">    (c) the quality of not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Such of them as were so constituted as to be miserable and rebellious would die; and, in the end, the balance being permanent, the survivors would become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well adapted</w:t>
      </w:r>
      <w:r>
        <w:rPr>
          <w:b/>
          <w:bCs/>
        </w:rPr>
        <w:t xml:space="preserve"> </w:t>
      </w:r>
      <w:r>
        <w:rPr>
          <w:b/>
          <w:bCs/>
        </w:rPr>
        <w:t xml:space="preserve">to the conditions of underground life, and as happy in their way, as the Upper-world people were to theirs.</w:t>
      </w:r>
      <w:r>
        <w:br/>
      </w:r>
      <w:r>
        <w:t xml:space="preserve">    (a) well suited</w:t>
      </w:r>
      <w:r>
        <w:br/>
      </w:r>
      <w:r>
        <w:t xml:space="preserve">    (b) restraining</w:t>
      </w:r>
      <w:r>
        <w:br/>
      </w:r>
      <w:r>
        <w:t xml:space="preserve">    (c) surrendered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on both these days I had the restless feeling of one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shirks</w:t>
      </w:r>
      <w:r>
        <w:rPr>
          <w:b/>
          <w:bCs/>
        </w:rPr>
        <w:t xml:space="preserve"> </w:t>
      </w:r>
      <w:r>
        <w:rPr>
          <w:b/>
          <w:bCs/>
        </w:rPr>
        <w:t xml:space="preserve">an inevitable duty.</w:t>
      </w:r>
      <w:r>
        <w:br/>
      </w:r>
      <w:r>
        <w:t xml:space="preserve">    (a) copies</w:t>
      </w:r>
      <w:r>
        <w:br/>
      </w:r>
      <w:r>
        <w:t xml:space="preserve">    (b) trades</w:t>
      </w:r>
      <w:r>
        <w:br/>
      </w:r>
      <w:r>
        <w:t xml:space="preserve">    (c) avoids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Living, as they did, in what appeared to me impenetrable darkness, their eyes were abnormally large and sensitive, just as are the pupils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abysmal</w:t>
      </w:r>
      <w:r>
        <w:rPr>
          <w:b/>
          <w:bCs/>
        </w:rPr>
        <w:t xml:space="preserve"> </w:t>
      </w:r>
      <w:r>
        <w:rPr>
          <w:b/>
          <w:bCs/>
        </w:rPr>
        <w:t xml:space="preserve">fishes, and they reflected the light in the same way.</w:t>
      </w:r>
      <w:r>
        <w:br/>
      </w:r>
      <w:r>
        <w:t xml:space="preserve">    (a) absolute</w:t>
      </w:r>
      <w:r>
        <w:br/>
      </w:r>
      <w:r>
        <w:t xml:space="preserve">    (b) pleasing</w:t>
      </w:r>
      <w:r>
        <w:br/>
      </w:r>
      <w:r>
        <w:t xml:space="preserve">    (c) very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amid all these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scintillating</w:t>
      </w:r>
      <w:r>
        <w:rPr>
          <w:b/>
          <w:bCs/>
        </w:rPr>
        <w:t xml:space="preserve"> </w:t>
      </w:r>
      <w:r>
        <w:rPr>
          <w:b/>
          <w:bCs/>
        </w:rPr>
        <w:t xml:space="preserve">points of light one bright planet shone kindly and steadily like the face of an old friend.</w:t>
      </w:r>
      <w:r>
        <w:br/>
      </w:r>
      <w:r>
        <w:t xml:space="preserve">    (a) making different; or showing difference</w:t>
      </w:r>
      <w:r>
        <w:br/>
      </w:r>
      <w:r>
        <w:t xml:space="preserve">    (b) brilliantly lively, clever, or exciting</w:t>
      </w:r>
      <w:r>
        <w:br/>
      </w:r>
      <w:r>
        <w:t xml:space="preserve">    (c) interacting, interesting, or attracting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Its back was corrugated and ornamented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ungainly</w:t>
      </w:r>
      <w:r>
        <w:rPr>
          <w:b/>
          <w:bCs/>
        </w:rPr>
        <w:t xml:space="preserve"> </w:t>
      </w:r>
      <w:r>
        <w:rPr>
          <w:b/>
          <w:bCs/>
        </w:rPr>
        <w:t xml:space="preserve">bosses, and a greenish incrustation blotched it here and there.</w:t>
      </w:r>
      <w:r>
        <w:br/>
      </w:r>
      <w:r>
        <w:t xml:space="preserve">    (a) lacking grace in movement or appearance; or difficult to handle or manage</w:t>
      </w:r>
      <w:r>
        <w:br/>
      </w:r>
      <w:r>
        <w:t xml:space="preserve">    (b) lacking adult height or maturity</w:t>
      </w:r>
      <w:r>
        <w:br/>
      </w:r>
      <w:r>
        <w:t xml:space="preserve">    (c) lacking appropriate weight compared to height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in the flickering light of the lamp was the machine sure enough, squat, ugly,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askew</w:t>
      </w:r>
      <w:r>
        <w:rPr>
          <w:b/>
          <w:bCs/>
        </w:rPr>
        <w:t xml:space="preserve">; a thing of brass, ebony, ivory, and translucent glimmering quartz.</w:t>
      </w:r>
      <w:r>
        <w:br/>
      </w:r>
      <w:r>
        <w:t xml:space="preserve">    (a) not straight; or not right</w:t>
      </w:r>
      <w:r>
        <w:br/>
      </w:r>
      <w:r>
        <w:t xml:space="preserve">    (b) rain, snow, hail, or sleet</w:t>
      </w:r>
      <w:r>
        <w:br/>
      </w:r>
      <w:r>
        <w:t xml:space="preserve">    (c) opposed to "globalization"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2026-07-31T14:57:30Z</dcterms:created>
  <dcterms:modified xsi:type="dcterms:W3CDTF">2026-07-31T14:57:30Z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