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ec1342410e4e77fcc8a89d70eabe81a42619b2"/>
    <w:p>
      <w:pPr>
        <w:pStyle w:val="Heading1"/>
      </w:pPr>
      <w:r>
        <w:rPr>
          <w:b/>
          <w:bCs/>
        </w:rPr>
        <w:t xml:space="preserve">The Thundering Herd</w:t>
      </w:r>
      <w:r>
        <w:br/>
      </w:r>
      <w:r>
        <w:rPr>
          <w:i/>
          <w:iCs/>
        </w:rPr>
        <w:t xml:space="preserve">Zane Grey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Rumors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abound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new student in class.</w:t>
      </w:r>
      <w:r>
        <w:br/>
      </w:r>
      <w:r>
        <w:t xml:space="preserve">    (a) are rare</w:t>
      </w:r>
      <w:r>
        <w:br/>
      </w:r>
      <w:r>
        <w:t xml:space="preserve">    (b) are plentiful</w:t>
      </w:r>
      <w:r>
        <w:br/>
      </w:r>
      <w:r>
        <w:t xml:space="preserve">    (c) gradually disappear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embarrassment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distraction</w:t>
      </w:r>
      <w:r>
        <w:br/>
      </w:r>
      <w:r>
        <w:t xml:space="preserve">    (b) lack of interest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understand</w:t>
      </w:r>
      <w:r>
        <w:br/>
      </w:r>
      <w:r>
        <w:t xml:space="preserve">    (b) study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small in amount</w:t>
      </w:r>
      <w:r>
        <w:br/>
      </w:r>
      <w:r>
        <w:t xml:space="preserve">    (b) rare and unusual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represent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loud sound</w:t>
      </w:r>
      <w:r>
        <w:br/>
      </w:r>
      <w:r>
        <w:t xml:space="preserve">    (b) unpleasant sound</w:t>
      </w:r>
      <w:r>
        <w:br/>
      </w:r>
      <w:r>
        <w:t xml:space="preserve">    (c) attractive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refused to accept</w:t>
      </w:r>
      <w:r>
        <w:br/>
      </w:r>
      <w:r>
        <w:t xml:space="preserve">    (b) caused to develop</w:t>
      </w:r>
      <w:r>
        <w:br/>
      </w:r>
      <w:r>
        <w:t xml:space="preserve">    (c) tried to hide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shows</w:t>
      </w:r>
      <w:r>
        <w:br/>
      </w:r>
      <w:r>
        <w:t xml:space="preserve">    (b) lacks</w:t>
      </w:r>
      <w:r>
        <w:br/>
      </w:r>
      <w:r>
        <w:t xml:space="preserve">    (c) craves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problem</w:t>
      </w:r>
      <w:r>
        <w:br/>
      </w:r>
      <w:r>
        <w:t xml:space="preserve">    (b) main point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drawing attention to</w:t>
      </w:r>
      <w:r>
        <w:br/>
      </w:r>
      <w:r>
        <w:t xml:space="preserve">    (b) helping or assisting</w:t>
      </w:r>
      <w:r>
        <w:br/>
      </w:r>
      <w:r>
        <w:t xml:space="preserve">    (c) making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prevented</w:t>
      </w:r>
      <w:r>
        <w:br/>
      </w:r>
      <w:r>
        <w:t xml:space="preserve">    (b) slowed</w:t>
      </w:r>
      <w:r>
        <w:br/>
      </w:r>
      <w:r>
        <w:t xml:space="preserve">    (c) drove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hidden</w:t>
      </w:r>
      <w:r>
        <w:br/>
      </w:r>
      <w:r>
        <w:t xml:space="preserve">    (b) been seen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asked why he wanted to climb the mountain, he retorted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laconically</w:t>
      </w:r>
      <w:r>
        <w:rPr>
          <w:b/>
          <w:bCs/>
        </w:rPr>
        <w:t xml:space="preserve">, "Because it's there."</w:t>
      </w:r>
      <w:r>
        <w:br/>
      </w:r>
      <w:r>
        <w:t xml:space="preserve">    (a) in a manner that uses few words</w:t>
      </w:r>
      <w:r>
        <w:br/>
      </w:r>
      <w:r>
        <w:t xml:space="preserve">    (b) in a funny manner</w:t>
      </w:r>
      <w:r>
        <w:br/>
      </w:r>
      <w:r>
        <w:t xml:space="preserve">    (c) in a shy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Barbless hooks are much easier to remove from the fish (and the person fishing, in the event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).</w:t>
      </w:r>
      <w:r>
        <w:br/>
      </w:r>
      <w:r>
        <w:t xml:space="preserve">    (a) minor accident</w:t>
      </w:r>
      <w:r>
        <w:br/>
      </w:r>
      <w:r>
        <w:t xml:space="preserve">    (b) reversal of fortunes</w:t>
      </w:r>
      <w:r>
        <w:br/>
      </w:r>
      <w:r>
        <w:t xml:space="preserve">    (c) violent argument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sheered</w:t>
      </w:r>
      <w:r>
        <w:rPr>
          <w:b/>
          <w:bCs/>
        </w:rPr>
        <w:t xml:space="preserve"> </w:t>
      </w:r>
      <w:r>
        <w:rPr>
          <w:b/>
          <w:bCs/>
        </w:rPr>
        <w:t xml:space="preserve">toward the whale and silenced the engines drifting forward until it was about 100 yards away.</w:t>
      </w:r>
      <w:r>
        <w:br/>
      </w:r>
      <w:r>
        <w:t xml:space="preserve">    (a) turned sharply</w:t>
      </w:r>
      <w:r>
        <w:br/>
      </w:r>
      <w:r>
        <w:t xml:space="preserve">    (b) raced</w:t>
      </w:r>
      <w:r>
        <w:br/>
      </w:r>
      <w:r>
        <w:t xml:space="preserve">    (c) made a gentle arc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</w:t>
      </w:r>
      <w:r>
        <w:rPr>
          <w:b/>
          <w:bCs/>
        </w:rPr>
        <w:t xml:space="preserve"> </w:t>
      </w:r>
      <w:r>
        <w:rPr>
          <w:b/>
          <w:bCs/>
        </w:rPr>
        <w:t xml:space="preserve">nature of the economy has made it difficult for businesses to plan for the future.</w:t>
      </w:r>
      <w:r>
        <w:br/>
      </w:r>
      <w:r>
        <w:t xml:space="preserve">    (a) politically charged</w:t>
      </w:r>
      <w:r>
        <w:br/>
      </w:r>
      <w:r>
        <w:t xml:space="preserve">    (b) happening with short irregular bursts</w:t>
      </w:r>
      <w:r>
        <w:br/>
      </w:r>
      <w:r>
        <w:t xml:space="preserve">    (c) long cycles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protesters’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chants could be heard from blocks away.</w:t>
      </w:r>
      <w:r>
        <w:br/>
      </w:r>
      <w:r>
        <w:t xml:space="preserve">    (a) unexpected or non-typical</w:t>
      </w:r>
      <w:r>
        <w:br/>
      </w:r>
      <w:r>
        <w:t xml:space="preserve">    (b) calm and composed</w:t>
      </w:r>
      <w:r>
        <w:br/>
      </w:r>
      <w:r>
        <w:t xml:space="preserve">    (c) forceful or loud and harsh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outgoing</w:t>
      </w:r>
      <w:r>
        <w:br/>
      </w:r>
      <w:r>
        <w:t xml:space="preserve">    (b) reserved</w:t>
      </w:r>
      <w:r>
        <w:br/>
      </w:r>
      <w:r>
        <w:t xml:space="preserve">    (c) low-energy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determined and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least.</w:t>
      </w:r>
      <w:r>
        <w:br/>
      </w:r>
      <w:r>
        <w:t xml:space="preserve">    (a) celebrate</w:t>
      </w:r>
      <w:r>
        <w:br/>
      </w:r>
      <w:r>
        <w:t xml:space="preserve">    (b) waver</w:t>
      </w:r>
      <w:r>
        <w:br/>
      </w:r>
      <w:r>
        <w:t xml:space="preserve">    (c) forget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2026-07-31T17:40:01Z</dcterms:created>
  <dcterms:modified xsi:type="dcterms:W3CDTF">2026-07-31T17:40:01Z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