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8f626ff8e171756e40febfeae3a73e02be170e"/>
    <w:p>
      <w:pPr>
        <w:pStyle w:val="Heading1"/>
      </w:pPr>
      <w:r>
        <w:rPr>
          <w:b/>
          <w:bCs/>
        </w:rPr>
        <w:t xml:space="preserve">The Thundering Herd</w:t>
      </w:r>
      <w:r>
        <w:br/>
      </w:r>
      <w:r>
        <w:rPr>
          <w:i/>
          <w:iCs/>
        </w:rPr>
        <w:t xml:space="preserve">Zane Grey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came intervals when he was free of that lowered battering head; and during the last of these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sheered</w:t>
      </w:r>
      <w:r>
        <w:rPr>
          <w:b/>
          <w:bCs/>
        </w:rPr>
        <w:t xml:space="preserve"> </w:t>
      </w:r>
      <w:r>
        <w:rPr>
          <w:b/>
          <w:bCs/>
        </w:rPr>
        <w:t xml:space="preserve">away among the stragglers of the herd, leaving the field to the victor.</w:t>
      </w:r>
      <w:r>
        <w:br/>
      </w:r>
      <w:r>
        <w:t xml:space="preserve">    (a) changed direction suddenly; or caused such a change of direction</w:t>
      </w:r>
      <w:r>
        <w:br/>
      </w:r>
      <w:r>
        <w:t xml:space="preserve">    (b) raced</w:t>
      </w:r>
      <w:r>
        <w:br/>
      </w:r>
      <w:r>
        <w:t xml:space="preserve">    (c) made a gentle arc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Only the battlements of the upper air,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assailed</w:t>
      </w:r>
      <w:r>
        <w:rPr>
          <w:b/>
          <w:bCs/>
        </w:rPr>
        <w:t xml:space="preserve"> </w:t>
      </w:r>
      <w:r>
        <w:rPr>
          <w:b/>
          <w:bCs/>
        </w:rPr>
        <w:t xml:space="preserve">in storm by the ripping of lightning, could send back such thunder as now rose from the shaking earth.</w:t>
      </w:r>
      <w:r>
        <w:br/>
      </w:r>
      <w:r>
        <w:t xml:space="preserve">    (a) limited or with boundaries</w:t>
      </w:r>
      <w:r>
        <w:br/>
      </w:r>
      <w:r>
        <w:t xml:space="preserve">    (b) gradually added or removed</w:t>
      </w:r>
      <w:r>
        <w:br/>
      </w:r>
      <w:r>
        <w:t xml:space="preserve">    (c) to attack or cause trouble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Castaneda wrote: These oxen are the bigness and color of our bulls......They have a great bunch of hair on their fore shoulders, and more on their fore part than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part, and it is like wool.</w:t>
      </w:r>
      <w:r>
        <w:br/>
      </w:r>
      <w:r>
        <w:t xml:space="preserve">    (a) slowed down or caused problems for</w:t>
      </w:r>
      <w:r>
        <w:br/>
      </w:r>
      <w:r>
        <w:t xml:space="preserve">    (b) make different; or show difference</w:t>
      </w:r>
      <w:r>
        <w:br/>
      </w:r>
      <w:r>
        <w:t xml:space="preserve">    (c) to cause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Dusty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evinced</w:t>
      </w:r>
      <w:r>
        <w:rPr>
          <w:b/>
          <w:bCs/>
        </w:rPr>
        <w:t xml:space="preserve"> </w:t>
      </w:r>
      <w:r>
        <w:rPr>
          <w:b/>
          <w:bCs/>
        </w:rPr>
        <w:t xml:space="preserve">less fear of the second prostrate buffalo, which was even a larger bull than the huge tough old animal Burn was engaged in skinning.</w:t>
      </w:r>
      <w:r>
        <w:br/>
      </w:r>
      <w:r>
        <w:t xml:space="preserve">    (a) copied</w:t>
      </w:r>
      <w:r>
        <w:br/>
      </w:r>
      <w:r>
        <w:t xml:space="preserve">    (b) traded</w:t>
      </w:r>
      <w:r>
        <w:br/>
      </w:r>
      <w:r>
        <w:t xml:space="preserve">    (c) showed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"Wait till I learn how!" exclaimed Tom, fired by the praise and the hopes thus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.</w:t>
      </w:r>
      <w:r>
        <w:br/>
      </w:r>
      <w:r>
        <w:t xml:space="preserve">    (a) traded</w:t>
      </w:r>
      <w:r>
        <w:br/>
      </w:r>
      <w:r>
        <w:t xml:space="preserve">    (b) copied</w:t>
      </w:r>
      <w:r>
        <w:br/>
      </w:r>
      <w:r>
        <w:t xml:space="preserve">    (c) caused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attending to his horse Tom had just about enough energy left to drink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copiously</w:t>
      </w:r>
      <w:r>
        <w:rPr>
          <w:b/>
          <w:bCs/>
        </w:rPr>
        <w:t xml:space="preserve"> </w:t>
      </w:r>
      <w:r>
        <w:rPr>
          <w:b/>
          <w:bCs/>
        </w:rPr>
        <w:t xml:space="preserve">and stretch out with a groan under a tree.</w:t>
      </w:r>
      <w:r>
        <w:br/>
      </w:r>
      <w:r>
        <w:t xml:space="preserve">    (a) in a disrespectful or rejecting manner</w:t>
      </w:r>
      <w:r>
        <w:br/>
      </w:r>
      <w:r>
        <w:t xml:space="preserve">    (b) abundant (large in quantity or number)</w:t>
      </w:r>
      <w:r>
        <w:br/>
      </w:r>
      <w:r>
        <w:t xml:space="preserve">    (c) in a manner that is not easily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Next morning he readily answered Pilchuck's call, but his body was incapable of a like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quickness; and/or cheerful eagerness</w:t>
      </w:r>
      <w:r>
        <w:br/>
      </w:r>
      <w:r>
        <w:t xml:space="preserve">    (b) the gain of advantage from something</w:t>
      </w:r>
      <w:r>
        <w:br/>
      </w:r>
      <w:r>
        <w:t xml:space="preserve">    (c) the quality of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"Run out of cartridges," he said,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laconically</w:t>
      </w:r>
      <w:r>
        <w:rPr>
          <w:b/>
          <w:bCs/>
        </w:rPr>
        <w:t xml:space="preserve">.</w:t>
      </w:r>
      <w:r>
        <w:br/>
      </w:r>
      <w:r>
        <w:t xml:space="preserve">    (a) in a manner that is not sincere</w:t>
      </w:r>
      <w:r>
        <w:br/>
      </w:r>
      <w:r>
        <w:t xml:space="preserve">    (b) in comparison to something else</w:t>
      </w:r>
      <w:r>
        <w:br/>
      </w:r>
      <w:r>
        <w:t xml:space="preserve">    (c) in a manner that uses few words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"Reckon we've got some good huntin' here, as long as this bunch hangs around the water,"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Pilchuck.</w:t>
      </w:r>
      <w:r>
        <w:br/>
      </w:r>
      <w:r>
        <w:t xml:space="preserve">    (a) not justified or explained as an understandable reaction to another action</w:t>
      </w:r>
      <w:r>
        <w:br/>
      </w:r>
      <w:r>
        <w:t xml:space="preserve">    (b) to insert between other elements; or to interrupt or stop action by others</w:t>
      </w:r>
      <w:r>
        <w:br/>
      </w:r>
      <w:r>
        <w:t xml:space="preserve">    (c) (verb) drew pictures to accompany  OR  (adjective) accompanied by pictures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apathetic</w:t>
      </w:r>
      <w:r>
        <w:rPr>
          <w:b/>
          <w:bCs/>
        </w:rPr>
        <w:t xml:space="preserve">, given to broodings and a growing tendency toward morbidness.</w:t>
      </w:r>
      <w:r>
        <w:br/>
      </w:r>
      <w:r>
        <w:t xml:space="preserve">    (a) made by taking on as one's own</w:t>
      </w:r>
      <w:r>
        <w:br/>
      </w:r>
      <w:r>
        <w:t xml:space="preserve">    (b) without interest or enthusiasm</w:t>
      </w:r>
      <w:r>
        <w:br/>
      </w:r>
      <w:r>
        <w:t xml:space="preserve">    (c) relating to the chest (thorax)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business of eating and the hurry maintained by Jett were not altogether cause for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taciturnity</w:t>
      </w:r>
      <w:r>
        <w:rPr>
          <w:b/>
          <w:bCs/>
        </w:rPr>
        <w:t xml:space="preserve">.</w:t>
      </w:r>
      <w:r>
        <w:br/>
      </w:r>
      <w:r>
        <w:t xml:space="preserve">    (a) with a tendency to be reserved and not to talk</w:t>
      </w:r>
      <w:r>
        <w:br/>
      </w:r>
      <w:r>
        <w:t xml:space="preserve">    (b) a document granting permission to do something</w:t>
      </w:r>
      <w:r>
        <w:br/>
      </w:r>
      <w:r>
        <w:t xml:space="preserve">    (c) held together (connected or united) or wrapped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"Oh, I see," continued Mrs. Jett, without lowering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strident</w:t>
      </w:r>
      <w:r>
        <w:rPr>
          <w:b/>
          <w:bCs/>
        </w:rPr>
        <w:t xml:space="preserve"> </w:t>
      </w:r>
      <w:r>
        <w:rPr>
          <w:b/>
          <w:bCs/>
        </w:rPr>
        <w:t xml:space="preserve">voice.</w:t>
      </w:r>
      <w:r>
        <w:br/>
      </w:r>
      <w:r>
        <w:t xml:space="preserve">    (a) unpleasantly forceful when expressing opinions; or loud and harsh</w:t>
      </w:r>
      <w:r>
        <w:br/>
      </w:r>
      <w:r>
        <w:br/>
      </w:r>
      <w:r>
        <w:br/>
      </w:r>
      <w:r>
        <w:t xml:space="preserve">    (b) not capable of being better understood through detailed examination</w:t>
      </w:r>
      <w:r>
        <w:br/>
      </w:r>
      <w:r>
        <w:t xml:space="preserve">    (c) clear, easily noticed, and/or identifiable as different or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more buffalo disturbed Milly's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spasmodic</w:t>
      </w:r>
      <w:r>
        <w:rPr>
          <w:b/>
          <w:bCs/>
        </w:rPr>
        <w:t xml:space="preserve"> </w:t>
      </w:r>
      <w:r>
        <w:rPr>
          <w:b/>
          <w:bCs/>
        </w:rPr>
        <w:t xml:space="preserve">periods of sewing and reading and the long spells of dreaming.</w:t>
      </w:r>
      <w:r>
        <w:br/>
      </w:r>
      <w:r>
        <w:t xml:space="preserve">    (a) someone who believes in doing things the way they have generally been done in the past</w:t>
      </w:r>
      <w:r>
        <w:br/>
      </w:r>
      <w:r>
        <w:t xml:space="preserve">    (b) related to the branch of medicine concerned with the treatment of infants and children</w:t>
      </w:r>
      <w:r>
        <w:br/>
      </w:r>
      <w:r>
        <w:t xml:space="preserve">    (c) happening for short periods and not in a regular pattern; or relating to muscle spasms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to look up at him, and even in the shadow of the trees she saw the fire in his eyes.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made appropriate in size, amount, or degree</w:t>
      </w:r>
      <w:r>
        <w:br/>
      </w:r>
      <w:r>
        <w:t xml:space="preserve">    (c) to make someone feel they must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Nevertheless she got by the worst of it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mishap</w:t>
      </w:r>
      <w:r>
        <w:rPr>
          <w:b/>
          <w:bCs/>
        </w:rPr>
        <w:t xml:space="preserve">, and then she breathed easier.</w:t>
      </w:r>
      <w:r>
        <w:br/>
      </w:r>
      <w:r>
        <w:t xml:space="preserve">    (a) basic rule or belief</w:t>
      </w:r>
      <w:r>
        <w:br/>
      </w:r>
      <w:r>
        <w:t xml:space="preserve">    (b) unfortunate accident</w:t>
      </w:r>
      <w:r>
        <w:br/>
      </w:r>
      <w:r>
        <w:t xml:space="preserve">    (c) the act of forgiving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Nothing she owed, however, or tried to instil into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vacillating</w:t>
      </w:r>
      <w:r>
        <w:rPr>
          <w:b/>
          <w:bCs/>
        </w:rPr>
        <w:t xml:space="preserve"> </w:t>
      </w:r>
      <w:r>
        <w:rPr>
          <w:b/>
          <w:bCs/>
        </w:rPr>
        <w:t xml:space="preserve">mind, quite did away with that insidious suspicion.</w:t>
      </w:r>
      <w:r>
        <w:br/>
      </w:r>
      <w:r>
        <w:t xml:space="preserve">    (a) trying to obtain a result through gentle and careful effort -- often gently persuading</w:t>
      </w:r>
      <w:r>
        <w:br/>
      </w:r>
      <w:r>
        <w:t xml:space="preserve">    (b) strongly criticizing or accusing publicly  OR  (more rarely) informing against someone</w:t>
      </w:r>
      <w:r>
        <w:br/>
      </w:r>
      <w:r>
        <w:t xml:space="preserve">    (c) changing one's mind back and forth between conflicting ideas  OR  swaying back and forth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told it briefly, remembering especially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and substance of what the officer and scout had said.</w:t>
      </w:r>
      <w:r>
        <w:br/>
      </w:r>
      <w:r>
        <w:t xml:space="preserve">    (a) something that helps clarify or demonstrate</w:t>
      </w:r>
      <w:r>
        <w:br/>
      </w:r>
      <w:r>
        <w:t xml:space="preserve">    (b) the act of taking something on as one's own</w:t>
      </w:r>
      <w:r>
        <w:br/>
      </w:r>
      <w:r>
        <w:t xml:space="preserve">    (c) the main point(s) of a more detailed matter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situated on a beautifully wooded bench above the wild brakes of a tributary to the larger river near by, and game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abounded</w:t>
      </w:r>
      <w:r>
        <w:rPr>
          <w:b/>
          <w:bCs/>
        </w:rPr>
        <w:t xml:space="preserve"> </w:t>
      </w:r>
      <w:r>
        <w:rPr>
          <w:b/>
          <w:bCs/>
        </w:rPr>
        <w:t xml:space="preserve">there.</w:t>
      </w:r>
      <w:r>
        <w:br/>
      </w:r>
      <w:r>
        <w:t xml:space="preserve">    (a) thought -- possibly aloud</w:t>
      </w:r>
      <w:r>
        <w:br/>
      </w:r>
      <w:r>
        <w:t xml:space="preserve">    (b) expelled or gotten rid of</w:t>
      </w:r>
      <w:r>
        <w:br/>
      </w:r>
      <w:r>
        <w:t xml:space="preserve">    (c) was abundant or plentiful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crack of  Winchesters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discordance</w:t>
      </w:r>
      <w:r>
        <w:rPr>
          <w:b/>
          <w:bCs/>
        </w:rPr>
        <w:t xml:space="preserve"> </w:t>
      </w:r>
      <w:r>
        <w:rPr>
          <w:b/>
          <w:bCs/>
        </w:rPr>
        <w:t xml:space="preserve">of a nightmare.</w:t>
      </w:r>
      <w:r>
        <w:br/>
      </w:r>
      <w:r>
        <w:t xml:space="preserve">    (a) a doctrine emphasizing a person's capacity for self-realization through reason rather than through religion and the supernatural</w:t>
      </w:r>
      <w:r>
        <w:br/>
      </w:r>
      <w:r>
        <w:t xml:space="preserve">    (b) the act of putting someone into a trance-like state of focused concentration and heightened suggestibility (a state of hypnosis)</w:t>
      </w:r>
      <w:r>
        <w:br/>
      </w:r>
      <w:r>
        <w:t xml:space="preserve">    (c) bad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quick heavy breathing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denoted</w:t>
      </w:r>
      <w:r>
        <w:rPr>
          <w:b/>
          <w:bCs/>
        </w:rPr>
        <w:t xml:space="preserve"> </w:t>
      </w:r>
      <w:r>
        <w:rPr>
          <w:b/>
          <w:bCs/>
        </w:rPr>
        <w:t xml:space="preserve">a laboring under excitement.</w:t>
      </w:r>
      <w:r>
        <w:br/>
      </w:r>
      <w:r>
        <w:t xml:space="preserve">    (a) with rises and falls in pitch</w:t>
      </w:r>
      <w:r>
        <w:br/>
      </w:r>
      <w:r>
        <w:t xml:space="preserve">    (b) embarrassed or self-conscious</w:t>
      </w:r>
      <w:r>
        <w:br/>
      </w:r>
      <w:r>
        <w:t xml:space="preserve">    (c) stand for or symbolize literally; or be a sign or indicator of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2026-07-31T17:40:01Z</dcterms:created>
  <dcterms:modified xsi:type="dcterms:W3CDTF">2026-07-31T17:40:01Z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