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19e8465d8d17ea060226c915e7f132c55747368"/>
    <w:p>
      <w:pPr>
        <w:pStyle w:val="Heading1"/>
      </w:pPr>
      <w:r>
        <w:rPr>
          <w:b/>
          <w:bCs/>
        </w:rPr>
        <w:t xml:space="preserve">The Throne of Fire</w:t>
      </w:r>
      <w:r>
        <w:br/>
      </w:r>
      <w:r>
        <w:rPr>
          <w:i/>
          <w:iCs/>
        </w:rPr>
        <w:t xml:space="preserve">Rick Riordan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Fun with Spontaneous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Combustion</w:t>
      </w:r>
      <w:r>
        <w:rPr>
          <w:b/>
          <w:bCs/>
        </w:rPr>
        <w:t xml:space="preserve">.</w:t>
      </w:r>
      <w:r>
        <w:br/>
      </w:r>
      <w:r>
        <w:t xml:space="preserve">    (a) wrongly translates</w:t>
      </w:r>
      <w:r>
        <w:br/>
      </w:r>
      <w:r>
        <w:t xml:space="preserve">    (b) the act of burning</w:t>
      </w:r>
      <w:r>
        <w:br/>
      </w:r>
      <w:r>
        <w:t xml:space="preserve">    (c) restarted (a fire)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blond hair was streaked with red highlights —very subtle for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stealth</w:t>
      </w:r>
      <w:r>
        <w:rPr>
          <w:b/>
          <w:bCs/>
        </w:rPr>
        <w:t xml:space="preserve"> </w:t>
      </w:r>
      <w:r>
        <w:rPr>
          <w:b/>
          <w:bCs/>
        </w:rPr>
        <w:t xml:space="preserve">mission.</w:t>
      </w:r>
      <w:r>
        <w:br/>
      </w:r>
      <w:r>
        <w:t xml:space="preserve">    (a) hard to see or detect; or done in a manner to avoid detection</w:t>
      </w:r>
      <w:r>
        <w:br/>
      </w:r>
      <w:r>
        <w:t xml:space="preserve">    (b) not trustworthy with secrets, and/or conspicuous or obtrusive</w:t>
      </w:r>
      <w:r>
        <w:br/>
      </w:r>
      <w:r>
        <w:t xml:space="preserve">    (c) the state or degree of being able to be taken on as one's own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 his head was a Frisbee-shaped crown—a sun disk, braided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serpents</w:t>
      </w:r>
      <w:r>
        <w:rPr>
          <w:b/>
          <w:bCs/>
        </w:rPr>
        <w:t xml:space="preserve">.</w:t>
      </w:r>
      <w:r>
        <w:br/>
      </w:r>
      <w:r>
        <w:t xml:space="preserve">    (a) enters</w:t>
      </w:r>
      <w:r>
        <w:br/>
      </w:r>
      <w:r>
        <w:t xml:space="preserve">    (b) snakes</w:t>
      </w:r>
      <w:r>
        <w:br/>
      </w:r>
      <w:r>
        <w:t xml:space="preserve">    (c) copies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Others were stuck under piles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debris</w:t>
      </w:r>
      <w:r>
        <w:rPr>
          <w:b/>
          <w:bCs/>
        </w:rPr>
        <w:t xml:space="preserve">.</w:t>
      </w:r>
      <w:r>
        <w:br/>
      </w:r>
      <w:r>
        <w:t xml:space="preserve">    (a) pieces of something that has been destroyed; or trash that is lying around</w:t>
      </w:r>
      <w:r>
        <w:br/>
      </w:r>
      <w:r>
        <w:t xml:space="preserve">    (b) the act of treating or preparing food in a way that keeps it from spoiling</w:t>
      </w:r>
      <w:r>
        <w:br/>
      </w:r>
      <w:r>
        <w:t xml:space="preserve">    (c) passages food and drink follow between the back of mouths and the stomachs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floated to the end of the room, just above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dais</w:t>
      </w:r>
      <w:r>
        <w:rPr>
          <w:b/>
          <w:bCs/>
        </w:rPr>
        <w:t xml:space="preserve"> </w:t>
      </w:r>
      <w:r>
        <w:rPr>
          <w:b/>
          <w:bCs/>
        </w:rPr>
        <w:t xml:space="preserve">with the pharaoh's throne.</w:t>
      </w:r>
      <w:r>
        <w:br/>
      </w:r>
      <w:r>
        <w:t xml:space="preserve">    (a) raised platform</w:t>
      </w:r>
      <w:r>
        <w:br/>
      </w:r>
      <w:r>
        <w:t xml:space="preserve">    (b) in disagreement</w:t>
      </w:r>
      <w:r>
        <w:br/>
      </w:r>
      <w:r>
        <w:t xml:space="preserve">    (c) dramatic change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Amos had told me she was still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infirmary</w:t>
      </w:r>
      <w:r>
        <w:rPr>
          <w:b/>
          <w:bCs/>
        </w:rPr>
        <w:t xml:space="preserve">, no change.</w:t>
      </w:r>
      <w:r>
        <w:br/>
      </w:r>
      <w:r>
        <w:t xml:space="preserve">    (a) a state in which there is little ability to think</w:t>
      </w:r>
      <w:r>
        <w:br/>
      </w:r>
      <w:r>
        <w:t xml:space="preserve">    (b) people who do not believe in the existence of god</w:t>
      </w:r>
      <w:r>
        <w:br/>
      </w:r>
      <w:r>
        <w:t xml:space="preserve">    (c) a small facility where patients receive treatment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Thousands of years ago, Ra got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senile</w:t>
      </w:r>
      <w:r>
        <w:rPr>
          <w:b/>
          <w:bCs/>
        </w:rPr>
        <w:t xml:space="preserve"> </w:t>
      </w:r>
      <w:r>
        <w:rPr>
          <w:b/>
          <w:bCs/>
        </w:rPr>
        <w:t xml:space="preserve">and retreated into the heavens, leaving Osiris in charge.</w:t>
      </w:r>
      <w:r>
        <w:br/>
      </w:r>
      <w:r>
        <w:t xml:space="preserve">    (a) mental weakness caused by old age; or describing a medical condition as caused by old age</w:t>
      </w:r>
      <w:r>
        <w:br/>
      </w:r>
      <w:r>
        <w:t xml:space="preserve">    (b) in the dark (figuratively) due to a lack of knowledge, advantages, or moral understanding</w:t>
      </w:r>
      <w:r>
        <w:br/>
      </w:r>
      <w:r>
        <w:t xml:space="preserve">    (c) relating to a government, country, or ruling family of a country ruled by a king of queen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shivered, remembering the apparition that had appeared in the sky over Washington, D.C.—a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writhing</w:t>
      </w:r>
      <w:r>
        <w:rPr>
          <w:b/>
          <w:bCs/>
        </w:rPr>
        <w:t xml:space="preserve"> </w:t>
      </w:r>
      <w:r>
        <w:rPr>
          <w:b/>
          <w:bCs/>
        </w:rPr>
        <w:t xml:space="preserve">giant snake.</w:t>
      </w:r>
      <w:r>
        <w:br/>
      </w:r>
      <w:r>
        <w:t xml:space="preserve">    (a) opposing (struggling against each other)</w:t>
      </w:r>
      <w:r>
        <w:br/>
      </w:r>
      <w:r>
        <w:t xml:space="preserve">    (b) moving in a twisting or contorted motion</w:t>
      </w:r>
      <w:r>
        <w:br/>
      </w:r>
      <w:r>
        <w:t xml:space="preserve">    (c) examining in detail to better understand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During our last adventure I'd read a scroll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banish</w:t>
      </w:r>
      <w:r>
        <w:rPr>
          <w:b/>
          <w:bCs/>
        </w:rPr>
        <w:t xml:space="preserve"> </w:t>
      </w:r>
      <w:r>
        <w:rPr>
          <w:b/>
          <w:bCs/>
        </w:rPr>
        <w:t xml:space="preserve">Set, and it had worked much the same way.</w:t>
      </w:r>
      <w:r>
        <w:br/>
      </w:r>
      <w:r>
        <w:t xml:space="preserve">    (a) expel or get rid of</w:t>
      </w:r>
      <w:r>
        <w:br/>
      </w:r>
      <w:r>
        <w:t xml:space="preserve">    (b) influence or effect</w:t>
      </w:r>
      <w:r>
        <w:br/>
      </w:r>
      <w:r>
        <w:t xml:space="preserve">    (c) gain advantage from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the middle, a tattered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pavilion</w:t>
      </w:r>
      <w:r>
        <w:rPr>
          <w:b/>
          <w:bCs/>
        </w:rPr>
        <w:t xml:space="preserve"> </w:t>
      </w:r>
      <w:r>
        <w:rPr>
          <w:b/>
          <w:bCs/>
        </w:rPr>
        <w:t xml:space="preserve">covered an empty dais where a throne might once have sat.</w:t>
      </w:r>
      <w:r>
        <w:br/>
      </w:r>
      <w:r>
        <w:t xml:space="preserve">    (a) a large structure separate from a main structure or temporary</w:t>
      </w:r>
      <w:r>
        <w:br/>
      </w:r>
      <w:r>
        <w:t xml:space="preserve">    (b) a small group of people who plot in secret and exercise power</w:t>
      </w:r>
      <w:r>
        <w:br/>
      </w:r>
      <w:r>
        <w:t xml:space="preserve">    (c) make something more attractive or interesting by adding to it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would've been quite weak after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breaching</w:t>
      </w:r>
      <w:r>
        <w:rPr>
          <w:b/>
          <w:bCs/>
        </w:rPr>
        <w:t xml:space="preserve"> </w:t>
      </w:r>
      <w:r>
        <w:rPr>
          <w:b/>
          <w:bCs/>
        </w:rPr>
        <w:t xml:space="preserve">our defenses.</w:t>
      </w:r>
      <w:r>
        <w:br/>
      </w:r>
      <w:r>
        <w:t xml:space="preserve">    (a) attractive or desirable</w:t>
      </w:r>
      <w:r>
        <w:br/>
      </w:r>
      <w:r>
        <w:t xml:space="preserve">    (b) breaking or penetrating</w:t>
      </w:r>
      <w:r>
        <w:br/>
      </w:r>
      <w:r>
        <w:t xml:space="preserve">    (c) predicting or revealing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image changed back to the black-feathered hag, her horrible melted face grinning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maliciously</w:t>
      </w:r>
      <w:r>
        <w:rPr>
          <w:b/>
          <w:bCs/>
        </w:rPr>
        <w:t xml:space="preserve">.</w:t>
      </w:r>
      <w:r>
        <w:br/>
      </w:r>
      <w:r>
        <w:t xml:space="preserve">    (a) with a desire to see others suffer; or in a threatening manner</w:t>
      </w:r>
      <w:r>
        <w:br/>
      </w:r>
      <w:r>
        <w:t xml:space="preserve">    (b) in a brave manner -- especially when adventurous or determined</w:t>
      </w:r>
      <w:r>
        <w:br/>
      </w:r>
      <w:r>
        <w:t xml:space="preserve">    (c) in a manner that makes someone excited about getting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Sadie stared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talisman</w:t>
      </w:r>
      <w:r>
        <w:rPr>
          <w:b/>
          <w:bCs/>
        </w:rPr>
        <w:t xml:space="preserve"> </w:t>
      </w:r>
      <w:r>
        <w:rPr>
          <w:b/>
          <w:bCs/>
        </w:rPr>
        <w:t xml:space="preserve">glittering in her palm.</w:t>
      </w:r>
      <w:r>
        <w:br/>
      </w:r>
      <w:r>
        <w:t xml:space="preserve">    (a) a small object or piece of jewelry thought to have magical power -- especially to protect against evil</w:t>
      </w:r>
      <w:r>
        <w:br/>
      </w:r>
      <w:r>
        <w:t xml:space="preserve">    (b) a collection of things on public display  OR  a detailed explanation or background of a specific topic</w:t>
      </w:r>
      <w:r>
        <w:br/>
      </w:r>
      <w:r>
        <w:t xml:space="preserve">    (c) the process of assigning a value on or judging the worth of something; or the result of such a process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Oh, I know it won't destroy you completely, but with your secret name I can send you into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abyss</w:t>
      </w:r>
      <w:r>
        <w:rPr>
          <w:b/>
          <w:bCs/>
        </w:rPr>
        <w:t xml:space="preserve"> </w:t>
      </w:r>
      <w:r>
        <w:rPr>
          <w:b/>
          <w:bCs/>
        </w:rPr>
        <w:t xml:space="preserve">for eons, and it will be very, very painful.</w:t>
      </w:r>
      <w:r>
        <w:br/>
      </w:r>
      <w:r>
        <w:t xml:space="preserve">    (a) a hole or dropoff so deep the bottom cannot be seen -- often used figuratively to imply a frightening bottomless pit</w:t>
      </w:r>
      <w:r>
        <w:br/>
      </w:r>
      <w:r>
        <w:t xml:space="preserve">    (b) removal and examination of tissues or liquids from the living body to determine the existence or cause of a disease</w:t>
      </w:r>
      <w:r>
        <w:br/>
      </w:r>
      <w:r>
        <w:t xml:space="preserve">    (c) of the American Indian civilization of Yucatan and Belize and Guatemala that reached its peak between AD 300 and 900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Have 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narrate</w:t>
      </w:r>
      <w:r>
        <w:rPr>
          <w:b/>
          <w:bCs/>
        </w:rPr>
        <w:t xml:space="preserve"> </w:t>
      </w:r>
      <w:r>
        <w:rPr>
          <w:b/>
          <w:bCs/>
        </w:rPr>
        <w:t xml:space="preserve">the most painful part.</w:t>
      </w:r>
      <w:r>
        <w:br/>
      </w:r>
      <w:r>
        <w:t xml:space="preserve">    (a) lie or mislead</w:t>
      </w:r>
      <w:r>
        <w:br/>
      </w:r>
      <w:r>
        <w:t xml:space="preserve">    (b) begin fighting</w:t>
      </w:r>
      <w:r>
        <w:br/>
      </w:r>
      <w:r>
        <w:t xml:space="preserve">    (c) tell (a story)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one corner stood a fountain with a life-size statue of the lion goddess Sekhmet,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patron</w:t>
      </w:r>
      <w:r>
        <w:rPr>
          <w:b/>
          <w:bCs/>
        </w:rPr>
        <w:t xml:space="preserve"> </w:t>
      </w:r>
      <w:r>
        <w:rPr>
          <w:b/>
          <w:bCs/>
        </w:rPr>
        <w:t xml:space="preserve">of healers.</w:t>
      </w:r>
      <w:r>
        <w:br/>
      </w:r>
      <w:r>
        <w:t xml:space="preserve">    (a) someone who speaks in an ambiguous manner that does not clearly express an opinion or decision</w:t>
      </w:r>
      <w:r>
        <w:br/>
      </w:r>
      <w:r>
        <w:t xml:space="preserve">    (b) someone with delusions of grandeur (the belief that they are much more important than they are)</w:t>
      </w:r>
      <w:r>
        <w:br/>
      </w:r>
      <w:r>
        <w:t xml:space="preserve">    (c) a regular customer; or someone who gives money or support to an organization, cause, or person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I'd used that simple connection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invoke</w:t>
      </w:r>
      <w:r>
        <w:rPr>
          <w:b/>
          <w:bCs/>
        </w:rPr>
        <w:t xml:space="preserve"> </w:t>
      </w:r>
      <w:r>
        <w:rPr>
          <w:b/>
          <w:bCs/>
        </w:rPr>
        <w:t xml:space="preserve">a spell and break the chains.</w:t>
      </w:r>
      <w:r>
        <w:br/>
      </w:r>
      <w:r>
        <w:t xml:space="preserve">    (a) suppress</w:t>
      </w:r>
      <w:r>
        <w:br/>
      </w:r>
      <w:r>
        <w:t xml:space="preserve">    (b) bring forth</w:t>
      </w:r>
      <w:r>
        <w:br/>
      </w:r>
      <w:r>
        <w:t xml:space="preserve">    (c) avoid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I'd spent three months teaching and turning 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initiates</w:t>
      </w:r>
      <w:r>
        <w:rPr>
          <w:b/>
          <w:bCs/>
        </w:rPr>
        <w:t xml:space="preserve"> </w:t>
      </w:r>
      <w:r>
        <w:rPr>
          <w:b/>
          <w:bCs/>
        </w:rPr>
        <w:t xml:space="preserve">into a team.</w:t>
      </w:r>
      <w:r>
        <w:br/>
      </w:r>
      <w:r>
        <w:t xml:space="preserve">    (a) potential new members</w:t>
      </w:r>
      <w:r>
        <w:br/>
      </w:r>
      <w:r>
        <w:t xml:space="preserve">    (b) that emit radiation</w:t>
      </w:r>
      <w:r>
        <w:br/>
      </w:r>
      <w:r>
        <w:t xml:space="preserve">    (c) people who act as a judges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 the far end of the hall, the huge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bronze</w:t>
      </w:r>
      <w:r>
        <w:rPr>
          <w:b/>
          <w:bCs/>
        </w:rPr>
        <w:t xml:space="preserve"> </w:t>
      </w:r>
      <w:r>
        <w:rPr>
          <w:b/>
          <w:bCs/>
        </w:rPr>
        <w:t xml:space="preserve">doors opened.</w:t>
      </w:r>
      <w:r>
        <w:br/>
      </w:r>
      <w:r>
        <w:t xml:space="preserve">    (a) appropriate in size, amount, or degree</w:t>
      </w:r>
      <w:r>
        <w:br/>
      </w:r>
      <w:r>
        <w:t xml:space="preserve">    (b) examine in detail to better understand</w:t>
      </w:r>
      <w:r>
        <w:br/>
      </w:r>
      <w:r>
        <w:t xml:space="preserve">    (c) made of a type of high-quality metal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recalled his light shining on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primordial</w:t>
      </w:r>
      <w:r>
        <w:rPr>
          <w:b/>
          <w:bCs/>
        </w:rPr>
        <w:t xml:space="preserve"> </w:t>
      </w:r>
      <w:r>
        <w:rPr>
          <w:b/>
          <w:bCs/>
        </w:rPr>
        <w:t xml:space="preserve">land of Egypt, bringing life to the Nile Valley.</w:t>
      </w:r>
      <w:r>
        <w:br/>
      </w:r>
      <w:r>
        <w:t xml:space="preserve">    (a) the quality of being terrible (vile; disgusting) -- worthy of being strongly disliked and looked down upon</w:t>
      </w:r>
      <w:r>
        <w:br/>
      </w:r>
      <w:r>
        <w:t xml:space="preserve">    (b) marked by a colonnade (series of regularly spaced columns) surrounding a building or enclosing a courtyard</w:t>
      </w:r>
      <w:r>
        <w:br/>
      </w:r>
      <w:r>
        <w:t xml:space="preserve">    (c) having existed from the beginning or from ancient times</w:t>
      </w:r>
      <w:r>
        <w:br/>
      </w:r>
      <w:r>
        <w:br/>
      </w:r>
      <w:r>
        <w:t xml:space="preserve">or:</w:t>
      </w:r>
      <w:r>
        <w:br/>
      </w:r>
      <w:r>
        <w:br/>
      </w:r>
      <w:r>
        <w:t xml:space="preserve">a primary or fundamental aspect of something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2026-07-31T19:12:13Z</dcterms:created>
  <dcterms:modified xsi:type="dcterms:W3CDTF">2026-07-31T19:12:13Z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