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7284611ef1984f6b912f08e91ab9aa15c6c16b"/>
    <w:p>
      <w:pPr>
        <w:pStyle w:val="Heading1"/>
      </w:pPr>
      <w:r>
        <w:rPr>
          <w:b/>
          <w:bCs/>
        </w:rPr>
        <w:t xml:space="preserve">The Three-Body Problem</w:t>
      </w:r>
      <w:r>
        <w:br/>
      </w:r>
      <w:r>
        <w:rPr>
          <w:i/>
          <w:iCs/>
        </w:rPr>
        <w:t xml:space="preserve">Cixin Liu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were the enemies of every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faction</w:t>
      </w:r>
      <w:r>
        <w:rPr>
          <w:b/>
          <w:bCs/>
        </w:rPr>
        <w:t xml:space="preserve">, and they had no choice but to endure cruel attacks from every side.</w:t>
      </w:r>
      <w:r>
        <w:br/>
      </w:r>
      <w:r>
        <w:t xml:space="preserve">    (a) main road</w:t>
      </w:r>
      <w:r>
        <w:br/>
      </w:r>
      <w:r>
        <w:t xml:space="preserve">    (b) sub-group</w:t>
      </w:r>
      <w:r>
        <w:br/>
      </w:r>
      <w:r>
        <w:t xml:space="preserve">    (c) complaint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explanation posits that external observation leads to the collapse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quantum</w:t>
      </w:r>
      <w:r>
        <w:rPr>
          <w:b/>
          <w:bCs/>
        </w:rPr>
        <w:t xml:space="preserve"> </w:t>
      </w:r>
      <w:r>
        <w:rPr>
          <w:b/>
          <w:bCs/>
        </w:rPr>
        <w:t xml:space="preserve">wave function.</w:t>
      </w:r>
      <w:r>
        <w:br/>
      </w:r>
      <w:r>
        <w:t xml:space="preserve">    (a) tiny, indivisible packet of energy or matter</w:t>
      </w:r>
      <w:r>
        <w:br/>
      </w:r>
      <w:r>
        <w:t xml:space="preserve">    (b) not adjusting a lens to create a clear image</w:t>
      </w:r>
      <w:r>
        <w:br/>
      </w:r>
      <w:r>
        <w:t xml:space="preserve">    (c) holds together (connects or unites) or wraps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explanation posits that external observation leads to the collapse of the quantum wave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.</w:t>
      </w:r>
      <w:r>
        <w:br/>
      </w:r>
      <w:r>
        <w:t xml:space="preserve">    (a) officially telling someone about something; or something that contains the message</w:t>
      </w:r>
      <w:r>
        <w:br/>
      </w:r>
      <w:r>
        <w:t xml:space="preserve">    (b) mathematical expression that describe a relationship between variables</w:t>
      </w:r>
      <w:r>
        <w:br/>
      </w:r>
      <w:r>
        <w:t xml:space="preserve">    (c) a residential area located near the outer edge of a city where it isn't as crowded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careful examination of both eyes, the doctor told him they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functioning</w:t>
      </w:r>
      <w:r>
        <w:rPr>
          <w:b/>
          <w:bCs/>
        </w:rPr>
        <w:t xml:space="preserve"> </w:t>
      </w:r>
      <w:r>
        <w:rPr>
          <w:b/>
          <w:bCs/>
        </w:rPr>
        <w:t xml:space="preserve">normally with no signs of any disease.</w:t>
      </w:r>
      <w:r>
        <w:br/>
      </w:r>
      <w:r>
        <w:t xml:space="preserve">    (a) happening repeatedly</w:t>
      </w:r>
      <w:r>
        <w:br/>
      </w:r>
      <w:r>
        <w:t xml:space="preserve">    (b) trying or attempting</w:t>
      </w:r>
      <w:r>
        <w:br/>
      </w:r>
      <w:r>
        <w:t xml:space="preserve">    (c) 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We've discovered a great principle of nature: The laws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physics</w:t>
      </w:r>
      <w:r>
        <w:rPr>
          <w:b/>
          <w:bCs/>
        </w:rPr>
        <w:t xml:space="preserve"> </w:t>
      </w:r>
      <w:r>
        <w:rPr>
          <w:b/>
          <w:bCs/>
        </w:rPr>
        <w:t xml:space="preserve">are invariant across space and time.</w:t>
      </w:r>
      <w:r>
        <w:br/>
      </w:r>
      <w:r>
        <w:t xml:space="preserve">    (a) lacking things most people enjoy</w:t>
      </w:r>
      <w:r>
        <w:br/>
      </w:r>
      <w:r>
        <w:t xml:space="preserve">    (b) the science of matter and energy</w:t>
      </w:r>
      <w:r>
        <w:br/>
      </w:r>
      <w:r>
        <w:t xml:space="preserve">    (c) referring to any rocky mountains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one last question: Do you know of any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that can operate from a distance and make people see visions?</w:t>
      </w:r>
      <w:r>
        <w:br/>
      </w:r>
      <w:r>
        <w:t xml:space="preserve">    (a) something important that is hard to see or sense</w:t>
      </w:r>
      <w:r>
        <w:br/>
      </w:r>
      <w:r>
        <w:t xml:space="preserve">    (b) something that exists or happened -- often of special interest</w:t>
      </w:r>
      <w:r>
        <w:br/>
      </w:r>
      <w:r>
        <w:t xml:space="preserve">    (c) something that was once small, but is getting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next to it, there was now a staircase carved into the pyramid leading all the way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apex</w:t>
      </w:r>
      <w:r>
        <w:rPr>
          <w:b/>
          <w:bCs/>
        </w:rPr>
        <w:t xml:space="preserve">.</w:t>
      </w:r>
      <w:r>
        <w:br/>
      </w:r>
      <w:r>
        <w:t xml:space="preserve">    (a) determination</w:t>
      </w:r>
      <w:r>
        <w:br/>
      </w:r>
      <w:r>
        <w:t xml:space="preserve">    (b) highest point</w:t>
      </w:r>
      <w:r>
        <w:br/>
      </w:r>
      <w:r>
        <w:t xml:space="preserve">    (c) use of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distinguishing feature of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algorithm</w:t>
      </w:r>
      <w:r>
        <w:rPr>
          <w:b/>
          <w:bCs/>
        </w:rPr>
        <w:t xml:space="preserve"> </w:t>
      </w:r>
      <w:r>
        <w:rPr>
          <w:b/>
          <w:bCs/>
        </w:rPr>
        <w:t xml:space="preserve">is that it requires ultralarge amounts of computing power.</w:t>
      </w:r>
      <w:r>
        <w:br/>
      </w:r>
      <w:r>
        <w:t xml:space="preserve">    (a) an unborn child (or other unborn or unhatched vertebrate)</w:t>
      </w:r>
      <w:r>
        <w:br/>
      </w:r>
      <w:r>
        <w:t xml:space="preserve">    (b) precise instructions specifying how to solve some problem</w:t>
      </w:r>
      <w:r>
        <w:br/>
      </w:r>
      <w:r>
        <w:t xml:space="preserve">    (c) title for the head of a government body in some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Sometimes, during one of the sudden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fluctuations</w:t>
      </w:r>
      <w:r>
        <w:rPr>
          <w:b/>
          <w:bCs/>
        </w:rPr>
        <w:t xml:space="preserve"> </w:t>
      </w:r>
      <w:r>
        <w:rPr>
          <w:b/>
          <w:bCs/>
        </w:rPr>
        <w:t xml:space="preserve">in solar radiation, the surface of the sun was calm.</w:t>
      </w:r>
      <w:r>
        <w:br/>
      </w:r>
      <w:r>
        <w:t xml:space="preserve">    (a) images (seen on a mirror or other shiny surface)</w:t>
      </w:r>
      <w:r>
        <w:br/>
      </w:r>
      <w:r>
        <w:t xml:space="preserve">    (b) mythical beings that are half man and half horse</w:t>
      </w:r>
      <w:r>
        <w:br/>
      </w:r>
      <w:r>
        <w:t xml:space="preserve">    (c) to alternately increase and decrease in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there was a more direct way to prove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hypothesis</w:t>
      </w:r>
      <w:r>
        <w:rPr>
          <w:b/>
          <w:bCs/>
        </w:rPr>
        <w:t xml:space="preserve">: Red Coast itself could transmit radio waves directly at the sun at a power level exceeding the threshold value.</w:t>
      </w:r>
      <w:r>
        <w:br/>
      </w:r>
      <w:r>
        <w:t xml:space="preserve">    (a) a seemingly reasonable, but unproven, idea or explanation</w:t>
      </w:r>
      <w:r>
        <w:br/>
      </w:r>
      <w:r>
        <w:t xml:space="preserve">    (b) the quality of appropriateness in size, amount, or degree</w:t>
      </w:r>
      <w:r>
        <w:br/>
      </w:r>
      <w:r>
        <w:t xml:space="preserve">    (c) feels or expresses regret for having done something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a test transmission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omitted</w:t>
      </w:r>
      <w:r>
        <w:rPr>
          <w:b/>
          <w:bCs/>
        </w:rPr>
        <w:t xml:space="preserve"> </w:t>
      </w:r>
      <w:r>
        <w:rPr>
          <w:b/>
          <w:bCs/>
        </w:rPr>
        <w:t xml:space="preserve">many operational steps, only Ye and five others were present.</w:t>
      </w:r>
      <w:r>
        <w:br/>
      </w:r>
      <w:r>
        <w:t xml:space="preserve">    (a) excluded</w:t>
      </w:r>
      <w:r>
        <w:br/>
      </w:r>
      <w:r>
        <w:t xml:space="preserve">    (b) took up or received into heaven</w:t>
      </w:r>
      <w:r>
        <w:br/>
      </w:r>
      <w:r>
        <w:t xml:space="preserve">    (c) learned, discovered, or decided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Students with children of their own appeared on college campuses; bookstores sold out of famous literary works; technological innovation became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in factories; and scientific research now enjoyed a sacred halo.</w:t>
      </w:r>
      <w:r>
        <w:br/>
      </w:r>
      <w:r>
        <w:t xml:space="preserve">    (a) the ability to take on or adopt</w:t>
      </w:r>
      <w:r>
        <w:br/>
      </w:r>
      <w:r>
        <w:t xml:space="preserve">    (b) calculating or judging too high</w:t>
      </w:r>
      <w:r>
        <w:br/>
      </w:r>
      <w:r>
        <w:t xml:space="preserve">    (c) where attention is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 not look over the sea of clouds as the others were doing,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her gaze in one direction.</w:t>
      </w:r>
      <w:r>
        <w:br/>
      </w:r>
      <w:r>
        <w:t xml:space="preserve">    (a) concentrated</w:t>
      </w:r>
      <w:r>
        <w:br/>
      </w:r>
      <w:r>
        <w:t xml:space="preserve">    (b) began speaking with someone about something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Outside this context, even backward human beings are capable of accelerating certain objects to close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speed of light</w:t>
      </w:r>
      <w:r>
        <w:rPr>
          <w:b/>
          <w:bCs/>
        </w:rPr>
        <w:t xml:space="preserve">.</w:t>
      </w:r>
      <w:r>
        <w:br/>
      </w:r>
      <w:r>
        <w:t xml:space="preserve">    (a) an artist who created medieval European art associated with Gothic cathedrals</w:t>
      </w:r>
      <w:r>
        <w:br/>
      </w:r>
      <w:r>
        <w:t xml:space="preserve">    (b) 3-dimensional X-ray images of parts of the body using computerized tomography</w:t>
      </w:r>
      <w:r>
        <w:br/>
      </w:r>
      <w:r>
        <w:t xml:space="preserve">    (c) rate at which light travels (about 186,000 miles per second or 300,000,000 meters per second in a vacuum)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two hydrogen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nuclei</w:t>
      </w:r>
      <w:r>
        <w:rPr>
          <w:b/>
          <w:bCs/>
        </w:rPr>
        <w:t xml:space="preserve">, or protons, arrived at the solar system two years ago, then reached the Earth.</w:t>
      </w:r>
      <w:r>
        <w:br/>
      </w:r>
      <w:r>
        <w:t xml:space="preserve">    (a) the state or character of being good or beneficial</w:t>
      </w:r>
      <w:r>
        <w:br/>
      </w:r>
      <w:r>
        <w:t xml:space="preserve">    (b) the ability to be taken up or received into heaven</w:t>
      </w:r>
      <w:r>
        <w:br/>
      </w:r>
      <w:r>
        <w:t xml:space="preserve">    (c) centers of atoms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than thirty years ago,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reconnaissance</w:t>
      </w:r>
      <w:r>
        <w:rPr>
          <w:b/>
          <w:bCs/>
        </w:rPr>
        <w:t xml:space="preserve"> </w:t>
      </w:r>
      <w:r>
        <w:rPr>
          <w:b/>
          <w:bCs/>
        </w:rPr>
        <w:t xml:space="preserve">squad managed to sneak dozens of kilometers behind Vietnamese lines and capture a hydroelectric station under heavy guard.</w:t>
      </w:r>
      <w:r>
        <w:br/>
      </w:r>
      <w:r>
        <w:t xml:space="preserve">    (a) a powerful stimulant drug that increases activity in the brain and nervous system -- often addictive</w:t>
      </w:r>
      <w:r>
        <w:br/>
      </w:r>
      <w:r>
        <w:t xml:space="preserve">    (b) the act of exploring or information produced by such exploration -- especially for military purposes</w:t>
      </w:r>
      <w:r>
        <w:br/>
      </w:r>
      <w:r>
        <w:t xml:space="preserve">    (c) aka natural right -- a right that is naturally due because of human nature and the natural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broken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component</w:t>
      </w:r>
      <w:r>
        <w:rPr>
          <w:b/>
          <w:bCs/>
        </w:rPr>
        <w:t xml:space="preserve"> </w:t>
      </w:r>
      <w:r>
        <w:rPr>
          <w:b/>
          <w:bCs/>
        </w:rPr>
        <w:t xml:space="preserve">flew out of the hole and fell into the water, causing a large column of water to shoot up.</w:t>
      </w:r>
      <w:r>
        <w:br/>
      </w:r>
      <w:r>
        <w:t xml:space="preserve">    (a) a hole or dropoff so deep the bottom cannot be seen -- often used figuratively to imply a frightening bottomless pit</w:t>
      </w:r>
      <w:r>
        <w:br/>
      </w:r>
      <w:r>
        <w:t xml:space="preserve">    (b) of the American Indian civilization of Yucatan and Belize and Guatemala that reached its peak between AD 300 and 900</w:t>
      </w:r>
      <w:r>
        <w:br/>
      </w:r>
      <w:r>
        <w:t xml:space="preserve">    (c) a self-contained part of something that when combined with other parts makes something that is larger or more complex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plants had instinctively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dehydrated</w:t>
      </w:r>
      <w:r>
        <w:rPr>
          <w:b/>
          <w:bCs/>
        </w:rPr>
        <w:t xml:space="preserve"> </w:t>
      </w:r>
      <w:r>
        <w:rPr>
          <w:b/>
          <w:bCs/>
        </w:rPr>
        <w:t xml:space="preserve">and turned into lifeless bundles of dry fiber lying against the ground.</w:t>
      </w:r>
      <w:r>
        <w:br/>
      </w:r>
      <w:r>
        <w:t xml:space="preserve">    (a) pulled out of a trance-like state where awareness of other surrounding things is lost or too much trust is granted</w:t>
      </w:r>
      <w:r>
        <w:br/>
      </w:r>
      <w:r>
        <w:t xml:space="preserve">    (b) not happening at the same time or in a coordinated sequence; or (of watches/clocks) not set to show the same time</w:t>
      </w:r>
      <w:r>
        <w:br/>
      </w:r>
      <w:r>
        <w:t xml:space="preserve">    (c) suffering from excessive loss of water from the body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dried and/or preserved by removing natural moisture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our world, each technology age requires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approximately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amount of time for steady, slow development.</w:t>
      </w:r>
      <w:r>
        <w:br/>
      </w:r>
      <w:r>
        <w:t xml:space="preserve">    (a) cheerfully and friendly</w:t>
      </w:r>
      <w:r>
        <w:br/>
      </w:r>
      <w:r>
        <w:t xml:space="preserve">    (b) about (but not exactly)</w:t>
      </w:r>
      <w:r>
        <w:br/>
      </w:r>
      <w:r>
        <w:t xml:space="preserve">    (c) relating to the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pendulum</w:t>
      </w:r>
      <w:r>
        <w:rPr>
          <w:b/>
          <w:bCs/>
        </w:rPr>
        <w:t xml:space="preserve"> </w:t>
      </w:r>
      <w:r>
        <w:rPr>
          <w:b/>
          <w:bCs/>
        </w:rPr>
        <w:t xml:space="preserve">had long stopped, and the weight hung still like a solid rock between the tall pillars.</w:t>
      </w:r>
      <w:r>
        <w:br/>
      </w:r>
      <w:r>
        <w:t xml:space="preserve">    (a) artist who belonged to an early 20th century art movement that expressed inner feelings through distorted renditions of reality</w:t>
      </w:r>
      <w:r>
        <w:br/>
      </w:r>
      <w:r>
        <w:t xml:space="preserve">    (b) an inhabitant of Assyria -- an ancient kingdom centered in northern Mesopotamia which is in present-day Iraq; or their language</w:t>
      </w:r>
      <w:r>
        <w:br/>
      </w:r>
      <w:r>
        <w:t xml:space="preserve">    (c) something that swings or shifts back and forth between two positions -- often seen in a swinging weight or in changing opinions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2026-07-31T20:21:01Z</dcterms:created>
  <dcterms:modified xsi:type="dcterms:W3CDTF">2026-07-31T20:21:01Z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