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1f39ba9ba6de3557e1ad56ee22e82b6c63b70c"/>
    <w:p>
      <w:pPr>
        <w:pStyle w:val="Heading1"/>
      </w:pPr>
      <w:r>
        <w:rPr>
          <w:b/>
          <w:bCs/>
        </w:rPr>
        <w:t xml:space="preserve">The Three Musketeers</w:t>
      </w:r>
      <w:r>
        <w:br/>
      </w:r>
      <w:r>
        <w:rPr>
          <w:i/>
          <w:iCs/>
        </w:rPr>
        <w:t xml:space="preserve">Alexandre Dumas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Fight the more for duels being forbidden, 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there is twice as much courage in fighting.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resultantly (as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have no horse," said d'Artagnan; "but that is of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, I can take one of Monsieur de Treville's."</w:t>
      </w:r>
      <w:r>
        <w:br/>
      </w:r>
      <w:r>
        <w:t xml:space="preserve">    (a) importance</w:t>
      </w:r>
      <w:r>
        <w:br/>
      </w:r>
      <w:r>
        <w:t xml:space="preserve">    (b) translates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Eminence</w:t>
      </w:r>
      <w:r>
        <w:rPr>
          <w:b/>
          <w:bCs/>
        </w:rPr>
        <w:t xml:space="preserve">, then, orders me—" said the lady.</w:t>
      </w:r>
      <w:r>
        <w:br/>
      </w:r>
      <w:r>
        <w:t xml:space="preserve">    (a) the process of thinking carefully and making a judgment about something</w:t>
      </w:r>
      <w:r>
        <w:br/>
      </w:r>
      <w:r>
        <w:t xml:space="preserve">    (b) famous, respected, or important within a particular field or profession</w:t>
      </w:r>
      <w:r>
        <w:br/>
      </w:r>
      <w:r>
        <w:t xml:space="preserve">    (c) the act of finding fault and telling others; or a description of faults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them, stationed upon the top stair, naked sword in hand, prevented, or at least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endeavored</w:t>
      </w:r>
      <w:r>
        <w:rPr>
          <w:b/>
          <w:bCs/>
        </w:rPr>
        <w:t xml:space="preserve"> </w:t>
      </w:r>
      <w:r>
        <w:rPr>
          <w:b/>
          <w:bCs/>
        </w:rPr>
        <w:t xml:space="preserve">to prevent, the three others from ascending.</w:t>
      </w:r>
      <w:r>
        <w:br/>
      </w:r>
      <w:r>
        <w:t xml:space="preserve">    (a) decided in advance</w:t>
      </w:r>
      <w:r>
        <w:br/>
      </w:r>
      <w:r>
        <w:t xml:space="preserve">    (b) tried or attempted</w:t>
      </w:r>
      <w:r>
        <w:br/>
      </w:r>
      <w:r>
        <w:t xml:space="preserve">    (c) not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who at the moment occupied the upper step kept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marvelously in check.</w:t>
      </w:r>
      <w:r>
        <w:br/>
      </w:r>
      <w:r>
        <w:t xml:space="preserve">    (a) made holy</w:t>
      </w:r>
      <w:r>
        <w:br/>
      </w:r>
      <w:r>
        <w:t xml:space="preserve">    (b) opponents</w:t>
      </w:r>
      <w:r>
        <w:br/>
      </w:r>
      <w:r>
        <w:t xml:space="preserve">    (c) loyalties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then related the adventure of Meung, described the unknown gentleman with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minuteness</w:t>
      </w:r>
      <w:r>
        <w:rPr>
          <w:b/>
          <w:bCs/>
        </w:rPr>
        <w:t xml:space="preserve">, and all with a warmth and truthfulness that delighted M. de Treville.</w:t>
      </w:r>
      <w:r>
        <w:br/>
      </w:r>
      <w:r>
        <w:t xml:space="preserve">    (a) attention to detail</w:t>
      </w:r>
      <w:r>
        <w:br/>
      </w:r>
      <w:r>
        <w:t xml:space="preserve">    (b) not straightforward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 single glance the prisoner took in the apartment in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minutest</w:t>
      </w:r>
      <w:r>
        <w:rPr>
          <w:b/>
          <w:bCs/>
        </w:rPr>
        <w:t xml:space="preserve"> </w:t>
      </w:r>
      <w:r>
        <w:rPr>
          <w:b/>
          <w:bCs/>
        </w:rPr>
        <w:t xml:space="preserve">details.</w:t>
      </w:r>
      <w:r>
        <w:br/>
      </w:r>
      <w:r>
        <w:t xml:space="preserve">    (a) show off</w:t>
      </w:r>
      <w:r>
        <w:br/>
      </w:r>
      <w:r>
        <w:t xml:space="preserve">    (b) smallest</w:t>
      </w:r>
      <w:r>
        <w:br/>
      </w:r>
      <w:r>
        <w:t xml:space="preserve">    (c) smartest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yes, that is he; how is it, sir, that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this man?</w:t>
      </w:r>
      <w:r>
        <w:br/>
      </w:r>
      <w:r>
        <w:t xml:space="preserve">    (a) compensated for a loss; or paid a reward</w:t>
      </w:r>
      <w:r>
        <w:br/>
      </w:r>
      <w:r>
        <w:t xml:space="preserve">    (b) familiar with  OR  a friend or associate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then release you from all your promises—even that of procuring my admission into the Musketeers; for before everything, I wish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myself.</w:t>
      </w:r>
      <w:r>
        <w:br/>
      </w:r>
      <w:r>
        <w:t xml:space="preserve">    (a) take on or adopt</w:t>
      </w:r>
      <w:r>
        <w:br/>
      </w:r>
      <w:r>
        <w:t xml:space="preserve">    (b) take revenge for</w:t>
      </w:r>
      <w:r>
        <w:br/>
      </w:r>
      <w:r>
        <w:t xml:space="preserve">    (c) make more varied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being a Musketeer but for a time, I only fight when I am forced to do so, and always with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; but this time the affair is serious, for here is a lady compromised by you.</w:t>
      </w:r>
      <w:r>
        <w:br/>
      </w:r>
      <w:r>
        <w:t xml:space="preserve">    (a) strong disgust</w:t>
      </w:r>
      <w:r>
        <w:br/>
      </w:r>
      <w:r>
        <w:t xml:space="preserve">    (b) dissatisfaction</w:t>
      </w:r>
      <w:r>
        <w:br/>
      </w:r>
      <w:r>
        <w:t xml:space="preserve">    (c) discouragement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are very generous, gentlemen of the Guards," said Athos, full of rancor, for Jussac was one of the aggressors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preceding</w:t>
      </w:r>
      <w:r>
        <w:rPr>
          <w:b/>
          <w:bCs/>
        </w:rPr>
        <w:t xml:space="preserve"> </w:t>
      </w:r>
      <w:r>
        <w:rPr>
          <w:b/>
          <w:bCs/>
        </w:rPr>
        <w:t xml:space="preserve">day.</w:t>
      </w:r>
      <w:r>
        <w:br/>
      </w:r>
      <w:r>
        <w:t xml:space="preserve">    (a) influencing or effecting</w:t>
      </w:r>
      <w:r>
        <w:br/>
      </w:r>
      <w:r>
        <w:t xml:space="preserve">    (b) beginning to fight again</w:t>
      </w:r>
      <w:r>
        <w:br/>
      </w:r>
      <w:r>
        <w:t xml:space="preserve">    (c) prior (in time or space)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words were brief and expressive,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conveying</w:t>
      </w:r>
      <w:r>
        <w:rPr>
          <w:b/>
          <w:bCs/>
        </w:rPr>
        <w:t xml:space="preserve"> </w:t>
      </w:r>
      <w:r>
        <w:rPr>
          <w:b/>
          <w:bCs/>
        </w:rPr>
        <w:t xml:space="preserve">all that was meant, and no more; no embellishments, no embroidery, no arabesques.</w:t>
      </w:r>
      <w:r>
        <w:br/>
      </w:r>
      <w:r>
        <w:t xml:space="preserve">    (a) delaying until a later time</w:t>
      </w:r>
      <w:r>
        <w:br/>
      </w:r>
      <w:r>
        <w:t xml:space="preserve">    (b) communicating or expressing</w:t>
      </w:r>
      <w:r>
        <w:br/>
      </w:r>
      <w:r>
        <w:t xml:space="preserve">    (c) treating as if of low worth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"Meanwhile," said Felton, "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me to the little bay of—; you know it was agreed you should put in there."</w:t>
      </w:r>
      <w:r>
        <w:br/>
      </w:r>
      <w:r>
        <w:t xml:space="preserve">    (a) transport</w:t>
      </w:r>
      <w:r>
        <w:br/>
      </w:r>
      <w:r>
        <w:t xml:space="preserve">    (b) translate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all the pains he took, d'Artagnan was unable to learn any more concerning his three new-made friends.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used to show that something remains true even though something else seems to go against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that now it is no longer hatred,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.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the act of taking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courage that is needed; it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not easily set on fire</w:t>
      </w:r>
      <w:r>
        <w:br/>
      </w:r>
      <w:r>
        <w:t xml:space="preserve">    (b) surrounding conditions</w:t>
      </w:r>
      <w:r>
        <w:br/>
      </w:r>
      <w:r>
        <w:t xml:space="preserve">    (c) good sense and caution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for the moment, let us do as did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Gascon; we will see after the worthy mercer later.</w:t>
      </w:r>
      <w:r>
        <w:br/>
      </w:r>
      <w:r>
        <w:t xml:space="preserve">    (a) logical or analytical</w:t>
      </w:r>
      <w:r>
        <w:br/>
      </w:r>
      <w:r>
        <w:t xml:space="preserve">    (b) comprehensive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case,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.</w:t>
      </w:r>
      <w:r>
        <w:br/>
      </w:r>
      <w:r>
        <w:t xml:space="preserve">    (a) hello</w:t>
      </w:r>
      <w:r>
        <w:br/>
      </w:r>
      <w:r>
        <w:t xml:space="preserve">    (b) goodbye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 sight, nothing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the cardinal; and it was impossible for those who did not know his face to guess in whose presence they were.</w:t>
      </w:r>
      <w:r>
        <w:br/>
      </w:r>
      <w:r>
        <w:t xml:space="preserve">    (a) stand for or symbolize literally; or be a sign or indicator of</w:t>
      </w:r>
      <w:r>
        <w:br/>
      </w:r>
      <w:r>
        <w:t xml:space="preserve">    (b) with rises and falls in pitch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fact the Rochellais had made a sortie during the night, and had retaken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of which the royal army had gained possession two days before.</w:t>
      </w:r>
      <w:r>
        <w:br/>
      </w:r>
      <w:r>
        <w:t xml:space="preserve">    (a) a strong defender or reliable example of something -- like a fortress or a person upholding a principle</w:t>
      </w:r>
      <w:r>
        <w:br/>
      </w:r>
      <w:r>
        <w:t xml:space="preserve">    (b) a living organism such as a bacterium, or virus that is so small, it can be seen only with a microscope</w:t>
      </w:r>
      <w:r>
        <w:br/>
      </w:r>
      <w:r>
        <w:t xml:space="preserve">    (c) someone who specializes in a branch of psychology concerned with the links between biology and behavior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2026-07-31T17:02:51Z</dcterms:created>
  <dcterms:modified xsi:type="dcterms:W3CDTF">2026-07-31T17:02:51Z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