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841d74921d1c286725d639e811123ec2c5abc59"/>
    <w:p>
      <w:pPr>
        <w:pStyle w:val="Heading1"/>
      </w:pPr>
      <w:r>
        <w:rPr>
          <w:b/>
          <w:bCs/>
        </w:rPr>
        <w:t xml:space="preserve">The Things They Carried</w:t>
      </w:r>
      <w:r>
        <w:br/>
      </w:r>
      <w:r>
        <w:rPr>
          <w:i/>
          <w:iCs/>
        </w:rPr>
        <w:t xml:space="preserve">Tim O'Brien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Henry Dobbins, who was a big man, carried extra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rations</w:t>
      </w:r>
      <w:r>
        <w:rPr>
          <w:b/>
          <w:bCs/>
        </w:rPr>
        <w:t xml:space="preserve">; he was especially fond of canned peaches in heavy syrup over pound cake.</w:t>
      </w:r>
      <w:r>
        <w:br/>
      </w:r>
      <w:r>
        <w:t xml:space="preserve">    (a) atones (demonstrates sorrow for a wrong either by doing something good in return for the wrong, or by accepting punishment)</w:t>
      </w:r>
      <w:r>
        <w:br/>
      </w:r>
      <w:r>
        <w:t xml:space="preserve">    (b) fixed portions of food</w:t>
      </w:r>
      <w:r>
        <w:br/>
      </w:r>
      <w:r>
        <w:t xml:space="preserve">    (c) removes or suppress anything considered obscene, immoral, or politically unacceptable  OR  people who does such suppression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What they carried was partly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function</w:t>
      </w:r>
      <w:r>
        <w:rPr>
          <w:b/>
          <w:bCs/>
        </w:rPr>
        <w:t xml:space="preserve"> </w:t>
      </w:r>
      <w:r>
        <w:rPr>
          <w:b/>
          <w:bCs/>
        </w:rPr>
        <w:t xml:space="preserve">of rank, partly of field specialty.</w:t>
      </w:r>
      <w:r>
        <w:br/>
      </w:r>
      <w:r>
        <w:t xml:space="preserve">    (a) a long uninterrupted speech</w:t>
      </w:r>
      <w:r>
        <w:br/>
      </w:r>
      <w:r>
        <w:t xml:space="preserve">    (b) result</w:t>
      </w:r>
      <w:r>
        <w:br/>
      </w:r>
      <w:r>
        <w:t xml:space="preserve">    (c) the highest-ranking manager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kid couldn't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function</w:t>
      </w:r>
      <w:r>
        <w:rPr>
          <w:b/>
          <w:bCs/>
        </w:rPr>
        <w:t xml:space="preserve">.</w:t>
      </w:r>
      <w:r>
        <w:br/>
      </w:r>
      <w:r>
        <w:t xml:space="preserve">    (a) do what would normally be expected</w:t>
      </w:r>
      <w:r>
        <w:br/>
      </w:r>
      <w:r>
        <w:t xml:space="preserve">    (b) think carefully</w:t>
      </w:r>
      <w:r>
        <w:br/>
      </w:r>
      <w:r>
        <w:t xml:space="preserve">    (c) strongly desire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was what had brought them to the war in the first place, nothing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positive</w:t>
      </w:r>
      <w:r>
        <w:rPr>
          <w:b/>
          <w:bCs/>
        </w:rPr>
        <w:t xml:space="preserve">, no dreams of glory or honor, just to avoid the blush of dishonor.</w:t>
      </w:r>
      <w:r>
        <w:br/>
      </w:r>
      <w:r>
        <w:t xml:space="preserve">    (a) not representative</w:t>
      </w:r>
      <w:r>
        <w:br/>
      </w:r>
      <w:r>
        <w:t xml:space="preserve">    (b) impossible to find</w:t>
      </w:r>
      <w:r>
        <w:br/>
      </w:r>
      <w:r>
        <w:t xml:space="preserve">    (c) good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"You sure?"</w:t>
      </w:r>
      <w:r>
        <w:br/>
      </w:r>
      <w:r>
        <w:rPr>
          <w:b/>
          <w:bCs/>
        </w:rPr>
        <w:t xml:space="preserve">"</w:t>
      </w:r>
      <w:r>
        <w:rPr>
          <w:b/>
          <w:bCs/>
          <w:u w:val="single"/>
        </w:rPr>
        <w:t xml:space="preserve">Positive</w:t>
      </w:r>
      <w:r>
        <w:rPr>
          <w:b/>
          <w:bCs/>
        </w:rPr>
        <w:t xml:space="preserve">."</w:t>
      </w:r>
      <w:r>
        <w:br/>
      </w:r>
      <w:r>
        <w:t xml:space="preserve">    (a) outside</w:t>
      </w:r>
      <w:r>
        <w:br/>
      </w:r>
      <w:r>
        <w:t xml:space="preserve">    (b) various</w:t>
      </w:r>
      <w:r>
        <w:br/>
      </w:r>
      <w:r>
        <w:t xml:space="preserve">    (c) certain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would look them in the eyes, keeping his chin level, and he would issue the new SOPs in a calm,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impersonal</w:t>
      </w:r>
      <w:r>
        <w:rPr>
          <w:b/>
          <w:bCs/>
        </w:rPr>
        <w:t xml:space="preserve"> </w:t>
      </w:r>
      <w:r>
        <w:rPr>
          <w:b/>
          <w:bCs/>
        </w:rPr>
        <w:t xml:space="preserve">tone of voice, a lieutenant's voice, leaving no room for argument or discussion.</w:t>
      </w:r>
      <w:r>
        <w:br/>
      </w:r>
      <w:r>
        <w:t xml:space="preserve">    (a) lacking warmth or personal connection</w:t>
      </w:r>
      <w:r>
        <w:br/>
      </w:r>
      <w:r>
        <w:t xml:space="preserve">    (b) difficult to truly understand</w:t>
      </w:r>
      <w:r>
        <w:br/>
      </w:r>
      <w:r>
        <w:t xml:space="preserve">    (c) highly efficient and organized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Hygiene became a matter of small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consequence</w:t>
      </w:r>
      <w:r>
        <w:rPr>
          <w:b/>
          <w:bCs/>
        </w:rPr>
        <w:t xml:space="preserve">.</w:t>
      </w:r>
      <w:r>
        <w:br/>
      </w:r>
      <w:r>
        <w:t xml:space="preserve">    (a) translates</w:t>
      </w:r>
      <w:r>
        <w:br/>
      </w:r>
      <w:r>
        <w:t xml:space="preserve">    (b) sticks out</w:t>
      </w:r>
      <w:r>
        <w:br/>
      </w:r>
      <w:r>
        <w:t xml:space="preserve">    (c) importance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 moment of carelessness or bad judgment or plain stupidity carried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consequences</w:t>
      </w:r>
      <w:r>
        <w:rPr>
          <w:b/>
          <w:bCs/>
        </w:rPr>
        <w:t xml:space="preserve"> </w:t>
      </w:r>
      <w:r>
        <w:rPr>
          <w:b/>
          <w:bCs/>
        </w:rPr>
        <w:t xml:space="preserve">that lasted forever.</w:t>
      </w:r>
      <w:r>
        <w:br/>
      </w:r>
      <w:r>
        <w:t xml:space="preserve">    (a) desires</w:t>
      </w:r>
      <w:r>
        <w:br/>
      </w:r>
      <w:r>
        <w:t xml:space="preserve">    (b) results</w:t>
      </w:r>
      <w:r>
        <w:br/>
      </w:r>
      <w:r>
        <w:t xml:space="preserve">    (c) battles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the darkness there was that weird tribal music, which seemed to come from the earth itself, from the deep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rain forest</w:t>
      </w:r>
      <w:r>
        <w:rPr>
          <w:b/>
          <w:bCs/>
        </w:rPr>
        <w:t xml:space="preserve">, and a woman's voice rising up in a language beyond translation.</w:t>
      </w:r>
      <w:r>
        <w:br/>
      </w:r>
      <w:r>
        <w:t xml:space="preserve">    (a) a short part of a longer written work</w:t>
      </w:r>
      <w:r>
        <w:br/>
      </w:r>
      <w:r>
        <w:t xml:space="preserve">    (b) the act of stopping a battle or fight</w:t>
      </w:r>
      <w:r>
        <w:br/>
      </w:r>
      <w:r>
        <w:t xml:space="preserve">    (c) dense, rainy forest with many species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many ways he was like America itself, big and strong, full of good intentions, a roll of fat jiggling at his belly, slow of foot but always plodding along, always there when you needed him, a believer in the virtues of simplicity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directness</w:t>
      </w:r>
      <w:r>
        <w:rPr>
          <w:b/>
          <w:bCs/>
        </w:rPr>
        <w:t xml:space="preserve"> </w:t>
      </w:r>
      <w:r>
        <w:rPr>
          <w:b/>
          <w:bCs/>
        </w:rPr>
        <w:t xml:space="preserve">and hard labor.</w:t>
      </w:r>
      <w:r>
        <w:br/>
      </w:r>
      <w:r>
        <w:t xml:space="preserve">    (a) the quality of being straightforward or clear</w:t>
      </w:r>
      <w:r>
        <w:br/>
      </w:r>
      <w:r>
        <w:t xml:space="preserve">    (b) the degree to which a performance of or to someone else's work lends itself to the expression of personal artistic ideas or feelings by the performer</w:t>
      </w:r>
      <w:r>
        <w:br/>
      </w:r>
      <w:r>
        <w:t xml:space="preserve">    (c) related to the collection and interpretation of numerical data -- especially life expectancy and other statistics use to calculate insurance premiums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directly</w:t>
      </w:r>
      <w:r>
        <w:rPr>
          <w:b/>
          <w:bCs/>
        </w:rPr>
        <w:t xml:space="preserve"> </w:t>
      </w:r>
      <w:r>
        <w:rPr>
          <w:b/>
          <w:bCs/>
        </w:rPr>
        <w:t xml:space="preserve">behind him.</w:t>
      </w:r>
      <w:r>
        <w:br/>
      </w:r>
      <w:r>
        <w:t xml:space="preserve">    (a) close (without anything in between)</w:t>
      </w:r>
      <w:r>
        <w:br/>
      </w:r>
      <w:r>
        <w:t xml:space="preserve">    (b) in a manner that is not sexually attractive, or persuasively tempting</w:t>
      </w:r>
      <w:r>
        <w:br/>
      </w:r>
      <w:r>
        <w:t xml:space="preserve">    (c) in a manner that is appropriate or related in size, amount, or degree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monks</w:t>
      </w:r>
      <w:r>
        <w:rPr>
          <w:b/>
          <w:bCs/>
        </w:rPr>
        <w:t xml:space="preserve"> </w:t>
      </w:r>
      <w:r>
        <w:rPr>
          <w:b/>
          <w:bCs/>
        </w:rPr>
        <w:t xml:space="preserve">bowed and moved out of the pagoda into the bright morning sunlight.</w:t>
      </w:r>
      <w:r>
        <w:br/>
      </w:r>
      <w:r>
        <w:t xml:space="preserve">    (a) male members of a religious order typically under vows of poverty, chastity, and obedience</w:t>
      </w:r>
      <w:r>
        <w:br/>
      </w:r>
      <w:r>
        <w:t xml:space="preserve">    (b) amounts of the value of homes that some states and local jurisdictions deduct from the value that is taxed</w:t>
      </w:r>
      <w:r>
        <w:br/>
      </w:r>
      <w:r>
        <w:t xml:space="preserve">    (c) inhabitants of Assyria -- an ancient kingdom centered in northern Mesopotamia which is in present-day Iraq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road was a sort of boundary between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affluent</w:t>
      </w:r>
      <w:r>
        <w:rPr>
          <w:b/>
          <w:bCs/>
        </w:rPr>
        <w:t xml:space="preserve"> </w:t>
      </w:r>
      <w:r>
        <w:rPr>
          <w:b/>
          <w:bCs/>
        </w:rPr>
        <w:t xml:space="preserve">and the almost affluent, and to live on the lake side of the road was one of the few natural privileges in a town of the prairie-the difference between watching the sun set over cornfields or over water.</w:t>
      </w:r>
      <w:r>
        <w:br/>
      </w:r>
      <w:r>
        <w:t xml:space="preserve">    (a) aka analytic -- relating to a theory of psychiatry</w:t>
      </w:r>
      <w:r>
        <w:br/>
      </w:r>
      <w:r>
        <w:t xml:space="preserve">    (b) the trait of being difficult to meet and talk with</w:t>
      </w:r>
      <w:r>
        <w:br/>
      </w:r>
      <w:r>
        <w:t xml:space="preserve">    (c) people who are, or the condition of being, wealthy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Fed by neither streams nor springs, the lake was often filthy and algaed, relying on fickle prairie rains for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replenishment</w:t>
      </w:r>
      <w:r>
        <w:rPr>
          <w:b/>
          <w:bCs/>
        </w:rPr>
        <w:t xml:space="preserve">.</w:t>
      </w:r>
      <w:r>
        <w:br/>
      </w:r>
      <w:r>
        <w:t xml:space="preserve">    (a) an artistic movement pioneered by Pablo Picasso and Georges Braque that featured surfaces of geometrical planes to depict three-dimensional organic forms</w:t>
      </w:r>
      <w:r>
        <w:br/>
      </w:r>
      <w:r>
        <w:t xml:space="preserve">    (b) the process of replacing what was used up  OR  the process of restoring to a previous condition  OR  (more rarely) materials that replaced what was used up</w:t>
      </w:r>
      <w:r>
        <w:br/>
      </w:r>
      <w:r>
        <w:t xml:space="preserve">    (c) popular art movement of late 19th century French painters who used dabs of color to give an impression of their subject rather than a photographic-like depiction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would've explained to his father that none of these decorations was for uncommon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valor</w:t>
      </w:r>
      <w:r>
        <w:rPr>
          <w:b/>
          <w:bCs/>
        </w:rPr>
        <w:t xml:space="preserve">.</w:t>
      </w:r>
      <w:r>
        <w:br/>
      </w:r>
      <w:r>
        <w:t xml:space="preserve">    (a) exceptional or heroic courage when facing danger -- especially in battle</w:t>
      </w:r>
      <w:r>
        <w:br/>
      </w:r>
      <w:r>
        <w:t xml:space="preserve">    (b) a long race that is shorter than the typical long race of about 26 miles</w:t>
      </w:r>
      <w:r>
        <w:br/>
      </w:r>
      <w:r>
        <w:t xml:space="preserve">    (c) exceedingly powerful bomb whose energy comes from the splitting of atoms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"Wasted in the waste," he said. "... You got to admit, it's pure world-class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irony</w:t>
      </w:r>
      <w:r>
        <w:rPr>
          <w:b/>
          <w:bCs/>
        </w:rPr>
        <w:t xml:space="preserve">."</w:t>
      </w:r>
      <w:r>
        <w:br/>
      </w:r>
      <w:r>
        <w:t xml:space="preserve">    (a) someone who believe behavior should be guided by high ideals or standards -- often with the implication that the person is unrealistic</w:t>
      </w:r>
      <w:r>
        <w:br/>
      </w:r>
      <w:r>
        <w:t xml:space="preserve">    (b) an amusing coincidence</w:t>
      </w:r>
      <w:r>
        <w:br/>
      </w:r>
      <w:r>
        <w:t xml:space="preserve">    (c) lymph node -- one of many bean-sized organs that filter bacteria and other toxins from circulating white-blood-cell filled lymph fluid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Polio</w:t>
      </w:r>
      <w:r>
        <w:rPr>
          <w:b/>
          <w:bCs/>
        </w:rPr>
        <w:t xml:space="preserve">, maybe.</w:t>
      </w:r>
      <w:r>
        <w:br/>
      </w:r>
      <w:r>
        <w:t xml:space="preserve">    (a) genetic disorder leading to weakened bones</w:t>
      </w:r>
      <w:r>
        <w:br/>
      </w:r>
      <w:r>
        <w:t xml:space="preserve">    (b) bacteria that infects the respiratory system</w:t>
      </w:r>
      <w:r>
        <w:br/>
      </w:r>
      <w:r>
        <w:t xml:space="preserve">    (c) viral disease that causes muscle paralysis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Bunker Six, a pile of sandbags at the southwest corner of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perimeter</w:t>
      </w:r>
      <w:r>
        <w:rPr>
          <w:b/>
          <w:bCs/>
        </w:rPr>
        <w:t xml:space="preserve">.</w:t>
      </w:r>
      <w:r>
        <w:br/>
      </w:r>
      <w:r>
        <w:t xml:space="preserve">    (a) a fat compound</w:t>
      </w:r>
      <w:r>
        <w:br/>
      </w:r>
      <w:r>
        <w:t xml:space="preserve">    (b) a hoofed mamma</w:t>
      </w:r>
      <w:r>
        <w:br/>
      </w:r>
      <w:r>
        <w:t xml:space="preserve">    (c) the outer edge of a defended area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He'd try to bring the night into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focus</w:t>
      </w:r>
      <w:r>
        <w:rPr>
          <w:b/>
          <w:bCs/>
        </w:rPr>
        <w:t xml:space="preserve">, willing coherence, but the effort would only cause distortions.</w:t>
      </w:r>
      <w:r>
        <w:br/>
      </w:r>
      <w:r>
        <w:t xml:space="preserve">    (a) software that stops uninvited software from spreading between computers and causing damage to data and software</w:t>
      </w:r>
      <w:r>
        <w:br/>
      </w:r>
      <w:r>
        <w:t xml:space="preserve">    (b) a condition where the body cannot properly regulate blood sugar levels because it produces little or no insulin</w:t>
      </w:r>
      <w:r>
        <w:br/>
      </w:r>
      <w:r>
        <w:t xml:space="preserve">    (c) view (a state where something can be seen clearly)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focused</w:t>
      </w:r>
      <w:r>
        <w:rPr>
          <w:b/>
          <w:bCs/>
        </w:rPr>
        <w:t xml:space="preserve"> </w:t>
      </w:r>
      <w:r>
        <w:rPr>
          <w:b/>
          <w:bCs/>
        </w:rPr>
        <w:t xml:space="preserve">on Jorgenson's brand-new boots, then on a pebble, then on my own face floating high above me-the last things I'd ever see.</w:t>
      </w:r>
      <w:r>
        <w:br/>
      </w:r>
      <w:r>
        <w:t xml:space="preserve">    (a) began speaking with someone about something</w:t>
      </w:r>
      <w:r>
        <w:br/>
      </w:r>
      <w:r>
        <w:t xml:space="preserve">    (b) looked</w:t>
      </w:r>
      <w:r>
        <w:br/>
      </w:r>
      <w:r>
        <w:t xml:space="preserve">    (c) thought carefully and made a judgment about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2026-07-31T16:17:54Z</dcterms:created>
  <dcterms:modified xsi:type="dcterms:W3CDTF">2026-07-31T16:17:54Z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